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7C5E6" w14:textId="77777777" w:rsidR="003158F7" w:rsidRPr="00915FC0" w:rsidRDefault="009D5D3E" w:rsidP="00CC5695">
      <w:pPr>
        <w:pStyle w:val="Tytu"/>
        <w:jc w:val="both"/>
        <w:rPr>
          <w:color w:val="auto"/>
        </w:rPr>
      </w:pPr>
      <w:r w:rsidRPr="00915FC0">
        <w:rPr>
          <w:color w:val="auto"/>
        </w:rPr>
        <w:t>SPECYFIKACJA WYMAGAŃ</w:t>
      </w:r>
    </w:p>
    <w:p w14:paraId="382FE7A4" w14:textId="77777777" w:rsidR="003158F7" w:rsidRPr="00915FC0" w:rsidRDefault="009D5D3E" w:rsidP="00CC5695">
      <w:pPr>
        <w:jc w:val="both"/>
        <w:rPr>
          <w:rFonts w:hint="eastAsia"/>
          <w:color w:val="auto"/>
        </w:rPr>
      </w:pPr>
      <w:r w:rsidRPr="00915FC0">
        <w:rPr>
          <w:b/>
          <w:color w:val="auto"/>
          <w:sz w:val="22"/>
        </w:rPr>
        <w:t xml:space="preserve">do </w:t>
      </w:r>
      <w:proofErr w:type="spellStart"/>
      <w:r w:rsidRPr="00915FC0">
        <w:rPr>
          <w:b/>
          <w:color w:val="auto"/>
          <w:sz w:val="22"/>
        </w:rPr>
        <w:t>rozeznania</w:t>
      </w:r>
      <w:proofErr w:type="spellEnd"/>
      <w:r w:rsidRPr="00915FC0">
        <w:rPr>
          <w:b/>
          <w:color w:val="auto"/>
          <w:sz w:val="22"/>
        </w:rPr>
        <w:t xml:space="preserve"> </w:t>
      </w:r>
      <w:proofErr w:type="spellStart"/>
      <w:r w:rsidRPr="00915FC0">
        <w:rPr>
          <w:b/>
          <w:color w:val="auto"/>
          <w:sz w:val="22"/>
        </w:rPr>
        <w:t>rynku</w:t>
      </w:r>
      <w:proofErr w:type="spellEnd"/>
      <w:r w:rsidRPr="00915FC0">
        <w:rPr>
          <w:b/>
          <w:color w:val="auto"/>
          <w:sz w:val="22"/>
        </w:rPr>
        <w:t xml:space="preserve"> (</w:t>
      </w:r>
      <w:proofErr w:type="spellStart"/>
      <w:r w:rsidRPr="00915FC0">
        <w:rPr>
          <w:b/>
          <w:color w:val="auto"/>
          <w:sz w:val="22"/>
        </w:rPr>
        <w:t>cenowego</w:t>
      </w:r>
      <w:proofErr w:type="spellEnd"/>
      <w:r w:rsidRPr="00915FC0">
        <w:rPr>
          <w:b/>
          <w:color w:val="auto"/>
          <w:sz w:val="22"/>
        </w:rPr>
        <w:t xml:space="preserve">) w </w:t>
      </w:r>
      <w:proofErr w:type="spellStart"/>
      <w:r w:rsidRPr="00915FC0">
        <w:rPr>
          <w:b/>
          <w:color w:val="auto"/>
          <w:sz w:val="22"/>
        </w:rPr>
        <w:t>zakresie</w:t>
      </w:r>
      <w:proofErr w:type="spellEnd"/>
      <w:r w:rsidRPr="00915FC0">
        <w:rPr>
          <w:b/>
          <w:color w:val="auto"/>
          <w:sz w:val="22"/>
        </w:rPr>
        <w:t xml:space="preserve"> </w:t>
      </w:r>
      <w:proofErr w:type="spellStart"/>
      <w:r w:rsidRPr="00915FC0">
        <w:rPr>
          <w:b/>
          <w:color w:val="auto"/>
          <w:sz w:val="22"/>
        </w:rPr>
        <w:t>grupowego</w:t>
      </w:r>
      <w:proofErr w:type="spellEnd"/>
      <w:r w:rsidRPr="00915FC0">
        <w:rPr>
          <w:b/>
          <w:color w:val="auto"/>
          <w:sz w:val="22"/>
        </w:rPr>
        <w:t xml:space="preserve"> </w:t>
      </w:r>
      <w:proofErr w:type="spellStart"/>
      <w:r w:rsidRPr="00915FC0">
        <w:rPr>
          <w:b/>
          <w:color w:val="auto"/>
          <w:sz w:val="22"/>
        </w:rPr>
        <w:t>ubezpieczenia</w:t>
      </w:r>
      <w:proofErr w:type="spellEnd"/>
      <w:r w:rsidRPr="00915FC0">
        <w:rPr>
          <w:b/>
          <w:color w:val="auto"/>
          <w:sz w:val="22"/>
        </w:rPr>
        <w:t xml:space="preserve"> </w:t>
      </w:r>
      <w:proofErr w:type="spellStart"/>
      <w:r w:rsidRPr="00915FC0">
        <w:rPr>
          <w:b/>
          <w:color w:val="auto"/>
          <w:sz w:val="22"/>
        </w:rPr>
        <w:t>na</w:t>
      </w:r>
      <w:proofErr w:type="spellEnd"/>
      <w:r w:rsidRPr="00915FC0">
        <w:rPr>
          <w:b/>
          <w:color w:val="auto"/>
          <w:sz w:val="22"/>
        </w:rPr>
        <w:t xml:space="preserve"> </w:t>
      </w:r>
      <w:proofErr w:type="spellStart"/>
      <w:r w:rsidRPr="00915FC0">
        <w:rPr>
          <w:b/>
          <w:color w:val="auto"/>
          <w:sz w:val="22"/>
        </w:rPr>
        <w:t>życie</w:t>
      </w:r>
      <w:proofErr w:type="spellEnd"/>
      <w:r w:rsidRPr="00915FC0">
        <w:rPr>
          <w:b/>
          <w:color w:val="auto"/>
          <w:sz w:val="22"/>
        </w:rPr>
        <w:t xml:space="preserve">, </w:t>
      </w:r>
      <w:proofErr w:type="spellStart"/>
      <w:r w:rsidRPr="00915FC0">
        <w:rPr>
          <w:b/>
          <w:color w:val="auto"/>
          <w:sz w:val="22"/>
        </w:rPr>
        <w:t>zdrowie</w:t>
      </w:r>
      <w:proofErr w:type="spellEnd"/>
      <w:r w:rsidRPr="00915FC0">
        <w:rPr>
          <w:b/>
          <w:color w:val="auto"/>
          <w:sz w:val="22"/>
        </w:rPr>
        <w:t xml:space="preserve"> </w:t>
      </w:r>
      <w:proofErr w:type="spellStart"/>
      <w:r w:rsidRPr="00915FC0">
        <w:rPr>
          <w:b/>
          <w:color w:val="auto"/>
          <w:sz w:val="22"/>
        </w:rPr>
        <w:t>i</w:t>
      </w:r>
      <w:proofErr w:type="spellEnd"/>
      <w:r w:rsidRPr="00915FC0">
        <w:rPr>
          <w:b/>
          <w:color w:val="auto"/>
          <w:sz w:val="22"/>
        </w:rPr>
        <w:t xml:space="preserve"> </w:t>
      </w:r>
      <w:proofErr w:type="spellStart"/>
      <w:r w:rsidRPr="00915FC0">
        <w:rPr>
          <w:b/>
          <w:color w:val="auto"/>
          <w:sz w:val="22"/>
        </w:rPr>
        <w:t>następstwa</w:t>
      </w:r>
      <w:proofErr w:type="spellEnd"/>
      <w:r w:rsidRPr="00915FC0">
        <w:rPr>
          <w:b/>
          <w:color w:val="auto"/>
          <w:sz w:val="22"/>
        </w:rPr>
        <w:t xml:space="preserve"> </w:t>
      </w:r>
      <w:proofErr w:type="spellStart"/>
      <w:r w:rsidRPr="00915FC0">
        <w:rPr>
          <w:b/>
          <w:color w:val="auto"/>
          <w:sz w:val="22"/>
        </w:rPr>
        <w:t>nieszczęśliwych</w:t>
      </w:r>
      <w:proofErr w:type="spellEnd"/>
      <w:r w:rsidRPr="00915FC0">
        <w:rPr>
          <w:b/>
          <w:color w:val="auto"/>
          <w:sz w:val="22"/>
        </w:rPr>
        <w:t xml:space="preserve"> </w:t>
      </w:r>
      <w:proofErr w:type="spellStart"/>
      <w:r w:rsidRPr="00915FC0">
        <w:rPr>
          <w:b/>
          <w:color w:val="auto"/>
          <w:sz w:val="22"/>
        </w:rPr>
        <w:t>wypadków</w:t>
      </w:r>
      <w:proofErr w:type="spellEnd"/>
      <w:r w:rsidRPr="00915FC0">
        <w:rPr>
          <w:b/>
          <w:color w:val="auto"/>
          <w:sz w:val="22"/>
        </w:rPr>
        <w:t xml:space="preserve"> </w:t>
      </w:r>
      <w:proofErr w:type="spellStart"/>
      <w:r w:rsidRPr="00915FC0">
        <w:rPr>
          <w:b/>
          <w:color w:val="auto"/>
          <w:sz w:val="22"/>
        </w:rPr>
        <w:t>dla</w:t>
      </w:r>
      <w:proofErr w:type="spellEnd"/>
      <w:r w:rsidRPr="00915FC0">
        <w:rPr>
          <w:b/>
          <w:color w:val="auto"/>
          <w:sz w:val="22"/>
        </w:rPr>
        <w:t xml:space="preserve"> </w:t>
      </w:r>
      <w:proofErr w:type="spellStart"/>
      <w:r w:rsidRPr="00915FC0">
        <w:rPr>
          <w:b/>
          <w:color w:val="auto"/>
          <w:sz w:val="22"/>
        </w:rPr>
        <w:t>pracowników</w:t>
      </w:r>
      <w:proofErr w:type="spellEnd"/>
      <w:r w:rsidRPr="00915FC0">
        <w:rPr>
          <w:b/>
          <w:color w:val="auto"/>
          <w:sz w:val="22"/>
        </w:rPr>
        <w:t xml:space="preserve"> GIG-PIB </w:t>
      </w:r>
      <w:proofErr w:type="spellStart"/>
      <w:r w:rsidRPr="00915FC0">
        <w:rPr>
          <w:b/>
          <w:color w:val="auto"/>
          <w:sz w:val="22"/>
        </w:rPr>
        <w:t>oraz</w:t>
      </w:r>
      <w:proofErr w:type="spellEnd"/>
      <w:r w:rsidRPr="00915FC0">
        <w:rPr>
          <w:b/>
          <w:color w:val="auto"/>
          <w:sz w:val="22"/>
        </w:rPr>
        <w:t xml:space="preserve"> </w:t>
      </w:r>
      <w:proofErr w:type="spellStart"/>
      <w:r w:rsidRPr="00915FC0">
        <w:rPr>
          <w:b/>
          <w:color w:val="auto"/>
          <w:sz w:val="22"/>
        </w:rPr>
        <w:t>uprawnionych</w:t>
      </w:r>
      <w:proofErr w:type="spellEnd"/>
      <w:r w:rsidRPr="00915FC0">
        <w:rPr>
          <w:b/>
          <w:color w:val="auto"/>
          <w:sz w:val="22"/>
        </w:rPr>
        <w:t xml:space="preserve"> </w:t>
      </w:r>
      <w:proofErr w:type="spellStart"/>
      <w:r w:rsidRPr="00915FC0">
        <w:rPr>
          <w:b/>
          <w:color w:val="auto"/>
          <w:sz w:val="22"/>
        </w:rPr>
        <w:t>członków</w:t>
      </w:r>
      <w:proofErr w:type="spellEnd"/>
      <w:r w:rsidRPr="00915FC0">
        <w:rPr>
          <w:b/>
          <w:color w:val="auto"/>
          <w:sz w:val="22"/>
        </w:rPr>
        <w:t xml:space="preserve"> ich </w:t>
      </w:r>
      <w:proofErr w:type="spellStart"/>
      <w:r w:rsidRPr="00915FC0">
        <w:rPr>
          <w:b/>
          <w:color w:val="auto"/>
          <w:sz w:val="22"/>
        </w:rPr>
        <w:t>rodzin</w:t>
      </w:r>
      <w:proofErr w:type="spellEnd"/>
    </w:p>
    <w:p w14:paraId="20D64550" w14:textId="77777777" w:rsidR="003158F7" w:rsidRPr="00915FC0" w:rsidRDefault="009D5D3E" w:rsidP="00CC5695">
      <w:pPr>
        <w:jc w:val="both"/>
        <w:rPr>
          <w:rFonts w:hint="eastAsia"/>
          <w:color w:val="auto"/>
        </w:rPr>
      </w:pPr>
      <w:r w:rsidRPr="00915FC0">
        <w:rPr>
          <w:i/>
          <w:color w:val="auto"/>
        </w:rPr>
        <w:t xml:space="preserve">Projekt do </w:t>
      </w:r>
      <w:proofErr w:type="spellStart"/>
      <w:r w:rsidRPr="00915FC0">
        <w:rPr>
          <w:i/>
          <w:color w:val="auto"/>
        </w:rPr>
        <w:t>konsultacji</w:t>
      </w:r>
      <w:proofErr w:type="spellEnd"/>
      <w:r w:rsidRPr="00915FC0">
        <w:rPr>
          <w:i/>
          <w:color w:val="auto"/>
        </w:rPr>
        <w:t xml:space="preserve"> </w:t>
      </w:r>
      <w:proofErr w:type="spellStart"/>
      <w:r w:rsidRPr="00915FC0">
        <w:rPr>
          <w:i/>
          <w:color w:val="auto"/>
        </w:rPr>
        <w:t>rynkowej</w:t>
      </w:r>
      <w:proofErr w:type="spellEnd"/>
      <w:r w:rsidRPr="00915FC0">
        <w:rPr>
          <w:i/>
          <w:color w:val="auto"/>
        </w:rPr>
        <w:t xml:space="preserve"> – </w:t>
      </w:r>
      <w:proofErr w:type="spellStart"/>
      <w:r w:rsidRPr="00915FC0">
        <w:rPr>
          <w:i/>
          <w:color w:val="auto"/>
        </w:rPr>
        <w:t>nie</w:t>
      </w:r>
      <w:proofErr w:type="spellEnd"/>
      <w:r w:rsidRPr="00915FC0">
        <w:rPr>
          <w:i/>
          <w:color w:val="auto"/>
        </w:rPr>
        <w:t xml:space="preserve"> </w:t>
      </w:r>
      <w:proofErr w:type="spellStart"/>
      <w:r w:rsidRPr="00915FC0">
        <w:rPr>
          <w:i/>
          <w:color w:val="auto"/>
        </w:rPr>
        <w:t>stanowi</w:t>
      </w:r>
      <w:proofErr w:type="spellEnd"/>
      <w:r w:rsidRPr="00915FC0">
        <w:rPr>
          <w:i/>
          <w:color w:val="auto"/>
        </w:rPr>
        <w:t xml:space="preserve"> </w:t>
      </w:r>
      <w:proofErr w:type="spellStart"/>
      <w:r w:rsidRPr="00915FC0">
        <w:rPr>
          <w:i/>
          <w:color w:val="auto"/>
        </w:rPr>
        <w:t>specyfikacji</w:t>
      </w:r>
      <w:proofErr w:type="spellEnd"/>
      <w:r w:rsidRPr="00915FC0">
        <w:rPr>
          <w:i/>
          <w:color w:val="auto"/>
        </w:rPr>
        <w:t xml:space="preserve"> </w:t>
      </w:r>
      <w:proofErr w:type="spellStart"/>
      <w:r w:rsidRPr="00915FC0">
        <w:rPr>
          <w:i/>
          <w:color w:val="auto"/>
        </w:rPr>
        <w:t>postępowania</w:t>
      </w:r>
      <w:proofErr w:type="spellEnd"/>
      <w:r w:rsidRPr="00915FC0">
        <w:rPr>
          <w:i/>
          <w:color w:val="auto"/>
        </w:rPr>
        <w:t xml:space="preserve"> o </w:t>
      </w:r>
      <w:proofErr w:type="spellStart"/>
      <w:r w:rsidRPr="00915FC0">
        <w:rPr>
          <w:i/>
          <w:color w:val="auto"/>
        </w:rPr>
        <w:t>udzielenie</w:t>
      </w:r>
      <w:proofErr w:type="spellEnd"/>
      <w:r w:rsidRPr="00915FC0">
        <w:rPr>
          <w:i/>
          <w:color w:val="auto"/>
        </w:rPr>
        <w:t xml:space="preserve"> </w:t>
      </w:r>
      <w:proofErr w:type="spellStart"/>
      <w:r w:rsidRPr="00915FC0">
        <w:rPr>
          <w:i/>
          <w:color w:val="auto"/>
        </w:rPr>
        <w:t>zamówienia</w:t>
      </w:r>
      <w:proofErr w:type="spellEnd"/>
      <w:r w:rsidRPr="00915FC0">
        <w:rPr>
          <w:i/>
          <w:color w:val="auto"/>
        </w:rPr>
        <w:t xml:space="preserve"> </w:t>
      </w:r>
      <w:proofErr w:type="spellStart"/>
      <w:r w:rsidRPr="00915FC0">
        <w:rPr>
          <w:i/>
          <w:color w:val="auto"/>
        </w:rPr>
        <w:t>publicznego</w:t>
      </w:r>
      <w:proofErr w:type="spellEnd"/>
      <w:r w:rsidRPr="00915FC0">
        <w:rPr>
          <w:i/>
          <w:color w:val="auto"/>
        </w:rPr>
        <w:t xml:space="preserve"> ani </w:t>
      </w:r>
      <w:proofErr w:type="spellStart"/>
      <w:r w:rsidRPr="00915FC0">
        <w:rPr>
          <w:i/>
          <w:color w:val="auto"/>
        </w:rPr>
        <w:t>zobowiązania</w:t>
      </w:r>
      <w:proofErr w:type="spellEnd"/>
      <w:r w:rsidRPr="00915FC0">
        <w:rPr>
          <w:i/>
          <w:color w:val="auto"/>
        </w:rPr>
        <w:t xml:space="preserve"> do </w:t>
      </w:r>
      <w:proofErr w:type="spellStart"/>
      <w:r w:rsidRPr="00915FC0">
        <w:rPr>
          <w:i/>
          <w:color w:val="auto"/>
        </w:rPr>
        <w:t>zawarcia</w:t>
      </w:r>
      <w:proofErr w:type="spellEnd"/>
      <w:r w:rsidRPr="00915FC0">
        <w:rPr>
          <w:i/>
          <w:color w:val="auto"/>
        </w:rPr>
        <w:t xml:space="preserve"> </w:t>
      </w:r>
      <w:proofErr w:type="spellStart"/>
      <w:r w:rsidRPr="00915FC0">
        <w:rPr>
          <w:i/>
          <w:color w:val="auto"/>
        </w:rPr>
        <w:t>umowy</w:t>
      </w:r>
      <w:proofErr w:type="spellEnd"/>
      <w:r w:rsidRPr="00915FC0">
        <w:rPr>
          <w:i/>
          <w:color w:val="auto"/>
        </w:rPr>
        <w:t>.</w:t>
      </w:r>
    </w:p>
    <w:p w14:paraId="572DD385" w14:textId="77777777" w:rsidR="003158F7" w:rsidRPr="00915FC0" w:rsidRDefault="009D5D3E" w:rsidP="00CC5695">
      <w:pPr>
        <w:pStyle w:val="Nagwek1"/>
        <w:jc w:val="both"/>
        <w:rPr>
          <w:color w:val="auto"/>
        </w:rPr>
      </w:pPr>
      <w:r w:rsidRPr="00915FC0">
        <w:rPr>
          <w:color w:val="auto"/>
        </w:rPr>
        <w:t xml:space="preserve">1. Cel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charakter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rozeznania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rynku</w:t>
      </w:r>
      <w:proofErr w:type="spellEnd"/>
    </w:p>
    <w:p w14:paraId="14187DC5" w14:textId="77777777" w:rsidR="003158F7" w:rsidRPr="00915FC0" w:rsidRDefault="009D5D3E" w:rsidP="00CC5695">
      <w:pPr>
        <w:jc w:val="both"/>
        <w:rPr>
          <w:rFonts w:hint="eastAsia"/>
          <w:color w:val="auto"/>
        </w:rPr>
      </w:pPr>
      <w:proofErr w:type="spellStart"/>
      <w:r w:rsidRPr="00915FC0">
        <w:rPr>
          <w:color w:val="auto"/>
        </w:rPr>
        <w:t>Główny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Instytut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Górnictwa</w:t>
      </w:r>
      <w:proofErr w:type="spellEnd"/>
      <w:r w:rsidRPr="00915FC0">
        <w:rPr>
          <w:color w:val="auto"/>
        </w:rPr>
        <w:t xml:space="preserve"> – </w:t>
      </w:r>
      <w:proofErr w:type="spellStart"/>
      <w:r w:rsidRPr="00915FC0">
        <w:rPr>
          <w:color w:val="auto"/>
        </w:rPr>
        <w:t>Państwowy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Instyt</w:t>
      </w:r>
      <w:r w:rsidR="002C7EFA">
        <w:rPr>
          <w:color w:val="auto"/>
        </w:rPr>
        <w:t>ut</w:t>
      </w:r>
      <w:proofErr w:type="spellEnd"/>
      <w:r w:rsidR="002C7EFA">
        <w:rPr>
          <w:color w:val="auto"/>
        </w:rPr>
        <w:t xml:space="preserve"> </w:t>
      </w:r>
      <w:proofErr w:type="spellStart"/>
      <w:r w:rsidR="002C7EFA">
        <w:rPr>
          <w:color w:val="auto"/>
        </w:rPr>
        <w:t>Badawczy</w:t>
      </w:r>
      <w:proofErr w:type="spellEnd"/>
      <w:r w:rsidR="002C7EFA">
        <w:rPr>
          <w:color w:val="auto"/>
        </w:rPr>
        <w:t xml:space="preserve"> (</w:t>
      </w:r>
      <w:proofErr w:type="spellStart"/>
      <w:r w:rsidR="002C7EFA">
        <w:rPr>
          <w:color w:val="auto"/>
        </w:rPr>
        <w:t>dalej</w:t>
      </w:r>
      <w:proofErr w:type="spellEnd"/>
      <w:r w:rsidR="002C7EFA">
        <w:rPr>
          <w:color w:val="auto"/>
        </w:rPr>
        <w:t>: „</w:t>
      </w:r>
      <w:proofErr w:type="spellStart"/>
      <w:r w:rsidR="002C7EFA">
        <w:rPr>
          <w:color w:val="auto"/>
        </w:rPr>
        <w:t>Instytut</w:t>
      </w:r>
      <w:proofErr w:type="spellEnd"/>
      <w:r w:rsidR="002C7EFA">
        <w:rPr>
          <w:color w:val="auto"/>
        </w:rPr>
        <w:t xml:space="preserve">”), </w:t>
      </w:r>
      <w:proofErr w:type="spellStart"/>
      <w:r w:rsidR="002C7EFA">
        <w:rPr>
          <w:color w:val="auto"/>
        </w:rPr>
        <w:t>zat</w:t>
      </w:r>
      <w:r w:rsidR="003B56E7">
        <w:rPr>
          <w:color w:val="auto"/>
        </w:rPr>
        <w:t>r</w:t>
      </w:r>
      <w:r w:rsidR="002C7EFA">
        <w:rPr>
          <w:color w:val="auto"/>
        </w:rPr>
        <w:t>udniający</w:t>
      </w:r>
      <w:proofErr w:type="spellEnd"/>
      <w:r w:rsidR="002C7EFA">
        <w:rPr>
          <w:color w:val="auto"/>
        </w:rPr>
        <w:t xml:space="preserve"> </w:t>
      </w:r>
      <w:proofErr w:type="spellStart"/>
      <w:r w:rsidR="002C7EFA">
        <w:rPr>
          <w:color w:val="auto"/>
        </w:rPr>
        <w:t>na</w:t>
      </w:r>
      <w:proofErr w:type="spellEnd"/>
      <w:r w:rsidR="002C7EFA">
        <w:rPr>
          <w:color w:val="auto"/>
        </w:rPr>
        <w:t xml:space="preserve"> </w:t>
      </w:r>
      <w:proofErr w:type="spellStart"/>
      <w:r w:rsidR="002C7EFA">
        <w:rPr>
          <w:color w:val="auto"/>
        </w:rPr>
        <w:t>dzień</w:t>
      </w:r>
      <w:proofErr w:type="spellEnd"/>
      <w:r w:rsidR="002C7EFA">
        <w:rPr>
          <w:color w:val="auto"/>
        </w:rPr>
        <w:t xml:space="preserve"> 21.10.2026 r. 403 </w:t>
      </w:r>
      <w:proofErr w:type="spellStart"/>
      <w:r w:rsidR="002C7EFA">
        <w:rPr>
          <w:color w:val="auto"/>
        </w:rPr>
        <w:t>osoby</w:t>
      </w:r>
      <w:proofErr w:type="spellEnd"/>
      <w:r w:rsidR="002C7EFA">
        <w:rPr>
          <w:color w:val="auto"/>
        </w:rPr>
        <w:t xml:space="preserve">, </w:t>
      </w:r>
      <w:proofErr w:type="spellStart"/>
      <w:r w:rsidRPr="00915FC0">
        <w:rPr>
          <w:color w:val="auto"/>
        </w:rPr>
        <w:t>pozyskuje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porównywalne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informacje</w:t>
      </w:r>
      <w:proofErr w:type="spellEnd"/>
      <w:r w:rsidRPr="00915FC0">
        <w:rPr>
          <w:color w:val="auto"/>
        </w:rPr>
        <w:t xml:space="preserve"> o </w:t>
      </w:r>
      <w:proofErr w:type="spellStart"/>
      <w:r w:rsidRPr="00915FC0">
        <w:rPr>
          <w:color w:val="auto"/>
        </w:rPr>
        <w:t>miesięcznych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składkach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warunkach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świadczenia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grupowej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ochrony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ubezpieczeniowej</w:t>
      </w:r>
      <w:proofErr w:type="spellEnd"/>
      <w:r w:rsidRPr="00915FC0">
        <w:rPr>
          <w:color w:val="auto"/>
        </w:rPr>
        <w:t xml:space="preserve">. </w:t>
      </w:r>
      <w:proofErr w:type="spellStart"/>
      <w:r w:rsidRPr="00915FC0">
        <w:rPr>
          <w:color w:val="auto"/>
        </w:rPr>
        <w:t>Zapytanie</w:t>
      </w:r>
      <w:proofErr w:type="spellEnd"/>
      <w:r w:rsidRPr="00915FC0">
        <w:rPr>
          <w:color w:val="auto"/>
        </w:rPr>
        <w:t xml:space="preserve"> ma </w:t>
      </w:r>
      <w:proofErr w:type="spellStart"/>
      <w:r w:rsidRPr="00915FC0">
        <w:rPr>
          <w:color w:val="auto"/>
        </w:rPr>
        <w:t>charakter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informacyjny</w:t>
      </w:r>
      <w:proofErr w:type="spellEnd"/>
      <w:r w:rsidRPr="00915FC0">
        <w:rPr>
          <w:color w:val="auto"/>
        </w:rPr>
        <w:t xml:space="preserve">. Nie </w:t>
      </w:r>
      <w:proofErr w:type="spellStart"/>
      <w:r w:rsidRPr="00915FC0">
        <w:rPr>
          <w:color w:val="auto"/>
        </w:rPr>
        <w:t>stanowi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zaproszenia</w:t>
      </w:r>
      <w:proofErr w:type="spellEnd"/>
      <w:r w:rsidRPr="00915FC0">
        <w:rPr>
          <w:color w:val="auto"/>
        </w:rPr>
        <w:t xml:space="preserve"> do </w:t>
      </w:r>
      <w:proofErr w:type="spellStart"/>
      <w:r w:rsidRPr="00915FC0">
        <w:rPr>
          <w:color w:val="auto"/>
        </w:rPr>
        <w:t>zawarcia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umowy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wyboru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oferty</w:t>
      </w:r>
      <w:proofErr w:type="spellEnd"/>
      <w:r w:rsidRPr="00915FC0">
        <w:rPr>
          <w:color w:val="auto"/>
        </w:rPr>
        <w:t xml:space="preserve"> ani </w:t>
      </w:r>
      <w:proofErr w:type="spellStart"/>
      <w:r w:rsidRPr="00915FC0">
        <w:rPr>
          <w:color w:val="auto"/>
        </w:rPr>
        <w:t>przyrzeczenia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przeprowadzenia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postępowania</w:t>
      </w:r>
      <w:proofErr w:type="spellEnd"/>
      <w:r w:rsidRPr="00915FC0">
        <w:rPr>
          <w:color w:val="auto"/>
        </w:rPr>
        <w:t xml:space="preserve">. </w:t>
      </w:r>
      <w:proofErr w:type="spellStart"/>
      <w:r w:rsidRPr="00915FC0">
        <w:rPr>
          <w:color w:val="auto"/>
        </w:rPr>
        <w:t>Wybór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docelowego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modelu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prawnego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ewentualnej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procedury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nastąpi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odrębnie</w:t>
      </w:r>
      <w:proofErr w:type="spellEnd"/>
      <w:r w:rsidRPr="00915FC0">
        <w:rPr>
          <w:color w:val="auto"/>
        </w:rPr>
        <w:t xml:space="preserve">, z </w:t>
      </w:r>
      <w:proofErr w:type="spellStart"/>
      <w:r w:rsidRPr="00915FC0">
        <w:rPr>
          <w:color w:val="auto"/>
        </w:rPr>
        <w:t>uwzględnieniem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przepisów</w:t>
      </w:r>
      <w:proofErr w:type="spellEnd"/>
      <w:r w:rsidRPr="00915FC0">
        <w:rPr>
          <w:color w:val="auto"/>
        </w:rPr>
        <w:t xml:space="preserve"> o </w:t>
      </w:r>
      <w:proofErr w:type="spellStart"/>
      <w:r w:rsidRPr="00915FC0">
        <w:rPr>
          <w:color w:val="auto"/>
        </w:rPr>
        <w:t>zamówieniach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publicznych</w:t>
      </w:r>
      <w:proofErr w:type="spellEnd"/>
      <w:r w:rsidRPr="00915FC0">
        <w:rPr>
          <w:color w:val="auto"/>
        </w:rPr>
        <w:t>.</w:t>
      </w:r>
      <w:r w:rsidR="00F64D6C" w:rsidRPr="00F64D6C">
        <w:t xml:space="preserve"> </w:t>
      </w:r>
      <w:r w:rsidR="00F64D6C" w:rsidRPr="00F64D6C">
        <w:rPr>
          <w:color w:val="auto"/>
        </w:rPr>
        <w:t xml:space="preserve">Na </w:t>
      </w:r>
      <w:proofErr w:type="spellStart"/>
      <w:r w:rsidR="00F64D6C" w:rsidRPr="00F64D6C">
        <w:rPr>
          <w:color w:val="auto"/>
        </w:rPr>
        <w:t>potrzeby</w:t>
      </w:r>
      <w:proofErr w:type="spellEnd"/>
      <w:r w:rsidR="00F64D6C" w:rsidRPr="00F64D6C">
        <w:rPr>
          <w:color w:val="auto"/>
        </w:rPr>
        <w:t xml:space="preserve"> </w:t>
      </w:r>
      <w:proofErr w:type="spellStart"/>
      <w:r w:rsidR="00F64D6C" w:rsidRPr="00F64D6C">
        <w:rPr>
          <w:color w:val="auto"/>
        </w:rPr>
        <w:t>rozeznania</w:t>
      </w:r>
      <w:proofErr w:type="spellEnd"/>
      <w:r w:rsidR="00F64D6C" w:rsidRPr="00F64D6C">
        <w:rPr>
          <w:color w:val="auto"/>
        </w:rPr>
        <w:t xml:space="preserve"> </w:t>
      </w:r>
      <w:proofErr w:type="spellStart"/>
      <w:r w:rsidR="00F64D6C" w:rsidRPr="00F64D6C">
        <w:rPr>
          <w:color w:val="auto"/>
        </w:rPr>
        <w:t>przyjmuje</w:t>
      </w:r>
      <w:proofErr w:type="spellEnd"/>
      <w:r w:rsidR="00F64D6C" w:rsidRPr="00F64D6C">
        <w:rPr>
          <w:color w:val="auto"/>
        </w:rPr>
        <w:t xml:space="preserve"> </w:t>
      </w:r>
      <w:proofErr w:type="spellStart"/>
      <w:r w:rsidR="00F64D6C" w:rsidRPr="00F64D6C">
        <w:rPr>
          <w:color w:val="auto"/>
        </w:rPr>
        <w:t>si</w:t>
      </w:r>
      <w:r w:rsidR="00F64D6C" w:rsidRPr="00F64D6C">
        <w:rPr>
          <w:rFonts w:hint="cs"/>
          <w:color w:val="auto"/>
        </w:rPr>
        <w:t>ę</w:t>
      </w:r>
      <w:proofErr w:type="spellEnd"/>
      <w:r w:rsidR="00F64D6C" w:rsidRPr="00F64D6C">
        <w:rPr>
          <w:color w:val="auto"/>
        </w:rPr>
        <w:t xml:space="preserve"> </w:t>
      </w:r>
      <w:proofErr w:type="spellStart"/>
      <w:r w:rsidR="00F64D6C" w:rsidRPr="00F64D6C">
        <w:rPr>
          <w:color w:val="auto"/>
        </w:rPr>
        <w:t>okres</w:t>
      </w:r>
      <w:proofErr w:type="spellEnd"/>
      <w:r w:rsidR="00F64D6C" w:rsidRPr="00F64D6C">
        <w:rPr>
          <w:color w:val="auto"/>
        </w:rPr>
        <w:t xml:space="preserve"> </w:t>
      </w:r>
      <w:proofErr w:type="spellStart"/>
      <w:r w:rsidR="00F64D6C" w:rsidRPr="00F64D6C">
        <w:rPr>
          <w:color w:val="auto"/>
        </w:rPr>
        <w:t>ochrony</w:t>
      </w:r>
      <w:proofErr w:type="spellEnd"/>
      <w:r w:rsidR="00F64D6C" w:rsidRPr="00F64D6C">
        <w:rPr>
          <w:color w:val="auto"/>
        </w:rPr>
        <w:t xml:space="preserve"> </w:t>
      </w:r>
      <w:proofErr w:type="spellStart"/>
      <w:r w:rsidR="00F64D6C" w:rsidRPr="00F64D6C">
        <w:rPr>
          <w:color w:val="auto"/>
        </w:rPr>
        <w:t>wynosz</w:t>
      </w:r>
      <w:r w:rsidR="00F64D6C" w:rsidRPr="00F64D6C">
        <w:rPr>
          <w:rFonts w:hint="cs"/>
          <w:color w:val="auto"/>
        </w:rPr>
        <w:t>ą</w:t>
      </w:r>
      <w:r w:rsidR="00F64D6C" w:rsidRPr="00F64D6C">
        <w:rPr>
          <w:color w:val="auto"/>
        </w:rPr>
        <w:t>cy</w:t>
      </w:r>
      <w:proofErr w:type="spellEnd"/>
      <w:r w:rsidR="00F64D6C" w:rsidRPr="00F64D6C">
        <w:rPr>
          <w:color w:val="auto"/>
        </w:rPr>
        <w:t xml:space="preserve"> 48 </w:t>
      </w:r>
      <w:proofErr w:type="spellStart"/>
      <w:r w:rsidR="00F64D6C" w:rsidRPr="00F64D6C">
        <w:rPr>
          <w:color w:val="auto"/>
        </w:rPr>
        <w:t>miesi</w:t>
      </w:r>
      <w:r w:rsidR="00F64D6C" w:rsidRPr="00F64D6C">
        <w:rPr>
          <w:rFonts w:hint="cs"/>
          <w:color w:val="auto"/>
        </w:rPr>
        <w:t>ę</w:t>
      </w:r>
      <w:r w:rsidR="00F64D6C" w:rsidRPr="00F64D6C">
        <w:rPr>
          <w:color w:val="auto"/>
        </w:rPr>
        <w:t>cy</w:t>
      </w:r>
      <w:proofErr w:type="spellEnd"/>
      <w:r w:rsidR="00F64D6C" w:rsidRPr="00F64D6C">
        <w:rPr>
          <w:color w:val="auto"/>
        </w:rPr>
        <w:t xml:space="preserve">, z </w:t>
      </w:r>
      <w:proofErr w:type="spellStart"/>
      <w:r w:rsidR="00F64D6C" w:rsidRPr="00F64D6C">
        <w:rPr>
          <w:color w:val="auto"/>
        </w:rPr>
        <w:t>mo</w:t>
      </w:r>
      <w:r w:rsidR="00F64D6C" w:rsidRPr="00F64D6C">
        <w:rPr>
          <w:rFonts w:hint="cs"/>
          <w:color w:val="auto"/>
        </w:rPr>
        <w:t>ż</w:t>
      </w:r>
      <w:r w:rsidR="00F64D6C" w:rsidRPr="00F64D6C">
        <w:rPr>
          <w:color w:val="auto"/>
        </w:rPr>
        <w:t>liwo</w:t>
      </w:r>
      <w:r w:rsidR="00F64D6C" w:rsidRPr="00F64D6C">
        <w:rPr>
          <w:rFonts w:hint="cs"/>
          <w:color w:val="auto"/>
        </w:rPr>
        <w:t>ś</w:t>
      </w:r>
      <w:r w:rsidR="00F64D6C" w:rsidRPr="00F64D6C">
        <w:rPr>
          <w:color w:val="auto"/>
        </w:rPr>
        <w:t>ci</w:t>
      </w:r>
      <w:r w:rsidR="00F64D6C" w:rsidRPr="00F64D6C">
        <w:rPr>
          <w:rFonts w:hint="cs"/>
          <w:color w:val="auto"/>
        </w:rPr>
        <w:t>ą</w:t>
      </w:r>
      <w:proofErr w:type="spellEnd"/>
      <w:r w:rsidR="00F64D6C" w:rsidRPr="00F64D6C">
        <w:rPr>
          <w:color w:val="auto"/>
        </w:rPr>
        <w:t xml:space="preserve"> </w:t>
      </w:r>
      <w:proofErr w:type="spellStart"/>
      <w:r w:rsidR="00F64D6C" w:rsidRPr="00F64D6C">
        <w:rPr>
          <w:color w:val="auto"/>
        </w:rPr>
        <w:t>przed</w:t>
      </w:r>
      <w:r w:rsidR="00F64D6C" w:rsidRPr="00F64D6C">
        <w:rPr>
          <w:rFonts w:hint="cs"/>
          <w:color w:val="auto"/>
        </w:rPr>
        <w:t>ł</w:t>
      </w:r>
      <w:r w:rsidR="00F64D6C" w:rsidRPr="00F64D6C">
        <w:rPr>
          <w:color w:val="auto"/>
        </w:rPr>
        <w:t>u</w:t>
      </w:r>
      <w:r w:rsidR="00F64D6C" w:rsidRPr="00F64D6C">
        <w:rPr>
          <w:rFonts w:hint="cs"/>
          <w:color w:val="auto"/>
        </w:rPr>
        <w:t>ż</w:t>
      </w:r>
      <w:r w:rsidR="00F64D6C" w:rsidRPr="00F64D6C">
        <w:rPr>
          <w:color w:val="auto"/>
        </w:rPr>
        <w:t>enia</w:t>
      </w:r>
      <w:proofErr w:type="spellEnd"/>
      <w:r w:rsidR="00F64D6C" w:rsidRPr="00F64D6C">
        <w:rPr>
          <w:color w:val="auto"/>
        </w:rPr>
        <w:t xml:space="preserve">. </w:t>
      </w:r>
      <w:proofErr w:type="spellStart"/>
      <w:r w:rsidR="00F64D6C" w:rsidRPr="00F64D6C">
        <w:rPr>
          <w:color w:val="auto"/>
        </w:rPr>
        <w:t>Planowany</w:t>
      </w:r>
      <w:proofErr w:type="spellEnd"/>
      <w:r w:rsidR="00F64D6C" w:rsidRPr="00F64D6C">
        <w:rPr>
          <w:color w:val="auto"/>
        </w:rPr>
        <w:t xml:space="preserve"> </w:t>
      </w:r>
      <w:proofErr w:type="spellStart"/>
      <w:r w:rsidR="00F64D6C" w:rsidRPr="00F64D6C">
        <w:rPr>
          <w:color w:val="auto"/>
        </w:rPr>
        <w:t>termin</w:t>
      </w:r>
      <w:proofErr w:type="spellEnd"/>
      <w:r w:rsidR="00F64D6C" w:rsidRPr="00F64D6C">
        <w:rPr>
          <w:color w:val="auto"/>
        </w:rPr>
        <w:t xml:space="preserve"> </w:t>
      </w:r>
      <w:proofErr w:type="spellStart"/>
      <w:r w:rsidR="00F64D6C" w:rsidRPr="00F64D6C">
        <w:rPr>
          <w:color w:val="auto"/>
        </w:rPr>
        <w:t>rozpocz</w:t>
      </w:r>
      <w:r w:rsidR="00F64D6C" w:rsidRPr="00F64D6C">
        <w:rPr>
          <w:rFonts w:hint="cs"/>
          <w:color w:val="auto"/>
        </w:rPr>
        <w:t>ę</w:t>
      </w:r>
      <w:r w:rsidR="00F64D6C" w:rsidRPr="00F64D6C">
        <w:rPr>
          <w:color w:val="auto"/>
        </w:rPr>
        <w:t>cia</w:t>
      </w:r>
      <w:proofErr w:type="spellEnd"/>
      <w:r w:rsidR="00F64D6C" w:rsidRPr="00F64D6C">
        <w:rPr>
          <w:color w:val="auto"/>
        </w:rPr>
        <w:t xml:space="preserve"> </w:t>
      </w:r>
      <w:proofErr w:type="spellStart"/>
      <w:r w:rsidR="00F64D6C" w:rsidRPr="00F64D6C">
        <w:rPr>
          <w:color w:val="auto"/>
        </w:rPr>
        <w:t>ochrony</w:t>
      </w:r>
      <w:proofErr w:type="spellEnd"/>
      <w:r w:rsidR="00F64D6C" w:rsidRPr="00F64D6C">
        <w:rPr>
          <w:color w:val="auto"/>
        </w:rPr>
        <w:t xml:space="preserve">: </w:t>
      </w:r>
      <w:r w:rsidR="00F64D6C">
        <w:rPr>
          <w:color w:val="auto"/>
        </w:rPr>
        <w:t>1.01.2027 r.</w:t>
      </w:r>
      <w:r w:rsidR="00F64D6C" w:rsidRPr="00F64D6C">
        <w:rPr>
          <w:color w:val="auto"/>
        </w:rPr>
        <w:t xml:space="preserve"> </w:t>
      </w:r>
      <w:proofErr w:type="spellStart"/>
      <w:r w:rsidR="00F64D6C" w:rsidRPr="00F64D6C">
        <w:rPr>
          <w:color w:val="auto"/>
        </w:rPr>
        <w:t>Oferent</w:t>
      </w:r>
      <w:proofErr w:type="spellEnd"/>
      <w:r w:rsidR="00F64D6C" w:rsidRPr="00F64D6C">
        <w:rPr>
          <w:color w:val="auto"/>
        </w:rPr>
        <w:t xml:space="preserve"> </w:t>
      </w:r>
      <w:proofErr w:type="spellStart"/>
      <w:r w:rsidR="00F64D6C" w:rsidRPr="00F64D6C">
        <w:rPr>
          <w:color w:val="auto"/>
        </w:rPr>
        <w:t>wska</w:t>
      </w:r>
      <w:r w:rsidR="00F64D6C" w:rsidRPr="00F64D6C">
        <w:rPr>
          <w:rFonts w:hint="cs"/>
          <w:color w:val="auto"/>
        </w:rPr>
        <w:t>ż</w:t>
      </w:r>
      <w:r w:rsidR="00F64D6C" w:rsidRPr="00F64D6C">
        <w:rPr>
          <w:color w:val="auto"/>
        </w:rPr>
        <w:t>e</w:t>
      </w:r>
      <w:proofErr w:type="spellEnd"/>
      <w:r w:rsidR="00F64D6C" w:rsidRPr="00F64D6C">
        <w:rPr>
          <w:color w:val="auto"/>
        </w:rPr>
        <w:t xml:space="preserve">, </w:t>
      </w:r>
      <w:proofErr w:type="spellStart"/>
      <w:r w:rsidR="00F64D6C" w:rsidRPr="00F64D6C">
        <w:rPr>
          <w:color w:val="auto"/>
        </w:rPr>
        <w:t>czy</w:t>
      </w:r>
      <w:proofErr w:type="spellEnd"/>
      <w:r w:rsidR="00F64D6C" w:rsidRPr="00F64D6C">
        <w:rPr>
          <w:color w:val="auto"/>
        </w:rPr>
        <w:t xml:space="preserve"> </w:t>
      </w:r>
      <w:proofErr w:type="spellStart"/>
      <w:r w:rsidR="00F64D6C" w:rsidRPr="00F64D6C">
        <w:rPr>
          <w:color w:val="auto"/>
        </w:rPr>
        <w:t>podana</w:t>
      </w:r>
      <w:proofErr w:type="spellEnd"/>
      <w:r w:rsidR="00F64D6C" w:rsidRPr="00F64D6C">
        <w:rPr>
          <w:color w:val="auto"/>
        </w:rPr>
        <w:t xml:space="preserve"> </w:t>
      </w:r>
      <w:proofErr w:type="spellStart"/>
      <w:r w:rsidR="00F64D6C" w:rsidRPr="00F64D6C">
        <w:rPr>
          <w:color w:val="auto"/>
        </w:rPr>
        <w:t>sk</w:t>
      </w:r>
      <w:r w:rsidR="00F64D6C" w:rsidRPr="00F64D6C">
        <w:rPr>
          <w:rFonts w:hint="cs"/>
          <w:color w:val="auto"/>
        </w:rPr>
        <w:t>ł</w:t>
      </w:r>
      <w:r w:rsidR="00F64D6C" w:rsidRPr="00F64D6C">
        <w:rPr>
          <w:color w:val="auto"/>
        </w:rPr>
        <w:t>adka</w:t>
      </w:r>
      <w:proofErr w:type="spellEnd"/>
      <w:r w:rsidR="00F64D6C" w:rsidRPr="00F64D6C">
        <w:rPr>
          <w:color w:val="auto"/>
        </w:rPr>
        <w:t xml:space="preserve"> </w:t>
      </w:r>
      <w:proofErr w:type="spellStart"/>
      <w:r w:rsidR="00F64D6C" w:rsidRPr="00F64D6C">
        <w:rPr>
          <w:color w:val="auto"/>
        </w:rPr>
        <w:t>i</w:t>
      </w:r>
      <w:proofErr w:type="spellEnd"/>
      <w:r w:rsidR="00F64D6C" w:rsidRPr="00F64D6C">
        <w:rPr>
          <w:color w:val="auto"/>
        </w:rPr>
        <w:t xml:space="preserve"> </w:t>
      </w:r>
      <w:proofErr w:type="spellStart"/>
      <w:r w:rsidR="00F64D6C" w:rsidRPr="00F64D6C">
        <w:rPr>
          <w:color w:val="auto"/>
        </w:rPr>
        <w:t>zakres</w:t>
      </w:r>
      <w:proofErr w:type="spellEnd"/>
      <w:r w:rsidR="00F64D6C" w:rsidRPr="00F64D6C">
        <w:rPr>
          <w:color w:val="auto"/>
        </w:rPr>
        <w:t xml:space="preserve"> </w:t>
      </w:r>
      <w:proofErr w:type="spellStart"/>
      <w:r w:rsidR="00F64D6C" w:rsidRPr="00F64D6C">
        <w:rPr>
          <w:rFonts w:hint="cs"/>
          <w:color w:val="auto"/>
        </w:rPr>
        <w:t>ś</w:t>
      </w:r>
      <w:r w:rsidR="00F64D6C" w:rsidRPr="00F64D6C">
        <w:rPr>
          <w:color w:val="auto"/>
        </w:rPr>
        <w:t>wiadcze</w:t>
      </w:r>
      <w:r w:rsidR="00F64D6C" w:rsidRPr="00F64D6C">
        <w:rPr>
          <w:rFonts w:hint="cs"/>
          <w:color w:val="auto"/>
        </w:rPr>
        <w:t>ń</w:t>
      </w:r>
      <w:proofErr w:type="spellEnd"/>
      <w:r w:rsidR="00F64D6C" w:rsidRPr="00F64D6C">
        <w:rPr>
          <w:color w:val="auto"/>
        </w:rPr>
        <w:t xml:space="preserve"> </w:t>
      </w:r>
      <w:proofErr w:type="spellStart"/>
      <w:r w:rsidR="00F64D6C" w:rsidRPr="00F64D6C">
        <w:rPr>
          <w:color w:val="auto"/>
        </w:rPr>
        <w:t>s</w:t>
      </w:r>
      <w:r w:rsidR="00F64D6C" w:rsidRPr="00F64D6C">
        <w:rPr>
          <w:rFonts w:hint="cs"/>
          <w:color w:val="auto"/>
        </w:rPr>
        <w:t>ą</w:t>
      </w:r>
      <w:proofErr w:type="spellEnd"/>
      <w:r w:rsidR="00F64D6C" w:rsidRPr="00F64D6C">
        <w:rPr>
          <w:color w:val="auto"/>
        </w:rPr>
        <w:t xml:space="preserve"> </w:t>
      </w:r>
      <w:proofErr w:type="spellStart"/>
      <w:r w:rsidR="00F64D6C" w:rsidRPr="00F64D6C">
        <w:rPr>
          <w:color w:val="auto"/>
        </w:rPr>
        <w:t>gwarantowane</w:t>
      </w:r>
      <w:proofErr w:type="spellEnd"/>
      <w:r w:rsidR="00F64D6C" w:rsidRPr="00F64D6C">
        <w:rPr>
          <w:color w:val="auto"/>
        </w:rPr>
        <w:t xml:space="preserve"> bez </w:t>
      </w:r>
      <w:proofErr w:type="spellStart"/>
      <w:r w:rsidR="00F64D6C" w:rsidRPr="00F64D6C">
        <w:rPr>
          <w:color w:val="auto"/>
        </w:rPr>
        <w:t>zmian</w:t>
      </w:r>
      <w:proofErr w:type="spellEnd"/>
      <w:r w:rsidR="00F64D6C" w:rsidRPr="00F64D6C">
        <w:rPr>
          <w:color w:val="auto"/>
        </w:rPr>
        <w:t xml:space="preserve"> </w:t>
      </w:r>
      <w:proofErr w:type="spellStart"/>
      <w:r w:rsidR="00F64D6C" w:rsidRPr="00F64D6C">
        <w:rPr>
          <w:color w:val="auto"/>
        </w:rPr>
        <w:t>przez</w:t>
      </w:r>
      <w:proofErr w:type="spellEnd"/>
      <w:r w:rsidR="00F64D6C" w:rsidRPr="00F64D6C">
        <w:rPr>
          <w:color w:val="auto"/>
        </w:rPr>
        <w:t xml:space="preserve"> </w:t>
      </w:r>
      <w:proofErr w:type="spellStart"/>
      <w:r w:rsidR="00F64D6C" w:rsidRPr="00F64D6C">
        <w:rPr>
          <w:color w:val="auto"/>
        </w:rPr>
        <w:t>ca</w:t>
      </w:r>
      <w:r w:rsidR="00F64D6C" w:rsidRPr="00F64D6C">
        <w:rPr>
          <w:rFonts w:hint="cs"/>
          <w:color w:val="auto"/>
        </w:rPr>
        <w:t>ł</w:t>
      </w:r>
      <w:r w:rsidR="00F64D6C" w:rsidRPr="00F64D6C">
        <w:rPr>
          <w:color w:val="auto"/>
        </w:rPr>
        <w:t>y</w:t>
      </w:r>
      <w:proofErr w:type="spellEnd"/>
      <w:r w:rsidR="00F64D6C" w:rsidRPr="00F64D6C">
        <w:rPr>
          <w:color w:val="auto"/>
        </w:rPr>
        <w:t xml:space="preserve"> 48-miesi</w:t>
      </w:r>
      <w:r w:rsidR="00F64D6C" w:rsidRPr="00F64D6C">
        <w:rPr>
          <w:rFonts w:hint="cs"/>
          <w:color w:val="auto"/>
        </w:rPr>
        <w:t>ę</w:t>
      </w:r>
      <w:r w:rsidR="00F64D6C" w:rsidRPr="00F64D6C">
        <w:rPr>
          <w:color w:val="auto"/>
        </w:rPr>
        <w:t xml:space="preserve">czny </w:t>
      </w:r>
      <w:proofErr w:type="spellStart"/>
      <w:r w:rsidR="00F64D6C" w:rsidRPr="00F64D6C">
        <w:rPr>
          <w:color w:val="auto"/>
        </w:rPr>
        <w:t>okres</w:t>
      </w:r>
      <w:proofErr w:type="spellEnd"/>
      <w:r w:rsidR="00F64D6C" w:rsidRPr="00F64D6C">
        <w:rPr>
          <w:color w:val="auto"/>
        </w:rPr>
        <w:t xml:space="preserve">. </w:t>
      </w:r>
      <w:proofErr w:type="spellStart"/>
      <w:r w:rsidR="00F64D6C" w:rsidRPr="00F64D6C">
        <w:rPr>
          <w:color w:val="auto"/>
        </w:rPr>
        <w:t>Je</w:t>
      </w:r>
      <w:r w:rsidR="00F64D6C" w:rsidRPr="00F64D6C">
        <w:rPr>
          <w:rFonts w:hint="cs"/>
          <w:color w:val="auto"/>
        </w:rPr>
        <w:t>ś</w:t>
      </w:r>
      <w:r w:rsidR="00F64D6C" w:rsidRPr="00F64D6C">
        <w:rPr>
          <w:color w:val="auto"/>
        </w:rPr>
        <w:t>li</w:t>
      </w:r>
      <w:proofErr w:type="spellEnd"/>
      <w:r w:rsidR="00F64D6C" w:rsidRPr="00F64D6C">
        <w:rPr>
          <w:color w:val="auto"/>
        </w:rPr>
        <w:t xml:space="preserve"> </w:t>
      </w:r>
      <w:proofErr w:type="spellStart"/>
      <w:r w:rsidR="00F64D6C" w:rsidRPr="00F64D6C">
        <w:rPr>
          <w:color w:val="auto"/>
        </w:rPr>
        <w:t>nie</w:t>
      </w:r>
      <w:proofErr w:type="spellEnd"/>
      <w:r w:rsidR="00F64D6C" w:rsidRPr="00F64D6C">
        <w:rPr>
          <w:color w:val="auto"/>
        </w:rPr>
        <w:t xml:space="preserve">, </w:t>
      </w:r>
      <w:proofErr w:type="spellStart"/>
      <w:r w:rsidR="00F64D6C" w:rsidRPr="00F64D6C">
        <w:rPr>
          <w:color w:val="auto"/>
        </w:rPr>
        <w:t>przedstawi</w:t>
      </w:r>
      <w:proofErr w:type="spellEnd"/>
      <w:r w:rsidR="00F64D6C" w:rsidRPr="00F64D6C">
        <w:rPr>
          <w:color w:val="auto"/>
        </w:rPr>
        <w:t xml:space="preserve"> </w:t>
      </w:r>
      <w:proofErr w:type="spellStart"/>
      <w:r w:rsidR="00F64D6C" w:rsidRPr="00F64D6C">
        <w:rPr>
          <w:color w:val="auto"/>
        </w:rPr>
        <w:t>zasady</w:t>
      </w:r>
      <w:proofErr w:type="spellEnd"/>
      <w:r w:rsidR="00F64D6C" w:rsidRPr="00F64D6C">
        <w:rPr>
          <w:color w:val="auto"/>
        </w:rPr>
        <w:t xml:space="preserve"> </w:t>
      </w:r>
      <w:proofErr w:type="spellStart"/>
      <w:r w:rsidR="00F64D6C" w:rsidRPr="00F64D6C">
        <w:rPr>
          <w:color w:val="auto"/>
        </w:rPr>
        <w:t>i</w:t>
      </w:r>
      <w:proofErr w:type="spellEnd"/>
      <w:r w:rsidR="00F64D6C" w:rsidRPr="00F64D6C">
        <w:rPr>
          <w:color w:val="auto"/>
        </w:rPr>
        <w:t xml:space="preserve"> </w:t>
      </w:r>
      <w:proofErr w:type="spellStart"/>
      <w:r w:rsidR="00F64D6C" w:rsidRPr="00F64D6C">
        <w:rPr>
          <w:color w:val="auto"/>
        </w:rPr>
        <w:t>cz</w:t>
      </w:r>
      <w:r w:rsidR="00F64D6C" w:rsidRPr="00F64D6C">
        <w:rPr>
          <w:rFonts w:hint="cs"/>
          <w:color w:val="auto"/>
        </w:rPr>
        <w:t>ę</w:t>
      </w:r>
      <w:r w:rsidR="00F64D6C" w:rsidRPr="00F64D6C">
        <w:rPr>
          <w:color w:val="auto"/>
        </w:rPr>
        <w:t>stotliwo</w:t>
      </w:r>
      <w:r w:rsidR="00F64D6C" w:rsidRPr="00F64D6C">
        <w:rPr>
          <w:rFonts w:hint="cs"/>
          <w:color w:val="auto"/>
        </w:rPr>
        <w:t>ść</w:t>
      </w:r>
      <w:proofErr w:type="spellEnd"/>
      <w:r w:rsidR="00F64D6C" w:rsidRPr="00F64D6C">
        <w:rPr>
          <w:color w:val="auto"/>
        </w:rPr>
        <w:t xml:space="preserve"> </w:t>
      </w:r>
      <w:proofErr w:type="spellStart"/>
      <w:r w:rsidR="00F64D6C" w:rsidRPr="00F64D6C">
        <w:rPr>
          <w:color w:val="auto"/>
        </w:rPr>
        <w:t>ewentualnej</w:t>
      </w:r>
      <w:proofErr w:type="spellEnd"/>
      <w:r w:rsidR="00F64D6C" w:rsidRPr="00F64D6C">
        <w:rPr>
          <w:color w:val="auto"/>
        </w:rPr>
        <w:t xml:space="preserve"> </w:t>
      </w:r>
      <w:proofErr w:type="spellStart"/>
      <w:r w:rsidR="00F64D6C" w:rsidRPr="00F64D6C">
        <w:rPr>
          <w:color w:val="auto"/>
        </w:rPr>
        <w:t>zmiany</w:t>
      </w:r>
      <w:proofErr w:type="spellEnd"/>
      <w:r w:rsidR="00F64D6C" w:rsidRPr="00F64D6C">
        <w:rPr>
          <w:color w:val="auto"/>
        </w:rPr>
        <w:t xml:space="preserve"> </w:t>
      </w:r>
      <w:proofErr w:type="spellStart"/>
      <w:r w:rsidR="00F64D6C" w:rsidRPr="00F64D6C">
        <w:rPr>
          <w:color w:val="auto"/>
        </w:rPr>
        <w:t>sk</w:t>
      </w:r>
      <w:r w:rsidR="00F64D6C" w:rsidRPr="00F64D6C">
        <w:rPr>
          <w:rFonts w:hint="cs"/>
          <w:color w:val="auto"/>
        </w:rPr>
        <w:t>ł</w:t>
      </w:r>
      <w:r w:rsidR="00F64D6C" w:rsidRPr="00F64D6C">
        <w:rPr>
          <w:color w:val="auto"/>
        </w:rPr>
        <w:t>adki</w:t>
      </w:r>
      <w:proofErr w:type="spellEnd"/>
      <w:r w:rsidR="00F64D6C" w:rsidRPr="00F64D6C">
        <w:rPr>
          <w:color w:val="auto"/>
        </w:rPr>
        <w:t xml:space="preserve"> (np. </w:t>
      </w:r>
      <w:proofErr w:type="spellStart"/>
      <w:r w:rsidR="00F64D6C" w:rsidRPr="00F64D6C">
        <w:rPr>
          <w:color w:val="auto"/>
        </w:rPr>
        <w:t>waloryzacji</w:t>
      </w:r>
      <w:proofErr w:type="spellEnd"/>
      <w:r w:rsidR="00F64D6C" w:rsidRPr="00F64D6C">
        <w:rPr>
          <w:color w:val="auto"/>
        </w:rPr>
        <w:t xml:space="preserve"> </w:t>
      </w:r>
      <w:proofErr w:type="spellStart"/>
      <w:r w:rsidR="00F64D6C" w:rsidRPr="00F64D6C">
        <w:rPr>
          <w:color w:val="auto"/>
        </w:rPr>
        <w:t>lub</w:t>
      </w:r>
      <w:proofErr w:type="spellEnd"/>
      <w:r w:rsidR="00F64D6C" w:rsidRPr="00F64D6C">
        <w:rPr>
          <w:color w:val="auto"/>
        </w:rPr>
        <w:t xml:space="preserve"> </w:t>
      </w:r>
      <w:proofErr w:type="spellStart"/>
      <w:r w:rsidR="00F64D6C" w:rsidRPr="00F64D6C">
        <w:rPr>
          <w:color w:val="auto"/>
        </w:rPr>
        <w:t>weryfikacji</w:t>
      </w:r>
      <w:proofErr w:type="spellEnd"/>
      <w:r w:rsidR="00F64D6C" w:rsidRPr="00F64D6C">
        <w:rPr>
          <w:color w:val="auto"/>
        </w:rPr>
        <w:t xml:space="preserve"> po </w:t>
      </w:r>
      <w:proofErr w:type="spellStart"/>
      <w:r w:rsidR="00F64D6C" w:rsidRPr="00F64D6C">
        <w:rPr>
          <w:color w:val="auto"/>
        </w:rPr>
        <w:t>okresie</w:t>
      </w:r>
      <w:proofErr w:type="spellEnd"/>
      <w:r w:rsidR="00F64D6C" w:rsidRPr="00F64D6C">
        <w:rPr>
          <w:color w:val="auto"/>
        </w:rPr>
        <w:t xml:space="preserve"> </w:t>
      </w:r>
      <w:proofErr w:type="spellStart"/>
      <w:r w:rsidR="00F64D6C" w:rsidRPr="00F64D6C">
        <w:rPr>
          <w:color w:val="auto"/>
        </w:rPr>
        <w:t>rozliczeniowym</w:t>
      </w:r>
      <w:proofErr w:type="spellEnd"/>
      <w:r w:rsidR="00F64D6C" w:rsidRPr="00F64D6C">
        <w:rPr>
          <w:color w:val="auto"/>
        </w:rPr>
        <w:t>).</w:t>
      </w:r>
    </w:p>
    <w:p w14:paraId="0A9DA9FD" w14:textId="77777777" w:rsidR="003158F7" w:rsidRPr="00915FC0" w:rsidRDefault="009D5D3E" w:rsidP="00CC5695">
      <w:pPr>
        <w:pStyle w:val="Nagwek1"/>
        <w:jc w:val="both"/>
        <w:rPr>
          <w:color w:val="auto"/>
        </w:rPr>
      </w:pPr>
      <w:r w:rsidRPr="00915FC0">
        <w:rPr>
          <w:color w:val="auto"/>
        </w:rPr>
        <w:t xml:space="preserve">2. </w:t>
      </w:r>
      <w:proofErr w:type="spellStart"/>
      <w:r w:rsidRPr="00915FC0">
        <w:rPr>
          <w:color w:val="auto"/>
        </w:rPr>
        <w:t>Zakres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rozeznania</w:t>
      </w:r>
      <w:proofErr w:type="spellEnd"/>
    </w:p>
    <w:p w14:paraId="5D8F03F5" w14:textId="77777777" w:rsidR="003158F7" w:rsidRPr="00915FC0" w:rsidRDefault="009D5D3E" w:rsidP="00CC5695">
      <w:pPr>
        <w:pStyle w:val="Listapunktowana"/>
        <w:jc w:val="both"/>
        <w:rPr>
          <w:rFonts w:hint="eastAsia"/>
          <w:color w:val="auto"/>
        </w:rPr>
      </w:pPr>
      <w:proofErr w:type="spellStart"/>
      <w:r w:rsidRPr="00915FC0">
        <w:rPr>
          <w:color w:val="auto"/>
        </w:rPr>
        <w:t>Pakiet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podstawowy</w:t>
      </w:r>
      <w:proofErr w:type="spellEnd"/>
      <w:r w:rsidRPr="00915FC0">
        <w:rPr>
          <w:color w:val="auto"/>
        </w:rPr>
        <w:t xml:space="preserve">: </w:t>
      </w:r>
      <w:proofErr w:type="spellStart"/>
      <w:r w:rsidRPr="00915FC0">
        <w:rPr>
          <w:color w:val="auto"/>
        </w:rPr>
        <w:t>pięć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wariantów</w:t>
      </w:r>
      <w:proofErr w:type="spellEnd"/>
      <w:r w:rsidRPr="00915FC0">
        <w:rPr>
          <w:color w:val="auto"/>
        </w:rPr>
        <w:t xml:space="preserve"> (A, B, C, D, E) </w:t>
      </w:r>
      <w:proofErr w:type="spellStart"/>
      <w:r w:rsidRPr="00915FC0">
        <w:rPr>
          <w:color w:val="auto"/>
        </w:rPr>
        <w:t>grupowej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ochrony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życie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zdrowie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następstwa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nieszczęśliwych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wypadków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zgodnie</w:t>
      </w:r>
      <w:proofErr w:type="spellEnd"/>
      <w:r w:rsidRPr="00915FC0">
        <w:rPr>
          <w:color w:val="auto"/>
        </w:rPr>
        <w:t xml:space="preserve"> z </w:t>
      </w:r>
      <w:proofErr w:type="spellStart"/>
      <w:r w:rsidRPr="00915FC0">
        <w:rPr>
          <w:color w:val="auto"/>
        </w:rPr>
        <w:t>Załącznikiem</w:t>
      </w:r>
      <w:proofErr w:type="spellEnd"/>
      <w:r w:rsidRPr="00915FC0">
        <w:rPr>
          <w:color w:val="auto"/>
        </w:rPr>
        <w:t xml:space="preserve"> nr 1.</w:t>
      </w:r>
    </w:p>
    <w:p w14:paraId="5297BEEC" w14:textId="77777777" w:rsidR="003158F7" w:rsidRPr="00915FC0" w:rsidRDefault="009D5D3E" w:rsidP="00CC5695">
      <w:pPr>
        <w:pStyle w:val="Listapunktowana"/>
        <w:jc w:val="both"/>
        <w:rPr>
          <w:rFonts w:hint="eastAsia"/>
          <w:color w:val="auto"/>
        </w:rPr>
      </w:pPr>
      <w:proofErr w:type="spellStart"/>
      <w:r w:rsidRPr="00915FC0">
        <w:rPr>
          <w:color w:val="auto"/>
        </w:rPr>
        <w:t>Warianty</w:t>
      </w:r>
      <w:proofErr w:type="spellEnd"/>
      <w:r w:rsidRPr="00915FC0">
        <w:rPr>
          <w:color w:val="auto"/>
        </w:rPr>
        <w:t xml:space="preserve"> A, B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C </w:t>
      </w:r>
      <w:proofErr w:type="spellStart"/>
      <w:r w:rsidRPr="00915FC0">
        <w:rPr>
          <w:color w:val="auto"/>
        </w:rPr>
        <w:t>mają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być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dostępne</w:t>
      </w:r>
      <w:proofErr w:type="spellEnd"/>
      <w:r w:rsidRPr="00915FC0">
        <w:rPr>
          <w:color w:val="auto"/>
        </w:rPr>
        <w:t xml:space="preserve"> za </w:t>
      </w:r>
      <w:proofErr w:type="spellStart"/>
      <w:r w:rsidRPr="00915FC0">
        <w:rPr>
          <w:color w:val="auto"/>
        </w:rPr>
        <w:t>identyczną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miesięczną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składkę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osobę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przy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odmiennym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zakresie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wysokości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świadczeń</w:t>
      </w:r>
      <w:proofErr w:type="spellEnd"/>
      <w:r w:rsidRPr="00915FC0">
        <w:rPr>
          <w:color w:val="auto"/>
        </w:rPr>
        <w:t xml:space="preserve">. </w:t>
      </w:r>
      <w:proofErr w:type="spellStart"/>
      <w:r w:rsidRPr="00915FC0">
        <w:rPr>
          <w:color w:val="auto"/>
        </w:rPr>
        <w:t>Warianty</w:t>
      </w:r>
      <w:proofErr w:type="spellEnd"/>
      <w:r w:rsidRPr="00915FC0">
        <w:rPr>
          <w:color w:val="auto"/>
        </w:rPr>
        <w:t xml:space="preserve"> D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E </w:t>
      </w:r>
      <w:proofErr w:type="spellStart"/>
      <w:r w:rsidRPr="00915FC0">
        <w:rPr>
          <w:color w:val="auto"/>
        </w:rPr>
        <w:t>są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dodatkowymi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odrębnie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wycenianymi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wariantami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ochrony</w:t>
      </w:r>
      <w:proofErr w:type="spellEnd"/>
      <w:r w:rsidRPr="00915FC0">
        <w:rPr>
          <w:color w:val="auto"/>
        </w:rPr>
        <w:t>.</w:t>
      </w:r>
    </w:p>
    <w:p w14:paraId="2284334F" w14:textId="77777777" w:rsidR="003158F7" w:rsidRPr="00915FC0" w:rsidRDefault="009D5D3E" w:rsidP="00CC5695">
      <w:pPr>
        <w:pStyle w:val="Listapunktowana"/>
        <w:jc w:val="both"/>
        <w:rPr>
          <w:rFonts w:hint="eastAsia"/>
          <w:color w:val="auto"/>
        </w:rPr>
      </w:pPr>
      <w:proofErr w:type="spellStart"/>
      <w:r w:rsidRPr="00915FC0">
        <w:rPr>
          <w:color w:val="auto"/>
        </w:rPr>
        <w:t>Pakiet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fakultatywny</w:t>
      </w:r>
      <w:proofErr w:type="spellEnd"/>
      <w:r w:rsidRPr="00915FC0">
        <w:rPr>
          <w:color w:val="auto"/>
        </w:rPr>
        <w:t xml:space="preserve"> nr 1: </w:t>
      </w:r>
      <w:proofErr w:type="spellStart"/>
      <w:r w:rsidRPr="00915FC0">
        <w:rPr>
          <w:color w:val="auto"/>
        </w:rPr>
        <w:t>dodatkowa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ochrona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dziecka</w:t>
      </w:r>
      <w:proofErr w:type="spellEnd"/>
      <w:r w:rsidRPr="00915FC0">
        <w:rPr>
          <w:color w:val="auto"/>
        </w:rPr>
        <w:t xml:space="preserve"> – </w:t>
      </w:r>
      <w:proofErr w:type="spellStart"/>
      <w:r w:rsidRPr="00915FC0">
        <w:rPr>
          <w:color w:val="auto"/>
        </w:rPr>
        <w:t>cztery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warianty</w:t>
      </w:r>
      <w:proofErr w:type="spellEnd"/>
      <w:r w:rsidRPr="00915FC0">
        <w:rPr>
          <w:color w:val="auto"/>
        </w:rPr>
        <w:t xml:space="preserve"> D1–D4, </w:t>
      </w:r>
      <w:proofErr w:type="spellStart"/>
      <w:r w:rsidRPr="00915FC0">
        <w:rPr>
          <w:color w:val="auto"/>
        </w:rPr>
        <w:t>zgodnie</w:t>
      </w:r>
      <w:proofErr w:type="spellEnd"/>
      <w:r w:rsidRPr="00915FC0">
        <w:rPr>
          <w:color w:val="auto"/>
        </w:rPr>
        <w:t xml:space="preserve"> z </w:t>
      </w:r>
      <w:proofErr w:type="spellStart"/>
      <w:r w:rsidRPr="00915FC0">
        <w:rPr>
          <w:color w:val="auto"/>
        </w:rPr>
        <w:t>Załącznikiem</w:t>
      </w:r>
      <w:proofErr w:type="spellEnd"/>
      <w:r w:rsidRPr="00915FC0">
        <w:rPr>
          <w:color w:val="auto"/>
        </w:rPr>
        <w:t xml:space="preserve"> nr 2, </w:t>
      </w:r>
      <w:proofErr w:type="spellStart"/>
      <w:r w:rsidRPr="00915FC0">
        <w:rPr>
          <w:color w:val="auto"/>
        </w:rPr>
        <w:t>wyceniane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oddzielnie</w:t>
      </w:r>
      <w:proofErr w:type="spellEnd"/>
      <w:r w:rsidRPr="00915FC0">
        <w:rPr>
          <w:color w:val="auto"/>
        </w:rPr>
        <w:t xml:space="preserve"> od </w:t>
      </w:r>
      <w:proofErr w:type="spellStart"/>
      <w:r w:rsidRPr="00915FC0">
        <w:rPr>
          <w:color w:val="auto"/>
        </w:rPr>
        <w:t>pakietu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podstawowego</w:t>
      </w:r>
      <w:proofErr w:type="spellEnd"/>
      <w:r w:rsidRPr="00915FC0">
        <w:rPr>
          <w:color w:val="auto"/>
        </w:rPr>
        <w:t>.</w:t>
      </w:r>
    </w:p>
    <w:p w14:paraId="44B133CB" w14:textId="77777777" w:rsidR="003158F7" w:rsidRPr="00915FC0" w:rsidRDefault="009D5D3E" w:rsidP="00CC5695">
      <w:pPr>
        <w:pStyle w:val="Listapunktowana"/>
        <w:jc w:val="both"/>
        <w:rPr>
          <w:rFonts w:hint="eastAsia"/>
          <w:color w:val="auto"/>
        </w:rPr>
      </w:pPr>
      <w:proofErr w:type="spellStart"/>
      <w:r w:rsidRPr="00915FC0">
        <w:rPr>
          <w:color w:val="auto"/>
        </w:rPr>
        <w:t>Pakiet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fakultatywny</w:t>
      </w:r>
      <w:proofErr w:type="spellEnd"/>
      <w:r w:rsidRPr="00915FC0">
        <w:rPr>
          <w:color w:val="auto"/>
        </w:rPr>
        <w:t xml:space="preserve"> nr 2: </w:t>
      </w:r>
      <w:proofErr w:type="spellStart"/>
      <w:r w:rsidRPr="00915FC0">
        <w:rPr>
          <w:color w:val="auto"/>
        </w:rPr>
        <w:t>rozszerzona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ochrona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następstw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określonych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wypadków</w:t>
      </w:r>
      <w:proofErr w:type="spellEnd"/>
      <w:r w:rsidRPr="00915FC0">
        <w:rPr>
          <w:color w:val="auto"/>
        </w:rPr>
        <w:t xml:space="preserve"> – </w:t>
      </w:r>
      <w:proofErr w:type="spellStart"/>
      <w:r w:rsidRPr="00915FC0">
        <w:rPr>
          <w:color w:val="auto"/>
        </w:rPr>
        <w:t>dwa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warianty</w:t>
      </w:r>
      <w:proofErr w:type="spellEnd"/>
      <w:r w:rsidRPr="00915FC0">
        <w:rPr>
          <w:color w:val="auto"/>
        </w:rPr>
        <w:t xml:space="preserve"> N1–N2, </w:t>
      </w:r>
      <w:proofErr w:type="spellStart"/>
      <w:r w:rsidRPr="00915FC0">
        <w:rPr>
          <w:color w:val="auto"/>
        </w:rPr>
        <w:t>zgodnie</w:t>
      </w:r>
      <w:proofErr w:type="spellEnd"/>
      <w:r w:rsidRPr="00915FC0">
        <w:rPr>
          <w:color w:val="auto"/>
        </w:rPr>
        <w:t xml:space="preserve"> z </w:t>
      </w:r>
      <w:proofErr w:type="spellStart"/>
      <w:r w:rsidRPr="00915FC0">
        <w:rPr>
          <w:color w:val="auto"/>
        </w:rPr>
        <w:t>Załącznikiem</w:t>
      </w:r>
      <w:proofErr w:type="spellEnd"/>
      <w:r w:rsidRPr="00915FC0">
        <w:rPr>
          <w:color w:val="auto"/>
        </w:rPr>
        <w:t xml:space="preserve"> nr 3, </w:t>
      </w:r>
      <w:proofErr w:type="spellStart"/>
      <w:r w:rsidRPr="00915FC0">
        <w:rPr>
          <w:color w:val="auto"/>
        </w:rPr>
        <w:t>wyceniane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oddzielnie</w:t>
      </w:r>
      <w:proofErr w:type="spellEnd"/>
      <w:r w:rsidRPr="00915FC0">
        <w:rPr>
          <w:color w:val="auto"/>
        </w:rPr>
        <w:t xml:space="preserve"> od </w:t>
      </w:r>
      <w:proofErr w:type="spellStart"/>
      <w:r w:rsidRPr="00915FC0">
        <w:rPr>
          <w:color w:val="auto"/>
        </w:rPr>
        <w:t>pakietu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podstawowego</w:t>
      </w:r>
      <w:proofErr w:type="spellEnd"/>
      <w:r w:rsidRPr="00915FC0">
        <w:rPr>
          <w:color w:val="auto"/>
        </w:rPr>
        <w:t>.</w:t>
      </w:r>
    </w:p>
    <w:p w14:paraId="5D1CC145" w14:textId="77777777" w:rsidR="003158F7" w:rsidRPr="00915FC0" w:rsidRDefault="009D5D3E" w:rsidP="00CC5695">
      <w:pPr>
        <w:pStyle w:val="Nagwek1"/>
        <w:jc w:val="both"/>
        <w:rPr>
          <w:color w:val="auto"/>
        </w:rPr>
      </w:pPr>
      <w:r w:rsidRPr="00915FC0">
        <w:rPr>
          <w:color w:val="auto"/>
        </w:rPr>
        <w:t xml:space="preserve">3. </w:t>
      </w:r>
      <w:proofErr w:type="spellStart"/>
      <w:r w:rsidRPr="00915FC0">
        <w:rPr>
          <w:color w:val="auto"/>
        </w:rPr>
        <w:t>Ubezpieczani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podstawowe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zasady</w:t>
      </w:r>
      <w:proofErr w:type="spellEnd"/>
    </w:p>
    <w:p w14:paraId="332F5BB1" w14:textId="77777777" w:rsidR="003158F7" w:rsidRPr="00915FC0" w:rsidRDefault="0042652D" w:rsidP="00CC5695">
      <w:pPr>
        <w:jc w:val="both"/>
        <w:rPr>
          <w:rFonts w:hint="eastAsia"/>
          <w:color w:val="auto"/>
        </w:rPr>
      </w:pPr>
      <w:proofErr w:type="spellStart"/>
      <w:r w:rsidRPr="0042652D">
        <w:rPr>
          <w:color w:val="auto"/>
        </w:rPr>
        <w:t>Ochrona</w:t>
      </w:r>
      <w:proofErr w:type="spellEnd"/>
      <w:r w:rsidRPr="0042652D">
        <w:rPr>
          <w:color w:val="auto"/>
        </w:rPr>
        <w:t xml:space="preserve"> </w:t>
      </w:r>
      <w:proofErr w:type="spellStart"/>
      <w:r w:rsidRPr="0042652D">
        <w:rPr>
          <w:color w:val="auto"/>
        </w:rPr>
        <w:t>podstawowa</w:t>
      </w:r>
      <w:proofErr w:type="spellEnd"/>
      <w:r w:rsidRPr="0042652D">
        <w:rPr>
          <w:color w:val="auto"/>
        </w:rPr>
        <w:t xml:space="preserve"> </w:t>
      </w:r>
      <w:proofErr w:type="spellStart"/>
      <w:r w:rsidRPr="0042652D">
        <w:rPr>
          <w:color w:val="auto"/>
        </w:rPr>
        <w:t>powinna</w:t>
      </w:r>
      <w:proofErr w:type="spellEnd"/>
      <w:r w:rsidRPr="0042652D">
        <w:rPr>
          <w:color w:val="auto"/>
        </w:rPr>
        <w:t xml:space="preserve"> </w:t>
      </w:r>
      <w:proofErr w:type="spellStart"/>
      <w:r w:rsidRPr="0042652D">
        <w:rPr>
          <w:color w:val="auto"/>
        </w:rPr>
        <w:t>by</w:t>
      </w:r>
      <w:r w:rsidRPr="0042652D">
        <w:rPr>
          <w:rFonts w:hint="cs"/>
          <w:color w:val="auto"/>
        </w:rPr>
        <w:t>ć</w:t>
      </w:r>
      <w:proofErr w:type="spellEnd"/>
      <w:r w:rsidRPr="0042652D">
        <w:rPr>
          <w:color w:val="auto"/>
        </w:rPr>
        <w:t xml:space="preserve"> </w:t>
      </w:r>
      <w:proofErr w:type="spellStart"/>
      <w:r w:rsidRPr="0042652D">
        <w:rPr>
          <w:color w:val="auto"/>
        </w:rPr>
        <w:t>dost</w:t>
      </w:r>
      <w:r w:rsidRPr="0042652D">
        <w:rPr>
          <w:rFonts w:hint="cs"/>
          <w:color w:val="auto"/>
        </w:rPr>
        <w:t>ę</w:t>
      </w:r>
      <w:r w:rsidRPr="0042652D">
        <w:rPr>
          <w:color w:val="auto"/>
        </w:rPr>
        <w:t>pna</w:t>
      </w:r>
      <w:proofErr w:type="spellEnd"/>
      <w:r w:rsidRPr="0042652D">
        <w:rPr>
          <w:color w:val="auto"/>
        </w:rPr>
        <w:t xml:space="preserve"> </w:t>
      </w:r>
      <w:proofErr w:type="spellStart"/>
      <w:r w:rsidRPr="0042652D">
        <w:rPr>
          <w:color w:val="auto"/>
        </w:rPr>
        <w:t>dla</w:t>
      </w:r>
      <w:proofErr w:type="spellEnd"/>
      <w:r w:rsidRPr="0042652D">
        <w:rPr>
          <w:color w:val="auto"/>
        </w:rPr>
        <w:t xml:space="preserve"> </w:t>
      </w:r>
      <w:proofErr w:type="spellStart"/>
      <w:r w:rsidRPr="0042652D">
        <w:rPr>
          <w:color w:val="auto"/>
        </w:rPr>
        <w:t>pracownik</w:t>
      </w:r>
      <w:r w:rsidRPr="0042652D">
        <w:rPr>
          <w:rFonts w:hint="cs"/>
          <w:color w:val="auto"/>
        </w:rPr>
        <w:t>ó</w:t>
      </w:r>
      <w:r w:rsidRPr="0042652D">
        <w:rPr>
          <w:color w:val="auto"/>
        </w:rPr>
        <w:t>w</w:t>
      </w:r>
      <w:proofErr w:type="spellEnd"/>
      <w:r w:rsidRPr="0042652D">
        <w:rPr>
          <w:color w:val="auto"/>
        </w:rPr>
        <w:t xml:space="preserve"> </w:t>
      </w:r>
      <w:proofErr w:type="spellStart"/>
      <w:r w:rsidRPr="0042652D">
        <w:rPr>
          <w:color w:val="auto"/>
        </w:rPr>
        <w:t>Instytutu</w:t>
      </w:r>
      <w:proofErr w:type="spellEnd"/>
      <w:r w:rsidRPr="0042652D">
        <w:rPr>
          <w:color w:val="auto"/>
        </w:rPr>
        <w:t xml:space="preserve"> </w:t>
      </w:r>
      <w:proofErr w:type="spellStart"/>
      <w:r w:rsidRPr="0042652D">
        <w:rPr>
          <w:color w:val="auto"/>
        </w:rPr>
        <w:t>oraz</w:t>
      </w:r>
      <w:proofErr w:type="spellEnd"/>
      <w:r w:rsidRPr="0042652D">
        <w:rPr>
          <w:color w:val="auto"/>
        </w:rPr>
        <w:t xml:space="preserve"> </w:t>
      </w:r>
      <w:r w:rsidRPr="0042652D">
        <w:rPr>
          <w:rFonts w:hint="cs"/>
          <w:color w:val="auto"/>
        </w:rPr>
        <w:t>–</w:t>
      </w:r>
      <w:r w:rsidRPr="0042652D">
        <w:rPr>
          <w:color w:val="auto"/>
        </w:rPr>
        <w:t xml:space="preserve"> </w:t>
      </w:r>
      <w:proofErr w:type="spellStart"/>
      <w:r w:rsidRPr="0042652D">
        <w:rPr>
          <w:color w:val="auto"/>
        </w:rPr>
        <w:t>na</w:t>
      </w:r>
      <w:proofErr w:type="spellEnd"/>
      <w:r w:rsidRPr="0042652D">
        <w:rPr>
          <w:color w:val="auto"/>
        </w:rPr>
        <w:t xml:space="preserve"> </w:t>
      </w:r>
      <w:proofErr w:type="spellStart"/>
      <w:r w:rsidRPr="0042652D">
        <w:rPr>
          <w:color w:val="auto"/>
        </w:rPr>
        <w:t>zasadach</w:t>
      </w:r>
      <w:proofErr w:type="spellEnd"/>
      <w:r w:rsidRPr="0042652D">
        <w:rPr>
          <w:color w:val="auto"/>
        </w:rPr>
        <w:t xml:space="preserve"> </w:t>
      </w:r>
      <w:proofErr w:type="spellStart"/>
      <w:r w:rsidRPr="0042652D">
        <w:rPr>
          <w:color w:val="auto"/>
        </w:rPr>
        <w:t>zg</w:t>
      </w:r>
      <w:r w:rsidRPr="0042652D">
        <w:rPr>
          <w:rFonts w:hint="cs"/>
          <w:color w:val="auto"/>
        </w:rPr>
        <w:t>ł</w:t>
      </w:r>
      <w:r w:rsidRPr="0042652D">
        <w:rPr>
          <w:color w:val="auto"/>
        </w:rPr>
        <w:t>oszenia</w:t>
      </w:r>
      <w:proofErr w:type="spellEnd"/>
      <w:r w:rsidRPr="0042652D">
        <w:rPr>
          <w:color w:val="auto"/>
        </w:rPr>
        <w:t xml:space="preserve">, w </w:t>
      </w:r>
      <w:proofErr w:type="spellStart"/>
      <w:r w:rsidRPr="0042652D">
        <w:rPr>
          <w:color w:val="auto"/>
        </w:rPr>
        <w:t>tym</w:t>
      </w:r>
      <w:proofErr w:type="spellEnd"/>
      <w:r w:rsidRPr="0042652D">
        <w:rPr>
          <w:color w:val="auto"/>
        </w:rPr>
        <w:t xml:space="preserve"> </w:t>
      </w:r>
      <w:proofErr w:type="spellStart"/>
      <w:r w:rsidRPr="0042652D">
        <w:rPr>
          <w:color w:val="auto"/>
        </w:rPr>
        <w:t>samym</w:t>
      </w:r>
      <w:proofErr w:type="spellEnd"/>
      <w:r w:rsidRPr="0042652D">
        <w:rPr>
          <w:color w:val="auto"/>
        </w:rPr>
        <w:t xml:space="preserve"> </w:t>
      </w:r>
      <w:proofErr w:type="spellStart"/>
      <w:r w:rsidRPr="0042652D">
        <w:rPr>
          <w:color w:val="auto"/>
        </w:rPr>
        <w:t>wariancie</w:t>
      </w:r>
      <w:proofErr w:type="spellEnd"/>
      <w:r w:rsidRPr="0042652D">
        <w:rPr>
          <w:color w:val="auto"/>
        </w:rPr>
        <w:t xml:space="preserve"> co </w:t>
      </w:r>
      <w:proofErr w:type="spellStart"/>
      <w:r w:rsidRPr="0042652D">
        <w:rPr>
          <w:color w:val="auto"/>
        </w:rPr>
        <w:t>pracownik</w:t>
      </w:r>
      <w:proofErr w:type="spellEnd"/>
      <w:r w:rsidRPr="0042652D">
        <w:rPr>
          <w:color w:val="auto"/>
        </w:rPr>
        <w:t xml:space="preserve"> </w:t>
      </w:r>
      <w:proofErr w:type="spellStart"/>
      <w:r w:rsidRPr="0042652D">
        <w:rPr>
          <w:color w:val="auto"/>
        </w:rPr>
        <w:t>i</w:t>
      </w:r>
      <w:proofErr w:type="spellEnd"/>
      <w:r w:rsidRPr="0042652D">
        <w:rPr>
          <w:color w:val="auto"/>
        </w:rPr>
        <w:t xml:space="preserve"> za </w:t>
      </w:r>
      <w:proofErr w:type="spellStart"/>
      <w:r w:rsidRPr="0042652D">
        <w:rPr>
          <w:color w:val="auto"/>
        </w:rPr>
        <w:t>sk</w:t>
      </w:r>
      <w:r w:rsidRPr="0042652D">
        <w:rPr>
          <w:rFonts w:hint="cs"/>
          <w:color w:val="auto"/>
        </w:rPr>
        <w:t>ł</w:t>
      </w:r>
      <w:r w:rsidRPr="0042652D">
        <w:rPr>
          <w:color w:val="auto"/>
        </w:rPr>
        <w:t>adk</w:t>
      </w:r>
      <w:r w:rsidRPr="0042652D">
        <w:rPr>
          <w:rFonts w:hint="cs"/>
          <w:color w:val="auto"/>
        </w:rPr>
        <w:t>ę</w:t>
      </w:r>
      <w:proofErr w:type="spellEnd"/>
      <w:r w:rsidRPr="0042652D">
        <w:rPr>
          <w:color w:val="auto"/>
        </w:rPr>
        <w:t xml:space="preserve"> </w:t>
      </w:r>
      <w:proofErr w:type="spellStart"/>
      <w:r w:rsidRPr="0042652D">
        <w:rPr>
          <w:color w:val="auto"/>
        </w:rPr>
        <w:t>r</w:t>
      </w:r>
      <w:r w:rsidRPr="0042652D">
        <w:rPr>
          <w:rFonts w:hint="cs"/>
          <w:color w:val="auto"/>
        </w:rPr>
        <w:t>ó</w:t>
      </w:r>
      <w:r w:rsidRPr="0042652D">
        <w:rPr>
          <w:color w:val="auto"/>
        </w:rPr>
        <w:t>wn</w:t>
      </w:r>
      <w:r w:rsidRPr="0042652D">
        <w:rPr>
          <w:rFonts w:hint="cs"/>
          <w:color w:val="auto"/>
        </w:rPr>
        <w:t>ą</w:t>
      </w:r>
      <w:proofErr w:type="spellEnd"/>
      <w:r w:rsidRPr="0042652D">
        <w:rPr>
          <w:color w:val="auto"/>
        </w:rPr>
        <w:t xml:space="preserve"> </w:t>
      </w:r>
      <w:proofErr w:type="spellStart"/>
      <w:r w:rsidRPr="0042652D">
        <w:rPr>
          <w:color w:val="auto"/>
        </w:rPr>
        <w:t>sk</w:t>
      </w:r>
      <w:r w:rsidRPr="0042652D">
        <w:rPr>
          <w:rFonts w:hint="cs"/>
          <w:color w:val="auto"/>
        </w:rPr>
        <w:t>ł</w:t>
      </w:r>
      <w:r w:rsidRPr="0042652D">
        <w:rPr>
          <w:color w:val="auto"/>
        </w:rPr>
        <w:t>adce</w:t>
      </w:r>
      <w:proofErr w:type="spellEnd"/>
      <w:r w:rsidRPr="0042652D">
        <w:rPr>
          <w:color w:val="auto"/>
        </w:rPr>
        <w:t xml:space="preserve"> </w:t>
      </w:r>
      <w:proofErr w:type="spellStart"/>
      <w:r w:rsidRPr="0042652D">
        <w:rPr>
          <w:color w:val="auto"/>
        </w:rPr>
        <w:t>pracownika</w:t>
      </w:r>
      <w:proofErr w:type="spellEnd"/>
      <w:r w:rsidRPr="0042652D">
        <w:rPr>
          <w:color w:val="auto"/>
        </w:rPr>
        <w:t xml:space="preserve"> w </w:t>
      </w:r>
      <w:proofErr w:type="spellStart"/>
      <w:r w:rsidRPr="0042652D">
        <w:rPr>
          <w:color w:val="auto"/>
        </w:rPr>
        <w:t>tym</w:t>
      </w:r>
      <w:proofErr w:type="spellEnd"/>
      <w:r w:rsidRPr="0042652D">
        <w:rPr>
          <w:color w:val="auto"/>
        </w:rPr>
        <w:t xml:space="preserve"> </w:t>
      </w:r>
      <w:proofErr w:type="spellStart"/>
      <w:r w:rsidRPr="0042652D">
        <w:rPr>
          <w:color w:val="auto"/>
        </w:rPr>
        <w:t>wariancie</w:t>
      </w:r>
      <w:proofErr w:type="spellEnd"/>
      <w:r w:rsidRPr="0042652D">
        <w:rPr>
          <w:color w:val="auto"/>
        </w:rPr>
        <w:t xml:space="preserve"> </w:t>
      </w:r>
      <w:r w:rsidRPr="0042652D">
        <w:rPr>
          <w:rFonts w:hint="cs"/>
          <w:color w:val="auto"/>
        </w:rPr>
        <w:t>–</w:t>
      </w:r>
      <w:r w:rsidRPr="0042652D">
        <w:rPr>
          <w:color w:val="auto"/>
        </w:rPr>
        <w:t xml:space="preserve"> </w:t>
      </w:r>
      <w:proofErr w:type="spellStart"/>
      <w:r w:rsidRPr="0042652D">
        <w:rPr>
          <w:color w:val="auto"/>
        </w:rPr>
        <w:t>dla</w:t>
      </w:r>
      <w:proofErr w:type="spellEnd"/>
      <w:r w:rsidRPr="0042652D">
        <w:rPr>
          <w:color w:val="auto"/>
        </w:rPr>
        <w:t xml:space="preserve"> </w:t>
      </w:r>
      <w:proofErr w:type="spellStart"/>
      <w:r w:rsidRPr="0042652D">
        <w:rPr>
          <w:color w:val="auto"/>
        </w:rPr>
        <w:t>ma</w:t>
      </w:r>
      <w:r w:rsidRPr="0042652D">
        <w:rPr>
          <w:rFonts w:hint="cs"/>
          <w:color w:val="auto"/>
        </w:rPr>
        <w:t>łż</w:t>
      </w:r>
      <w:r w:rsidRPr="0042652D">
        <w:rPr>
          <w:color w:val="auto"/>
        </w:rPr>
        <w:t>onk</w:t>
      </w:r>
      <w:r w:rsidRPr="0042652D">
        <w:rPr>
          <w:rFonts w:hint="cs"/>
          <w:color w:val="auto"/>
        </w:rPr>
        <w:t>ó</w:t>
      </w:r>
      <w:r w:rsidRPr="0042652D">
        <w:rPr>
          <w:color w:val="auto"/>
        </w:rPr>
        <w:t>w</w:t>
      </w:r>
      <w:proofErr w:type="spellEnd"/>
      <w:r w:rsidRPr="0042652D">
        <w:rPr>
          <w:color w:val="auto"/>
        </w:rPr>
        <w:t xml:space="preserve">, </w:t>
      </w:r>
      <w:proofErr w:type="spellStart"/>
      <w:r w:rsidRPr="0042652D">
        <w:rPr>
          <w:color w:val="auto"/>
        </w:rPr>
        <w:t>partner</w:t>
      </w:r>
      <w:r w:rsidRPr="0042652D">
        <w:rPr>
          <w:rFonts w:hint="cs"/>
          <w:color w:val="auto"/>
        </w:rPr>
        <w:t>ó</w:t>
      </w:r>
      <w:r w:rsidRPr="0042652D">
        <w:rPr>
          <w:color w:val="auto"/>
        </w:rPr>
        <w:t>w</w:t>
      </w:r>
      <w:proofErr w:type="spellEnd"/>
      <w:r w:rsidRPr="0042652D">
        <w:rPr>
          <w:color w:val="auto"/>
        </w:rPr>
        <w:t xml:space="preserve"> </w:t>
      </w:r>
      <w:proofErr w:type="spellStart"/>
      <w:r w:rsidRPr="0042652D">
        <w:rPr>
          <w:rFonts w:hint="cs"/>
          <w:color w:val="auto"/>
        </w:rPr>
        <w:t>ż</w:t>
      </w:r>
      <w:r w:rsidRPr="0042652D">
        <w:rPr>
          <w:color w:val="auto"/>
        </w:rPr>
        <w:t>yciowych</w:t>
      </w:r>
      <w:proofErr w:type="spellEnd"/>
      <w:r w:rsidRPr="0042652D">
        <w:rPr>
          <w:color w:val="auto"/>
        </w:rPr>
        <w:t xml:space="preserve"> </w:t>
      </w:r>
      <w:proofErr w:type="spellStart"/>
      <w:r w:rsidRPr="0042652D">
        <w:rPr>
          <w:color w:val="auto"/>
        </w:rPr>
        <w:t>i</w:t>
      </w:r>
      <w:proofErr w:type="spellEnd"/>
      <w:r w:rsidRPr="0042652D">
        <w:rPr>
          <w:color w:val="auto"/>
        </w:rPr>
        <w:t xml:space="preserve"> </w:t>
      </w:r>
      <w:proofErr w:type="spellStart"/>
      <w:r w:rsidRPr="0042652D">
        <w:rPr>
          <w:color w:val="auto"/>
        </w:rPr>
        <w:t>pe</w:t>
      </w:r>
      <w:r w:rsidRPr="0042652D">
        <w:rPr>
          <w:rFonts w:hint="cs"/>
          <w:color w:val="auto"/>
        </w:rPr>
        <w:t>ł</w:t>
      </w:r>
      <w:r w:rsidRPr="0042652D">
        <w:rPr>
          <w:color w:val="auto"/>
        </w:rPr>
        <w:t>noletnich</w:t>
      </w:r>
      <w:proofErr w:type="spellEnd"/>
      <w:r w:rsidRPr="0042652D">
        <w:rPr>
          <w:color w:val="auto"/>
        </w:rPr>
        <w:t xml:space="preserve"> </w:t>
      </w:r>
      <w:proofErr w:type="spellStart"/>
      <w:r w:rsidRPr="0042652D">
        <w:rPr>
          <w:color w:val="auto"/>
        </w:rPr>
        <w:t>dzieci</w:t>
      </w:r>
      <w:proofErr w:type="spellEnd"/>
      <w:r w:rsidRPr="0042652D">
        <w:rPr>
          <w:color w:val="auto"/>
        </w:rPr>
        <w:t xml:space="preserve"> </w:t>
      </w:r>
      <w:proofErr w:type="spellStart"/>
      <w:r w:rsidRPr="0042652D">
        <w:rPr>
          <w:color w:val="auto"/>
        </w:rPr>
        <w:t>pracownik</w:t>
      </w:r>
      <w:r w:rsidRPr="0042652D">
        <w:rPr>
          <w:rFonts w:hint="cs"/>
          <w:color w:val="auto"/>
        </w:rPr>
        <w:t>ó</w:t>
      </w:r>
      <w:r w:rsidRPr="0042652D">
        <w:rPr>
          <w:color w:val="auto"/>
        </w:rPr>
        <w:t>w</w:t>
      </w:r>
      <w:proofErr w:type="spellEnd"/>
      <w:r w:rsidRPr="0042652D">
        <w:rPr>
          <w:rFonts w:hint="eastAsia"/>
          <w:color w:val="auto"/>
        </w:rPr>
        <w:t>.</w:t>
      </w:r>
      <w:r w:rsidR="009D5D3E" w:rsidRPr="00915FC0">
        <w:rPr>
          <w:color w:val="auto"/>
        </w:rPr>
        <w:t xml:space="preserve"> W </w:t>
      </w:r>
      <w:proofErr w:type="spellStart"/>
      <w:r w:rsidR="009D5D3E" w:rsidRPr="00915FC0">
        <w:rPr>
          <w:color w:val="auto"/>
        </w:rPr>
        <w:t>informacji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rynkowej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należy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potwierdzić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możliwość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przyjęcia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pracowników</w:t>
      </w:r>
      <w:proofErr w:type="spellEnd"/>
      <w:r w:rsidR="009D5D3E" w:rsidRPr="00915FC0">
        <w:rPr>
          <w:color w:val="auto"/>
        </w:rPr>
        <w:t xml:space="preserve"> w </w:t>
      </w:r>
      <w:proofErr w:type="spellStart"/>
      <w:r w:rsidR="009D5D3E" w:rsidRPr="00915FC0">
        <w:rPr>
          <w:color w:val="auto"/>
        </w:rPr>
        <w:t>wieku</w:t>
      </w:r>
      <w:proofErr w:type="spellEnd"/>
      <w:r w:rsidR="009D5D3E" w:rsidRPr="00915FC0">
        <w:rPr>
          <w:color w:val="auto"/>
        </w:rPr>
        <w:t xml:space="preserve"> 16–75 </w:t>
      </w:r>
      <w:proofErr w:type="spellStart"/>
      <w:r w:rsidR="009D5D3E" w:rsidRPr="00915FC0">
        <w:rPr>
          <w:color w:val="auto"/>
        </w:rPr>
        <w:t>lat</w:t>
      </w:r>
      <w:proofErr w:type="spellEnd"/>
      <w:r w:rsidR="009D5D3E" w:rsidRPr="00915FC0">
        <w:rPr>
          <w:color w:val="auto"/>
        </w:rPr>
        <w:t xml:space="preserve">, </w:t>
      </w:r>
      <w:proofErr w:type="spellStart"/>
      <w:r w:rsidR="009D5D3E" w:rsidRPr="00915FC0">
        <w:rPr>
          <w:color w:val="auto"/>
        </w:rPr>
        <w:t>małżonków</w:t>
      </w:r>
      <w:proofErr w:type="spellEnd"/>
      <w:r w:rsidR="009D5D3E" w:rsidRPr="00915FC0">
        <w:rPr>
          <w:color w:val="auto"/>
        </w:rPr>
        <w:t xml:space="preserve"> w </w:t>
      </w:r>
      <w:proofErr w:type="spellStart"/>
      <w:r w:rsidR="009D5D3E" w:rsidRPr="00915FC0">
        <w:rPr>
          <w:color w:val="auto"/>
        </w:rPr>
        <w:t>wieku</w:t>
      </w:r>
      <w:proofErr w:type="spellEnd"/>
      <w:r w:rsidR="009D5D3E" w:rsidRPr="00915FC0">
        <w:rPr>
          <w:color w:val="auto"/>
        </w:rPr>
        <w:t xml:space="preserve"> 16–69 </w:t>
      </w:r>
      <w:proofErr w:type="spellStart"/>
      <w:r w:rsidR="009D5D3E" w:rsidRPr="00915FC0">
        <w:rPr>
          <w:color w:val="auto"/>
        </w:rPr>
        <w:t>lat</w:t>
      </w:r>
      <w:proofErr w:type="spellEnd"/>
      <w:r w:rsidR="009D5D3E" w:rsidRPr="00915FC0">
        <w:rPr>
          <w:color w:val="auto"/>
        </w:rPr>
        <w:t xml:space="preserve">, </w:t>
      </w:r>
      <w:proofErr w:type="spellStart"/>
      <w:r w:rsidR="009D5D3E" w:rsidRPr="00915FC0">
        <w:rPr>
          <w:color w:val="auto"/>
        </w:rPr>
        <w:t>partnerów</w:t>
      </w:r>
      <w:proofErr w:type="spellEnd"/>
      <w:r w:rsidR="009D5D3E" w:rsidRPr="00915FC0">
        <w:rPr>
          <w:color w:val="auto"/>
        </w:rPr>
        <w:t xml:space="preserve"> w </w:t>
      </w:r>
      <w:proofErr w:type="spellStart"/>
      <w:r w:rsidR="009D5D3E" w:rsidRPr="00915FC0">
        <w:rPr>
          <w:color w:val="auto"/>
        </w:rPr>
        <w:t>wieku</w:t>
      </w:r>
      <w:proofErr w:type="spellEnd"/>
      <w:r w:rsidR="009D5D3E" w:rsidRPr="00915FC0">
        <w:rPr>
          <w:color w:val="auto"/>
        </w:rPr>
        <w:t xml:space="preserve"> 18–69 </w:t>
      </w:r>
      <w:proofErr w:type="spellStart"/>
      <w:r w:rsidR="009D5D3E" w:rsidRPr="00915FC0">
        <w:rPr>
          <w:color w:val="auto"/>
        </w:rPr>
        <w:t>lat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oraz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pełnoletnich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dzieci</w:t>
      </w:r>
      <w:proofErr w:type="spellEnd"/>
      <w:r w:rsidR="009D5D3E" w:rsidRPr="00915FC0">
        <w:rPr>
          <w:color w:val="auto"/>
        </w:rPr>
        <w:t xml:space="preserve"> w </w:t>
      </w:r>
      <w:proofErr w:type="spellStart"/>
      <w:r w:rsidR="009D5D3E" w:rsidRPr="00915FC0">
        <w:rPr>
          <w:color w:val="auto"/>
        </w:rPr>
        <w:t>wieku</w:t>
      </w:r>
      <w:proofErr w:type="spellEnd"/>
      <w:r w:rsidR="009D5D3E" w:rsidRPr="00915FC0">
        <w:rPr>
          <w:color w:val="auto"/>
        </w:rPr>
        <w:t xml:space="preserve"> 18–69 </w:t>
      </w:r>
      <w:proofErr w:type="spellStart"/>
      <w:r w:rsidR="009D5D3E" w:rsidRPr="00915FC0">
        <w:rPr>
          <w:color w:val="auto"/>
        </w:rPr>
        <w:t>lat</w:t>
      </w:r>
      <w:proofErr w:type="spellEnd"/>
      <w:r w:rsidR="00915FC0">
        <w:rPr>
          <w:color w:val="auto"/>
        </w:rPr>
        <w:t xml:space="preserve"> (</w:t>
      </w:r>
      <w:proofErr w:type="spellStart"/>
      <w:r w:rsidR="00915FC0">
        <w:rPr>
          <w:color w:val="auto"/>
        </w:rPr>
        <w:t>dotyczy</w:t>
      </w:r>
      <w:proofErr w:type="spellEnd"/>
      <w:r w:rsidR="00915FC0">
        <w:rPr>
          <w:color w:val="auto"/>
        </w:rPr>
        <w:t xml:space="preserve"> </w:t>
      </w:r>
      <w:proofErr w:type="spellStart"/>
      <w:r w:rsidR="00915FC0">
        <w:rPr>
          <w:color w:val="auto"/>
        </w:rPr>
        <w:t>wariantów</w:t>
      </w:r>
      <w:proofErr w:type="spellEnd"/>
      <w:r w:rsidR="00915FC0">
        <w:rPr>
          <w:color w:val="auto"/>
        </w:rPr>
        <w:t xml:space="preserve"> A, B, C, D </w:t>
      </w:r>
      <w:proofErr w:type="spellStart"/>
      <w:r w:rsidR="00915FC0">
        <w:rPr>
          <w:color w:val="auto"/>
        </w:rPr>
        <w:t>i</w:t>
      </w:r>
      <w:proofErr w:type="spellEnd"/>
      <w:r w:rsidR="00915FC0">
        <w:rPr>
          <w:color w:val="auto"/>
        </w:rPr>
        <w:t xml:space="preserve"> E)</w:t>
      </w:r>
      <w:r w:rsidR="009D5D3E" w:rsidRPr="00915FC0">
        <w:rPr>
          <w:color w:val="auto"/>
        </w:rPr>
        <w:t xml:space="preserve">. </w:t>
      </w:r>
      <w:proofErr w:type="spellStart"/>
      <w:r w:rsidR="009D5D3E" w:rsidRPr="00915FC0">
        <w:rPr>
          <w:color w:val="auto"/>
        </w:rPr>
        <w:t>Jeżeli</w:t>
      </w:r>
      <w:proofErr w:type="spellEnd"/>
      <w:r w:rsidR="009D5D3E" w:rsidRPr="00915FC0">
        <w:rPr>
          <w:color w:val="auto"/>
        </w:rPr>
        <w:t xml:space="preserve"> w </w:t>
      </w:r>
      <w:proofErr w:type="spellStart"/>
      <w:r w:rsidR="009D5D3E" w:rsidRPr="00915FC0">
        <w:rPr>
          <w:color w:val="auto"/>
        </w:rPr>
        <w:t>stosunku</w:t>
      </w:r>
      <w:proofErr w:type="spellEnd"/>
      <w:r w:rsidR="009D5D3E" w:rsidRPr="00915FC0">
        <w:rPr>
          <w:color w:val="auto"/>
        </w:rPr>
        <w:t xml:space="preserve"> do </w:t>
      </w:r>
      <w:proofErr w:type="spellStart"/>
      <w:r w:rsidR="009D5D3E" w:rsidRPr="00915FC0">
        <w:rPr>
          <w:color w:val="auto"/>
        </w:rPr>
        <w:t>osób</w:t>
      </w:r>
      <w:proofErr w:type="spellEnd"/>
      <w:r w:rsidR="009D5D3E" w:rsidRPr="00915FC0">
        <w:rPr>
          <w:color w:val="auto"/>
        </w:rPr>
        <w:t xml:space="preserve"> w </w:t>
      </w:r>
      <w:proofErr w:type="spellStart"/>
      <w:r w:rsidR="009D5D3E" w:rsidRPr="00915FC0">
        <w:rPr>
          <w:color w:val="auto"/>
        </w:rPr>
        <w:t>starszych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rocznikach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oferent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przewiduje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limity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liczebności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lub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skrócenie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ochrony</w:t>
      </w:r>
      <w:proofErr w:type="spellEnd"/>
      <w:r w:rsidR="009D5D3E" w:rsidRPr="00915FC0">
        <w:rPr>
          <w:color w:val="auto"/>
        </w:rPr>
        <w:t xml:space="preserve">, ma je </w:t>
      </w:r>
      <w:proofErr w:type="spellStart"/>
      <w:r w:rsidR="009D5D3E" w:rsidRPr="00915FC0">
        <w:rPr>
          <w:color w:val="auto"/>
        </w:rPr>
        <w:t>odrębnie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ujawnić</w:t>
      </w:r>
      <w:proofErr w:type="spellEnd"/>
      <w:r w:rsidR="009D5D3E" w:rsidRPr="00915FC0">
        <w:rPr>
          <w:color w:val="auto"/>
        </w:rPr>
        <w:t>.</w:t>
      </w:r>
    </w:p>
    <w:p w14:paraId="3ADD7728" w14:textId="77777777" w:rsidR="003158F7" w:rsidRPr="00915FC0" w:rsidRDefault="009D5D3E" w:rsidP="00CC5695">
      <w:pPr>
        <w:jc w:val="both"/>
        <w:rPr>
          <w:rFonts w:hint="eastAsia"/>
          <w:color w:val="auto"/>
        </w:rPr>
      </w:pPr>
      <w:r w:rsidRPr="00915FC0">
        <w:rPr>
          <w:color w:val="auto"/>
        </w:rPr>
        <w:t xml:space="preserve">Na </w:t>
      </w:r>
      <w:proofErr w:type="spellStart"/>
      <w:r w:rsidRPr="00915FC0">
        <w:rPr>
          <w:color w:val="auto"/>
        </w:rPr>
        <w:t>potrzeby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porównania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cen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przyjmuje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się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referencyjnie</w:t>
      </w:r>
      <w:proofErr w:type="spellEnd"/>
      <w:r w:rsidRPr="00915FC0">
        <w:rPr>
          <w:color w:val="auto"/>
        </w:rPr>
        <w:t xml:space="preserve"> </w:t>
      </w:r>
      <w:r w:rsidR="0042652D">
        <w:rPr>
          <w:color w:val="auto"/>
        </w:rPr>
        <w:t>337</w:t>
      </w:r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ubezpieczonych</w:t>
      </w:r>
      <w:proofErr w:type="spellEnd"/>
      <w:r w:rsidRPr="00915FC0">
        <w:rPr>
          <w:color w:val="auto"/>
        </w:rPr>
        <w:t xml:space="preserve"> </w:t>
      </w:r>
      <w:proofErr w:type="spellStart"/>
      <w:r w:rsidR="0042652D">
        <w:rPr>
          <w:color w:val="auto"/>
        </w:rPr>
        <w:t>osób</w:t>
      </w:r>
      <w:proofErr w:type="spellEnd"/>
      <w:r w:rsidR="0042652D">
        <w:rPr>
          <w:color w:val="auto"/>
        </w:rPr>
        <w:t xml:space="preserve"> – </w:t>
      </w:r>
      <w:proofErr w:type="spellStart"/>
      <w:r w:rsidRPr="00915FC0">
        <w:rPr>
          <w:color w:val="auto"/>
        </w:rPr>
        <w:t>pracowników</w:t>
      </w:r>
      <w:proofErr w:type="spellEnd"/>
      <w:r w:rsidR="003B56E7">
        <w:rPr>
          <w:color w:val="auto"/>
        </w:rPr>
        <w:t xml:space="preserve">, </w:t>
      </w:r>
      <w:proofErr w:type="spellStart"/>
      <w:r w:rsidR="003B56E7">
        <w:rPr>
          <w:color w:val="auto"/>
        </w:rPr>
        <w:t>małżonków</w:t>
      </w:r>
      <w:proofErr w:type="spellEnd"/>
      <w:r w:rsidR="003B56E7">
        <w:rPr>
          <w:color w:val="auto"/>
        </w:rPr>
        <w:t xml:space="preserve">, </w:t>
      </w:r>
      <w:proofErr w:type="spellStart"/>
      <w:r w:rsidR="003B56E7">
        <w:rPr>
          <w:color w:val="auto"/>
        </w:rPr>
        <w:t>partnerów</w:t>
      </w:r>
      <w:proofErr w:type="spellEnd"/>
      <w:r w:rsidR="003B56E7">
        <w:rPr>
          <w:color w:val="auto"/>
        </w:rPr>
        <w:t xml:space="preserve"> </w:t>
      </w:r>
      <w:proofErr w:type="spellStart"/>
      <w:r w:rsidR="003B56E7">
        <w:rPr>
          <w:color w:val="auto"/>
        </w:rPr>
        <w:t>ż</w:t>
      </w:r>
      <w:r w:rsidR="0042652D">
        <w:rPr>
          <w:color w:val="auto"/>
        </w:rPr>
        <w:t>yciowych</w:t>
      </w:r>
      <w:proofErr w:type="spellEnd"/>
      <w:r w:rsidR="0042652D">
        <w:rPr>
          <w:color w:val="auto"/>
        </w:rPr>
        <w:t xml:space="preserve"> </w:t>
      </w:r>
      <w:proofErr w:type="spellStart"/>
      <w:r w:rsidR="0042652D">
        <w:rPr>
          <w:color w:val="auto"/>
        </w:rPr>
        <w:t>i</w:t>
      </w:r>
      <w:proofErr w:type="spellEnd"/>
      <w:r w:rsidR="0042652D">
        <w:rPr>
          <w:color w:val="auto"/>
        </w:rPr>
        <w:t xml:space="preserve"> </w:t>
      </w:r>
      <w:proofErr w:type="spellStart"/>
      <w:r w:rsidR="0042652D">
        <w:rPr>
          <w:color w:val="auto"/>
        </w:rPr>
        <w:t>dzieci</w:t>
      </w:r>
      <w:proofErr w:type="spellEnd"/>
      <w:r w:rsidR="0042652D">
        <w:rPr>
          <w:color w:val="auto"/>
        </w:rPr>
        <w:t xml:space="preserve"> </w:t>
      </w:r>
      <w:proofErr w:type="spellStart"/>
      <w:r w:rsidR="0042652D">
        <w:rPr>
          <w:color w:val="auto"/>
        </w:rPr>
        <w:t>pracowników</w:t>
      </w:r>
      <w:proofErr w:type="spellEnd"/>
      <w:r w:rsidRPr="00915FC0">
        <w:rPr>
          <w:color w:val="auto"/>
        </w:rPr>
        <w:t xml:space="preserve">. Jest to </w:t>
      </w:r>
      <w:proofErr w:type="spellStart"/>
      <w:r w:rsidRPr="00915FC0">
        <w:rPr>
          <w:color w:val="auto"/>
        </w:rPr>
        <w:t>wyłącznie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parametr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kalkulacyjny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rozeznania</w:t>
      </w:r>
      <w:proofErr w:type="spellEnd"/>
      <w:r w:rsidRPr="00915FC0">
        <w:rPr>
          <w:color w:val="auto"/>
        </w:rPr>
        <w:t xml:space="preserve">, bez </w:t>
      </w:r>
      <w:proofErr w:type="spellStart"/>
      <w:r w:rsidRPr="00915FC0">
        <w:rPr>
          <w:color w:val="auto"/>
        </w:rPr>
        <w:t>gwarancji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liczby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zgłoszeń</w:t>
      </w:r>
      <w:proofErr w:type="spellEnd"/>
      <w:r w:rsidRPr="00915FC0">
        <w:rPr>
          <w:color w:val="auto"/>
        </w:rPr>
        <w:t xml:space="preserve"> ani </w:t>
      </w:r>
      <w:proofErr w:type="spellStart"/>
      <w:r w:rsidRPr="00915FC0">
        <w:rPr>
          <w:color w:val="auto"/>
        </w:rPr>
        <w:t>minimalnej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partycypacji</w:t>
      </w:r>
      <w:proofErr w:type="spellEnd"/>
      <w:r w:rsidRPr="00915FC0">
        <w:rPr>
          <w:color w:val="auto"/>
        </w:rPr>
        <w:t xml:space="preserve">. </w:t>
      </w:r>
      <w:proofErr w:type="spellStart"/>
      <w:r w:rsidRPr="00915FC0">
        <w:rPr>
          <w:color w:val="auto"/>
        </w:rPr>
        <w:t>Oferent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wskaże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ewentualną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wymaganą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przez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siebie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minimalną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liczbę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uczestników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oraz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wpływ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mniejszej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większej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liczebności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cenę</w:t>
      </w:r>
      <w:proofErr w:type="spellEnd"/>
      <w:r w:rsidRPr="00915FC0">
        <w:rPr>
          <w:color w:val="auto"/>
        </w:rPr>
        <w:t>.</w:t>
      </w:r>
    </w:p>
    <w:p w14:paraId="5D311BE9" w14:textId="77777777" w:rsidR="003158F7" w:rsidRDefault="009D5D3E" w:rsidP="00CC5695">
      <w:pPr>
        <w:jc w:val="both"/>
        <w:rPr>
          <w:rFonts w:hint="eastAsia"/>
          <w:color w:val="auto"/>
        </w:rPr>
      </w:pPr>
      <w:proofErr w:type="spellStart"/>
      <w:r w:rsidRPr="00915FC0">
        <w:rPr>
          <w:color w:val="auto"/>
        </w:rPr>
        <w:t>Ochrona</w:t>
      </w:r>
      <w:proofErr w:type="spellEnd"/>
      <w:r w:rsidRPr="00915FC0">
        <w:rPr>
          <w:color w:val="auto"/>
        </w:rPr>
        <w:t xml:space="preserve"> w </w:t>
      </w:r>
      <w:proofErr w:type="spellStart"/>
      <w:r w:rsidRPr="00915FC0">
        <w:rPr>
          <w:color w:val="auto"/>
        </w:rPr>
        <w:t>zakresie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zdarzeń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objętych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wybranym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wariantem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powinna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obowiązywać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całodobowo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co do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zasady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całym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świecie</w:t>
      </w:r>
      <w:proofErr w:type="spellEnd"/>
      <w:r w:rsidRPr="00915FC0">
        <w:rPr>
          <w:color w:val="auto"/>
        </w:rPr>
        <w:t xml:space="preserve">, z </w:t>
      </w:r>
      <w:proofErr w:type="spellStart"/>
      <w:r w:rsidRPr="00915FC0">
        <w:rPr>
          <w:color w:val="auto"/>
        </w:rPr>
        <w:t>uwzględnieniem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warunków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wyłączeń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jednoznacznie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ujawnionych</w:t>
      </w:r>
      <w:proofErr w:type="spellEnd"/>
      <w:r w:rsidRPr="00915FC0">
        <w:rPr>
          <w:color w:val="auto"/>
        </w:rPr>
        <w:t xml:space="preserve"> w </w:t>
      </w:r>
      <w:proofErr w:type="spellStart"/>
      <w:r w:rsidRPr="00915FC0">
        <w:rPr>
          <w:color w:val="auto"/>
        </w:rPr>
        <w:t>ofercie</w:t>
      </w:r>
      <w:proofErr w:type="spellEnd"/>
      <w:r w:rsidRPr="00915FC0">
        <w:rPr>
          <w:color w:val="auto"/>
        </w:rPr>
        <w:t xml:space="preserve">. </w:t>
      </w:r>
      <w:proofErr w:type="spellStart"/>
      <w:r w:rsidRPr="00915FC0">
        <w:rPr>
          <w:color w:val="auto"/>
        </w:rPr>
        <w:t>Prawo</w:t>
      </w:r>
      <w:proofErr w:type="spellEnd"/>
      <w:r w:rsidRPr="00915FC0">
        <w:rPr>
          <w:color w:val="auto"/>
        </w:rPr>
        <w:t xml:space="preserve"> do </w:t>
      </w:r>
      <w:proofErr w:type="spellStart"/>
      <w:r w:rsidRPr="00915FC0">
        <w:rPr>
          <w:color w:val="auto"/>
        </w:rPr>
        <w:t>indywidualnej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kontynuacji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ubezpieczenia</w:t>
      </w:r>
      <w:proofErr w:type="spellEnd"/>
      <w:r w:rsidRPr="00915FC0">
        <w:rPr>
          <w:color w:val="auto"/>
        </w:rPr>
        <w:t xml:space="preserve"> po </w:t>
      </w:r>
      <w:proofErr w:type="spellStart"/>
      <w:r w:rsidRPr="00915FC0">
        <w:rPr>
          <w:color w:val="auto"/>
        </w:rPr>
        <w:t>ustaniu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uczestnictwa</w:t>
      </w:r>
      <w:proofErr w:type="spellEnd"/>
      <w:r w:rsidRPr="00915FC0">
        <w:rPr>
          <w:color w:val="auto"/>
        </w:rPr>
        <w:t xml:space="preserve"> jest </w:t>
      </w:r>
      <w:proofErr w:type="spellStart"/>
      <w:r w:rsidRPr="00915FC0">
        <w:rPr>
          <w:color w:val="auto"/>
        </w:rPr>
        <w:t>wymagane</w:t>
      </w:r>
      <w:proofErr w:type="spellEnd"/>
      <w:r w:rsidRPr="00915FC0">
        <w:rPr>
          <w:color w:val="auto"/>
        </w:rPr>
        <w:t xml:space="preserve"> w </w:t>
      </w:r>
      <w:proofErr w:type="spellStart"/>
      <w:r w:rsidRPr="00915FC0">
        <w:rPr>
          <w:color w:val="auto"/>
        </w:rPr>
        <w:t>każdym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wariancie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podstawowym</w:t>
      </w:r>
      <w:proofErr w:type="spellEnd"/>
      <w:r w:rsidRPr="00915FC0">
        <w:rPr>
          <w:color w:val="auto"/>
        </w:rPr>
        <w:t>.</w:t>
      </w:r>
    </w:p>
    <w:p w14:paraId="4008A671" w14:textId="77777777" w:rsidR="0042652D" w:rsidRDefault="0042652D" w:rsidP="00CC5695">
      <w:pPr>
        <w:jc w:val="both"/>
        <w:rPr>
          <w:rFonts w:hint="eastAsia"/>
        </w:rPr>
      </w:pPr>
      <w:proofErr w:type="spellStart"/>
      <w:r>
        <w:t>Członek</w:t>
      </w:r>
      <w:proofErr w:type="spellEnd"/>
      <w:r>
        <w:t xml:space="preserve"> </w:t>
      </w:r>
      <w:proofErr w:type="spellStart"/>
      <w:r>
        <w:t>rodziny</w:t>
      </w:r>
      <w:proofErr w:type="spellEnd"/>
      <w:r>
        <w:t xml:space="preserve"> </w:t>
      </w:r>
      <w:proofErr w:type="spellStart"/>
      <w:r>
        <w:t>pracownika</w:t>
      </w:r>
      <w:proofErr w:type="spellEnd"/>
      <w:r>
        <w:t xml:space="preserve"> (</w:t>
      </w:r>
      <w:proofErr w:type="spellStart"/>
      <w:r>
        <w:t>małżonek</w:t>
      </w:r>
      <w:proofErr w:type="spellEnd"/>
      <w:r>
        <w:t xml:space="preserve">, partner </w:t>
      </w:r>
      <w:proofErr w:type="spellStart"/>
      <w:r>
        <w:t>życiowy</w:t>
      </w:r>
      <w:proofErr w:type="spellEnd"/>
      <w:r>
        <w:t xml:space="preserve">, </w:t>
      </w:r>
      <w:proofErr w:type="spellStart"/>
      <w:r>
        <w:t>pełnoletnie</w:t>
      </w:r>
      <w:proofErr w:type="spellEnd"/>
      <w:r>
        <w:t xml:space="preserve"> </w:t>
      </w:r>
      <w:proofErr w:type="spellStart"/>
      <w:r>
        <w:t>dziecko</w:t>
      </w:r>
      <w:proofErr w:type="spellEnd"/>
      <w:r>
        <w:t xml:space="preserve">) </w:t>
      </w:r>
      <w:proofErr w:type="spellStart"/>
      <w:r>
        <w:t>może</w:t>
      </w:r>
      <w:proofErr w:type="spellEnd"/>
      <w:r>
        <w:t xml:space="preserve"> </w:t>
      </w:r>
      <w:proofErr w:type="spellStart"/>
      <w:r>
        <w:t>zostać</w:t>
      </w:r>
      <w:proofErr w:type="spellEnd"/>
      <w:r>
        <w:t xml:space="preserve"> </w:t>
      </w:r>
      <w:proofErr w:type="spellStart"/>
      <w:r>
        <w:t>objęty</w:t>
      </w:r>
      <w:proofErr w:type="spellEnd"/>
      <w:r>
        <w:t xml:space="preserve"> </w:t>
      </w:r>
      <w:proofErr w:type="spellStart"/>
      <w:r>
        <w:t>ochroną</w:t>
      </w:r>
      <w:proofErr w:type="spellEnd"/>
      <w:r>
        <w:t xml:space="preserve"> </w:t>
      </w:r>
      <w:proofErr w:type="spellStart"/>
      <w:r>
        <w:t>wyłącznie</w:t>
      </w:r>
      <w:proofErr w:type="spellEnd"/>
      <w:r>
        <w:t xml:space="preserve"> w </w:t>
      </w:r>
      <w:proofErr w:type="spellStart"/>
      <w:r>
        <w:t>tym</w:t>
      </w:r>
      <w:proofErr w:type="spellEnd"/>
      <w:r>
        <w:t xml:space="preserve"> </w:t>
      </w:r>
      <w:proofErr w:type="spellStart"/>
      <w:r>
        <w:t>samym</w:t>
      </w:r>
      <w:proofErr w:type="spellEnd"/>
      <w:r>
        <w:t xml:space="preserve"> </w:t>
      </w:r>
      <w:proofErr w:type="spellStart"/>
      <w:r>
        <w:t>wariancie</w:t>
      </w:r>
      <w:proofErr w:type="spellEnd"/>
      <w:r>
        <w:t xml:space="preserve"> (A, B, C, D </w:t>
      </w:r>
      <w:proofErr w:type="spellStart"/>
      <w:r>
        <w:t>albo</w:t>
      </w:r>
      <w:proofErr w:type="spellEnd"/>
      <w:r>
        <w:t xml:space="preserve"> E), </w:t>
      </w:r>
      <w:proofErr w:type="spellStart"/>
      <w:r>
        <w:t>który</w:t>
      </w:r>
      <w:proofErr w:type="spellEnd"/>
      <w:r>
        <w:t xml:space="preserve"> </w:t>
      </w:r>
      <w:proofErr w:type="spellStart"/>
      <w:r>
        <w:t>wybrał</w:t>
      </w:r>
      <w:proofErr w:type="spellEnd"/>
      <w:r>
        <w:t xml:space="preserve"> </w:t>
      </w:r>
      <w:proofErr w:type="spellStart"/>
      <w:r>
        <w:t>pracownik</w:t>
      </w:r>
      <w:proofErr w:type="spellEnd"/>
      <w:r>
        <w:t xml:space="preserve">. </w:t>
      </w:r>
      <w:proofErr w:type="spellStart"/>
      <w:r>
        <w:t>Zmiana</w:t>
      </w:r>
      <w:proofErr w:type="spellEnd"/>
      <w:r>
        <w:t xml:space="preserve"> </w:t>
      </w:r>
      <w:proofErr w:type="spellStart"/>
      <w:r>
        <w:t>wariantu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pracownika</w:t>
      </w:r>
      <w:proofErr w:type="spellEnd"/>
      <w:r>
        <w:t xml:space="preserve"> </w:t>
      </w:r>
      <w:proofErr w:type="spellStart"/>
      <w:r>
        <w:t>oznacza</w:t>
      </w:r>
      <w:proofErr w:type="spellEnd"/>
      <w:r>
        <w:t xml:space="preserve"> </w:t>
      </w:r>
      <w:proofErr w:type="spellStart"/>
      <w:r>
        <w:t>jednoczesną</w:t>
      </w:r>
      <w:proofErr w:type="spellEnd"/>
      <w:r>
        <w:t xml:space="preserve"> </w:t>
      </w:r>
      <w:proofErr w:type="spellStart"/>
      <w:r>
        <w:t>zmianę</w:t>
      </w:r>
      <w:proofErr w:type="spellEnd"/>
      <w:r>
        <w:t xml:space="preserve"> </w:t>
      </w:r>
      <w:proofErr w:type="spellStart"/>
      <w:r>
        <w:t>wariantu</w:t>
      </w:r>
      <w:proofErr w:type="spellEnd"/>
      <w:r>
        <w:t xml:space="preserve"> </w:t>
      </w:r>
      <w:proofErr w:type="spellStart"/>
      <w:r>
        <w:t>dla</w:t>
      </w:r>
      <w:proofErr w:type="spellEnd"/>
      <w:r>
        <w:t xml:space="preserve"> </w:t>
      </w:r>
      <w:proofErr w:type="spellStart"/>
      <w:r>
        <w:t>zgłoszonych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niego</w:t>
      </w:r>
      <w:proofErr w:type="spellEnd"/>
      <w:r>
        <w:t xml:space="preserve"> </w:t>
      </w:r>
      <w:proofErr w:type="spellStart"/>
      <w:r>
        <w:t>członków</w:t>
      </w:r>
      <w:proofErr w:type="spellEnd"/>
      <w:r>
        <w:t xml:space="preserve"> </w:t>
      </w:r>
      <w:proofErr w:type="spellStart"/>
      <w:r>
        <w:t>rodziny</w:t>
      </w:r>
      <w:proofErr w:type="spellEnd"/>
      <w:r>
        <w:t xml:space="preserve">. Do </w:t>
      </w:r>
      <w:proofErr w:type="spellStart"/>
      <w:r>
        <w:t>członków</w:t>
      </w:r>
      <w:proofErr w:type="spellEnd"/>
      <w:r>
        <w:t xml:space="preserve"> </w:t>
      </w:r>
      <w:proofErr w:type="spellStart"/>
      <w:r>
        <w:t>rodziny</w:t>
      </w:r>
      <w:proofErr w:type="spellEnd"/>
      <w:r>
        <w:t xml:space="preserve"> </w:t>
      </w:r>
      <w:proofErr w:type="spellStart"/>
      <w:r>
        <w:t>stosuje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granice</w:t>
      </w:r>
      <w:proofErr w:type="spellEnd"/>
      <w:r>
        <w:t xml:space="preserve"> </w:t>
      </w:r>
      <w:proofErr w:type="spellStart"/>
      <w:r>
        <w:t>wieku</w:t>
      </w:r>
      <w:proofErr w:type="spellEnd"/>
      <w:r>
        <w:t xml:space="preserve"> </w:t>
      </w:r>
      <w:proofErr w:type="spellStart"/>
      <w:r>
        <w:t>określone</w:t>
      </w:r>
      <w:proofErr w:type="spellEnd"/>
      <w:r>
        <w:t xml:space="preserve"> </w:t>
      </w:r>
      <w:proofErr w:type="spellStart"/>
      <w:r>
        <w:t>powyżej</w:t>
      </w:r>
      <w:proofErr w:type="spellEnd"/>
      <w:r>
        <w:t>.</w:t>
      </w:r>
    </w:p>
    <w:p w14:paraId="26E60D00" w14:textId="77777777" w:rsidR="00A267DB" w:rsidRPr="00385283" w:rsidRDefault="00A267DB" w:rsidP="00A267DB">
      <w:pPr>
        <w:pStyle w:val="Nagwek1"/>
        <w:rPr>
          <w:color w:val="auto"/>
        </w:rPr>
      </w:pPr>
      <w:r w:rsidRPr="00385283">
        <w:rPr>
          <w:color w:val="auto"/>
        </w:rPr>
        <w:lastRenderedPageBreak/>
        <w:t>4</w:t>
      </w:r>
      <w:r w:rsidR="00C8288F">
        <w:rPr>
          <w:color w:val="auto"/>
        </w:rPr>
        <w:t xml:space="preserve">. </w:t>
      </w:r>
      <w:proofErr w:type="spellStart"/>
      <w:r w:rsidR="00C8288F">
        <w:rPr>
          <w:color w:val="auto"/>
        </w:rPr>
        <w:t>Definicje</w:t>
      </w:r>
      <w:proofErr w:type="spellEnd"/>
      <w:r w:rsidR="00C8288F">
        <w:rPr>
          <w:color w:val="auto"/>
        </w:rPr>
        <w:t xml:space="preserve"> </w:t>
      </w:r>
      <w:proofErr w:type="spellStart"/>
      <w:r w:rsidR="00C8288F">
        <w:rPr>
          <w:color w:val="auto"/>
        </w:rPr>
        <w:t>zdarzeń</w:t>
      </w:r>
      <w:proofErr w:type="spellEnd"/>
      <w:r w:rsidR="00C8288F">
        <w:rPr>
          <w:color w:val="auto"/>
        </w:rPr>
        <w:t>,</w:t>
      </w:r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osób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objętych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ochroną</w:t>
      </w:r>
      <w:proofErr w:type="spellEnd"/>
      <w:r w:rsidR="00C8288F">
        <w:rPr>
          <w:color w:val="auto"/>
        </w:rPr>
        <w:t xml:space="preserve"> </w:t>
      </w:r>
      <w:proofErr w:type="spellStart"/>
      <w:r w:rsidR="00C8288F">
        <w:rPr>
          <w:color w:val="auto"/>
        </w:rPr>
        <w:t>oraz</w:t>
      </w:r>
      <w:proofErr w:type="spellEnd"/>
      <w:r w:rsidR="00C8288F">
        <w:rPr>
          <w:color w:val="auto"/>
        </w:rPr>
        <w:t xml:space="preserve"> </w:t>
      </w:r>
      <w:proofErr w:type="spellStart"/>
      <w:r w:rsidR="00C8288F">
        <w:rPr>
          <w:color w:val="auto"/>
        </w:rPr>
        <w:t>świadczeń</w:t>
      </w:r>
      <w:proofErr w:type="spellEnd"/>
    </w:p>
    <w:p w14:paraId="628D8B92" w14:textId="77777777" w:rsidR="00A267DB" w:rsidRPr="00385283" w:rsidRDefault="00A267DB" w:rsidP="00A267DB">
      <w:pPr>
        <w:keepLines/>
        <w:rPr>
          <w:rFonts w:hint="eastAsia"/>
          <w:color w:val="auto"/>
        </w:rPr>
      </w:pPr>
      <w:r w:rsidRPr="00385283">
        <w:rPr>
          <w:color w:val="auto"/>
        </w:rPr>
        <w:t xml:space="preserve">Na </w:t>
      </w:r>
      <w:proofErr w:type="spellStart"/>
      <w:r w:rsidRPr="00385283">
        <w:rPr>
          <w:color w:val="auto"/>
        </w:rPr>
        <w:t>potrzeby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ustalenia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zakresu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ochrony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ubezpieczeniowej</w:t>
      </w:r>
      <w:proofErr w:type="spellEnd"/>
      <w:r w:rsidRPr="00385283">
        <w:rPr>
          <w:color w:val="auto"/>
        </w:rPr>
        <w:t xml:space="preserve"> w </w:t>
      </w:r>
      <w:proofErr w:type="spellStart"/>
      <w:r w:rsidRPr="00385283">
        <w:rPr>
          <w:color w:val="auto"/>
        </w:rPr>
        <w:t>wariantach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podstawowych</w:t>
      </w:r>
      <w:proofErr w:type="spellEnd"/>
      <w:r w:rsidRPr="00385283">
        <w:rPr>
          <w:color w:val="auto"/>
        </w:rPr>
        <w:t xml:space="preserve"> A–E </w:t>
      </w:r>
      <w:proofErr w:type="spellStart"/>
      <w:r w:rsidR="003B56E7" w:rsidRPr="003B56E7">
        <w:rPr>
          <w:color w:val="auto"/>
        </w:rPr>
        <w:t>oraz</w:t>
      </w:r>
      <w:proofErr w:type="spellEnd"/>
      <w:r w:rsidR="003B56E7" w:rsidRPr="003B56E7">
        <w:rPr>
          <w:color w:val="auto"/>
        </w:rPr>
        <w:t xml:space="preserve"> w </w:t>
      </w:r>
      <w:proofErr w:type="spellStart"/>
      <w:r w:rsidR="003B56E7" w:rsidRPr="003B56E7">
        <w:rPr>
          <w:color w:val="auto"/>
        </w:rPr>
        <w:t>pakietach</w:t>
      </w:r>
      <w:proofErr w:type="spellEnd"/>
      <w:r w:rsidR="003B56E7" w:rsidRPr="003B56E7">
        <w:rPr>
          <w:color w:val="auto"/>
        </w:rPr>
        <w:t xml:space="preserve"> </w:t>
      </w:r>
      <w:proofErr w:type="spellStart"/>
      <w:r w:rsidR="003B56E7" w:rsidRPr="003B56E7">
        <w:rPr>
          <w:color w:val="auto"/>
        </w:rPr>
        <w:t>okre</w:t>
      </w:r>
      <w:r w:rsidR="003B56E7" w:rsidRPr="003B56E7">
        <w:rPr>
          <w:rFonts w:hint="cs"/>
          <w:color w:val="auto"/>
        </w:rPr>
        <w:t>ś</w:t>
      </w:r>
      <w:r w:rsidR="003B56E7" w:rsidRPr="003B56E7">
        <w:rPr>
          <w:color w:val="auto"/>
        </w:rPr>
        <w:t>lonych</w:t>
      </w:r>
      <w:proofErr w:type="spellEnd"/>
      <w:r w:rsidR="003B56E7" w:rsidRPr="003B56E7">
        <w:rPr>
          <w:color w:val="auto"/>
        </w:rPr>
        <w:t xml:space="preserve"> w </w:t>
      </w:r>
      <w:proofErr w:type="spellStart"/>
      <w:r w:rsidR="003B56E7" w:rsidRPr="003B56E7">
        <w:rPr>
          <w:color w:val="auto"/>
        </w:rPr>
        <w:t>Za</w:t>
      </w:r>
      <w:r w:rsidR="003B56E7" w:rsidRPr="003B56E7">
        <w:rPr>
          <w:rFonts w:hint="cs"/>
          <w:color w:val="auto"/>
        </w:rPr>
        <w:t>łą</w:t>
      </w:r>
      <w:r w:rsidR="003B56E7" w:rsidRPr="003B56E7">
        <w:rPr>
          <w:color w:val="auto"/>
        </w:rPr>
        <w:t>cznikach</w:t>
      </w:r>
      <w:proofErr w:type="spellEnd"/>
      <w:r w:rsidR="003B56E7" w:rsidRPr="003B56E7">
        <w:rPr>
          <w:color w:val="auto"/>
        </w:rPr>
        <w:t xml:space="preserve"> nr 2 </w:t>
      </w:r>
      <w:proofErr w:type="spellStart"/>
      <w:r w:rsidR="003B56E7" w:rsidRPr="003B56E7">
        <w:rPr>
          <w:color w:val="auto"/>
        </w:rPr>
        <w:t>i</w:t>
      </w:r>
      <w:proofErr w:type="spellEnd"/>
      <w:r w:rsidR="003B56E7" w:rsidRPr="003B56E7">
        <w:rPr>
          <w:color w:val="auto"/>
        </w:rPr>
        <w:t xml:space="preserve"> 3</w:t>
      </w:r>
      <w:r w:rsidR="003B56E7">
        <w:rPr>
          <w:color w:val="auto"/>
        </w:rPr>
        <w:t xml:space="preserve"> </w:t>
      </w:r>
      <w:proofErr w:type="spellStart"/>
      <w:r w:rsidRPr="00385283">
        <w:rPr>
          <w:color w:val="auto"/>
        </w:rPr>
        <w:t>przyjmuje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się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poniższe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definicje</w:t>
      </w:r>
      <w:proofErr w:type="spellEnd"/>
      <w:r w:rsidRPr="00385283">
        <w:rPr>
          <w:color w:val="auto"/>
        </w:rPr>
        <w:t xml:space="preserve">. </w:t>
      </w:r>
      <w:proofErr w:type="spellStart"/>
      <w:r w:rsidRPr="00385283">
        <w:rPr>
          <w:color w:val="auto"/>
        </w:rPr>
        <w:t>Oferent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zobowiązany</w:t>
      </w:r>
      <w:proofErr w:type="spellEnd"/>
      <w:r w:rsidRPr="00385283">
        <w:rPr>
          <w:color w:val="auto"/>
        </w:rPr>
        <w:t xml:space="preserve"> jest do </w:t>
      </w:r>
      <w:proofErr w:type="spellStart"/>
      <w:r w:rsidRPr="00385283">
        <w:rPr>
          <w:color w:val="auto"/>
        </w:rPr>
        <w:t>zapewnienia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ochrony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odpowiadającej</w:t>
      </w:r>
      <w:proofErr w:type="spellEnd"/>
      <w:r w:rsidRPr="00385283">
        <w:rPr>
          <w:color w:val="auto"/>
        </w:rPr>
        <w:t xml:space="preserve"> co </w:t>
      </w:r>
      <w:proofErr w:type="spellStart"/>
      <w:r w:rsidRPr="00385283">
        <w:rPr>
          <w:color w:val="auto"/>
        </w:rPr>
        <w:t>najmniej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wskazanym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definicjom</w:t>
      </w:r>
      <w:proofErr w:type="spellEnd"/>
      <w:r w:rsidRPr="00385283">
        <w:rPr>
          <w:color w:val="auto"/>
        </w:rPr>
        <w:t xml:space="preserve">. </w:t>
      </w:r>
      <w:proofErr w:type="spellStart"/>
      <w:r w:rsidRPr="00385283">
        <w:rPr>
          <w:color w:val="auto"/>
        </w:rPr>
        <w:t>Stosowanie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odmiennych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definicji</w:t>
      </w:r>
      <w:proofErr w:type="spellEnd"/>
      <w:r w:rsidRPr="00385283">
        <w:rPr>
          <w:color w:val="auto"/>
        </w:rPr>
        <w:t xml:space="preserve"> w </w:t>
      </w:r>
      <w:proofErr w:type="spellStart"/>
      <w:r w:rsidRPr="00385283">
        <w:rPr>
          <w:color w:val="auto"/>
        </w:rPr>
        <w:t>ogólnych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warunkach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ubezpieczenia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może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prowadzić</w:t>
      </w:r>
      <w:proofErr w:type="spellEnd"/>
      <w:r w:rsidRPr="00385283">
        <w:rPr>
          <w:color w:val="auto"/>
        </w:rPr>
        <w:t xml:space="preserve"> do </w:t>
      </w:r>
      <w:proofErr w:type="spellStart"/>
      <w:r w:rsidRPr="00385283">
        <w:rPr>
          <w:color w:val="auto"/>
        </w:rPr>
        <w:t>zawężenia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zakresu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ochrony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określonego</w:t>
      </w:r>
      <w:proofErr w:type="spellEnd"/>
      <w:r w:rsidRPr="00385283">
        <w:rPr>
          <w:color w:val="auto"/>
        </w:rPr>
        <w:t xml:space="preserve"> w </w:t>
      </w:r>
      <w:proofErr w:type="spellStart"/>
      <w:r w:rsidRPr="00385283">
        <w:rPr>
          <w:color w:val="auto"/>
        </w:rPr>
        <w:t>niniejszej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specyfikacji</w:t>
      </w:r>
      <w:proofErr w:type="spellEnd"/>
      <w:r w:rsidRPr="00385283">
        <w:rPr>
          <w:color w:val="auto"/>
        </w:rPr>
        <w:t>.</w:t>
      </w:r>
    </w:p>
    <w:p w14:paraId="6B304052" w14:textId="77777777" w:rsidR="00A267DB" w:rsidRPr="00385283" w:rsidRDefault="00A267DB" w:rsidP="00A267DB">
      <w:pPr>
        <w:pStyle w:val="Nagwek2"/>
        <w:rPr>
          <w:color w:val="auto"/>
        </w:rPr>
      </w:pPr>
      <w:r w:rsidRPr="00385283">
        <w:rPr>
          <w:color w:val="auto"/>
        </w:rPr>
        <w:t xml:space="preserve">4.1. </w:t>
      </w:r>
      <w:proofErr w:type="spellStart"/>
      <w:r w:rsidRPr="00385283">
        <w:rPr>
          <w:color w:val="auto"/>
        </w:rPr>
        <w:t>Nieszczęśliwy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wypadek</w:t>
      </w:r>
      <w:proofErr w:type="spellEnd"/>
    </w:p>
    <w:p w14:paraId="3520734A" w14:textId="77777777" w:rsidR="00A267DB" w:rsidRPr="00385283" w:rsidRDefault="00A267DB" w:rsidP="00A267DB">
      <w:pPr>
        <w:keepLines/>
        <w:rPr>
          <w:rFonts w:hint="eastAsia"/>
          <w:color w:val="auto"/>
        </w:rPr>
      </w:pPr>
      <w:proofErr w:type="spellStart"/>
      <w:r w:rsidRPr="00385283">
        <w:rPr>
          <w:color w:val="auto"/>
        </w:rPr>
        <w:t>Nieszczęśliwy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wypadek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oznacza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zdarzenie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nagłe</w:t>
      </w:r>
      <w:proofErr w:type="spellEnd"/>
      <w:r w:rsidRPr="00385283">
        <w:rPr>
          <w:color w:val="auto"/>
        </w:rPr>
        <w:t xml:space="preserve">, </w:t>
      </w:r>
      <w:proofErr w:type="spellStart"/>
      <w:r w:rsidRPr="00385283">
        <w:rPr>
          <w:color w:val="auto"/>
        </w:rPr>
        <w:t>gwałtowne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niespodziewane</w:t>
      </w:r>
      <w:proofErr w:type="spellEnd"/>
      <w:r w:rsidRPr="00385283">
        <w:rPr>
          <w:color w:val="auto"/>
        </w:rPr>
        <w:t xml:space="preserve">, </w:t>
      </w:r>
      <w:proofErr w:type="spellStart"/>
      <w:r w:rsidRPr="00385283">
        <w:rPr>
          <w:color w:val="auto"/>
        </w:rPr>
        <w:t>wywołane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czynnikiem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zewnętrznym</w:t>
      </w:r>
      <w:proofErr w:type="spellEnd"/>
      <w:r w:rsidRPr="00385283">
        <w:rPr>
          <w:color w:val="auto"/>
        </w:rPr>
        <w:t xml:space="preserve">, </w:t>
      </w:r>
      <w:proofErr w:type="spellStart"/>
      <w:r w:rsidRPr="00385283">
        <w:rPr>
          <w:color w:val="auto"/>
        </w:rPr>
        <w:t>niezależne</w:t>
      </w:r>
      <w:proofErr w:type="spellEnd"/>
      <w:r w:rsidRPr="00385283">
        <w:rPr>
          <w:color w:val="auto"/>
        </w:rPr>
        <w:t xml:space="preserve"> od </w:t>
      </w:r>
      <w:proofErr w:type="spellStart"/>
      <w:r w:rsidRPr="00385283">
        <w:rPr>
          <w:color w:val="auto"/>
        </w:rPr>
        <w:t>woli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stanu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zdrowia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osoby</w:t>
      </w:r>
      <w:proofErr w:type="spellEnd"/>
      <w:r w:rsidRPr="00385283">
        <w:rPr>
          <w:color w:val="auto"/>
        </w:rPr>
        <w:t xml:space="preserve">, </w:t>
      </w:r>
      <w:proofErr w:type="spellStart"/>
      <w:r w:rsidRPr="00385283">
        <w:rPr>
          <w:color w:val="auto"/>
        </w:rPr>
        <w:t>która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uległa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wypadkowi</w:t>
      </w:r>
      <w:proofErr w:type="spellEnd"/>
      <w:r w:rsidRPr="00385283">
        <w:rPr>
          <w:color w:val="auto"/>
        </w:rPr>
        <w:t xml:space="preserve">, </w:t>
      </w:r>
      <w:proofErr w:type="spellStart"/>
      <w:r w:rsidRPr="00385283">
        <w:rPr>
          <w:color w:val="auto"/>
        </w:rPr>
        <w:t>stanowiące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wyłączną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bezpośrednią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przyczynę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zdarzenia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objętego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ochroną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ubezpieczeniową</w:t>
      </w:r>
      <w:proofErr w:type="spellEnd"/>
      <w:r w:rsidRPr="00385283">
        <w:rPr>
          <w:color w:val="auto"/>
        </w:rPr>
        <w:t>.</w:t>
      </w:r>
    </w:p>
    <w:p w14:paraId="38F3AE22" w14:textId="77777777" w:rsidR="00A267DB" w:rsidRPr="00385283" w:rsidRDefault="00A267DB" w:rsidP="00A267DB">
      <w:pPr>
        <w:keepLines/>
        <w:rPr>
          <w:rFonts w:hint="eastAsia"/>
          <w:color w:val="auto"/>
        </w:rPr>
      </w:pPr>
      <w:r w:rsidRPr="00385283">
        <w:rPr>
          <w:color w:val="auto"/>
        </w:rPr>
        <w:t xml:space="preserve">Za </w:t>
      </w:r>
      <w:proofErr w:type="spellStart"/>
      <w:r w:rsidRPr="00385283">
        <w:rPr>
          <w:color w:val="auto"/>
        </w:rPr>
        <w:t>czynnik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zewnętrzny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uznaje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się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czynnik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pochodzący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spoza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organizmu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osoby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poszkodowanej</w:t>
      </w:r>
      <w:proofErr w:type="spellEnd"/>
      <w:r w:rsidRPr="00385283">
        <w:rPr>
          <w:color w:val="auto"/>
        </w:rPr>
        <w:t xml:space="preserve">, </w:t>
      </w:r>
      <w:proofErr w:type="spellStart"/>
      <w:r w:rsidRPr="00385283">
        <w:rPr>
          <w:color w:val="auto"/>
        </w:rPr>
        <w:t>mogący</w:t>
      </w:r>
      <w:proofErr w:type="spellEnd"/>
      <w:r w:rsidRPr="00385283">
        <w:rPr>
          <w:color w:val="auto"/>
        </w:rPr>
        <w:t xml:space="preserve"> w </w:t>
      </w:r>
      <w:proofErr w:type="spellStart"/>
      <w:r w:rsidRPr="00385283">
        <w:rPr>
          <w:color w:val="auto"/>
        </w:rPr>
        <w:t>danych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okolicznościach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wywołać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szkodliwe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skutki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dla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jej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zdrowia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lub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życia</w:t>
      </w:r>
      <w:proofErr w:type="spellEnd"/>
      <w:r w:rsidRPr="00385283">
        <w:rPr>
          <w:color w:val="auto"/>
        </w:rPr>
        <w:t>.</w:t>
      </w:r>
    </w:p>
    <w:p w14:paraId="776C166E" w14:textId="77777777" w:rsidR="00A267DB" w:rsidRPr="00385283" w:rsidRDefault="00A267DB" w:rsidP="00A267DB">
      <w:pPr>
        <w:pStyle w:val="Nagwek2"/>
        <w:rPr>
          <w:color w:val="auto"/>
        </w:rPr>
      </w:pPr>
      <w:r w:rsidRPr="00385283">
        <w:rPr>
          <w:color w:val="auto"/>
        </w:rPr>
        <w:t xml:space="preserve">4.2. </w:t>
      </w:r>
      <w:proofErr w:type="spellStart"/>
      <w:r w:rsidRPr="00385283">
        <w:rPr>
          <w:color w:val="auto"/>
        </w:rPr>
        <w:t>Wypadek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komunikacyjny</w:t>
      </w:r>
      <w:proofErr w:type="spellEnd"/>
    </w:p>
    <w:p w14:paraId="08A57020" w14:textId="77777777" w:rsidR="00A267DB" w:rsidRPr="00385283" w:rsidRDefault="00A267DB" w:rsidP="00A267DB">
      <w:pPr>
        <w:keepLines/>
        <w:rPr>
          <w:rFonts w:hint="eastAsia"/>
          <w:color w:val="auto"/>
        </w:rPr>
      </w:pPr>
      <w:proofErr w:type="spellStart"/>
      <w:r w:rsidRPr="00385283">
        <w:rPr>
          <w:color w:val="auto"/>
        </w:rPr>
        <w:t>Wypadek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komunikacyjny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oznacza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nieszczęśliwy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wypadek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powstały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wskutek</w:t>
      </w:r>
      <w:proofErr w:type="spellEnd"/>
      <w:r w:rsidRPr="00385283">
        <w:rPr>
          <w:color w:val="auto"/>
        </w:rPr>
        <w:t>:</w:t>
      </w:r>
    </w:p>
    <w:p w14:paraId="4DCB4055" w14:textId="77777777" w:rsidR="00A267DB" w:rsidRPr="00385283" w:rsidRDefault="00A267DB" w:rsidP="00A267DB">
      <w:pPr>
        <w:keepLines/>
        <w:rPr>
          <w:rFonts w:hint="eastAsia"/>
          <w:color w:val="auto"/>
        </w:rPr>
      </w:pPr>
      <w:r w:rsidRPr="00385283">
        <w:rPr>
          <w:color w:val="auto"/>
        </w:rPr>
        <w:t xml:space="preserve">a) </w:t>
      </w:r>
      <w:proofErr w:type="spellStart"/>
      <w:r w:rsidRPr="00385283">
        <w:rPr>
          <w:color w:val="auto"/>
        </w:rPr>
        <w:t>ruchu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pojazdu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drodze</w:t>
      </w:r>
      <w:proofErr w:type="spellEnd"/>
      <w:r w:rsidRPr="00385283">
        <w:rPr>
          <w:color w:val="auto"/>
        </w:rPr>
        <w:t xml:space="preserve">, w </w:t>
      </w:r>
      <w:proofErr w:type="spellStart"/>
      <w:r w:rsidRPr="00385283">
        <w:rPr>
          <w:color w:val="auto"/>
        </w:rPr>
        <w:t>tym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tramwaju</w:t>
      </w:r>
      <w:proofErr w:type="spellEnd"/>
      <w:r w:rsidRPr="00385283">
        <w:rPr>
          <w:color w:val="auto"/>
        </w:rPr>
        <w:t xml:space="preserve">, </w:t>
      </w:r>
      <w:proofErr w:type="spellStart"/>
      <w:r w:rsidRPr="00385283">
        <w:rPr>
          <w:color w:val="auto"/>
        </w:rPr>
        <w:t>jeżeli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osoba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objęta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zdarzeniem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uczestniczyła</w:t>
      </w:r>
      <w:proofErr w:type="spellEnd"/>
      <w:r w:rsidRPr="00385283">
        <w:rPr>
          <w:color w:val="auto"/>
        </w:rPr>
        <w:t xml:space="preserve"> w </w:t>
      </w:r>
      <w:proofErr w:type="spellStart"/>
      <w:r w:rsidRPr="00385283">
        <w:rPr>
          <w:color w:val="auto"/>
        </w:rPr>
        <w:t>ruchu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drogowym</w:t>
      </w:r>
      <w:proofErr w:type="spellEnd"/>
      <w:r w:rsidRPr="00385283">
        <w:rPr>
          <w:color w:val="auto"/>
        </w:rPr>
        <w:t>;</w:t>
      </w:r>
    </w:p>
    <w:p w14:paraId="096FEC60" w14:textId="77777777" w:rsidR="00A267DB" w:rsidRPr="00385283" w:rsidRDefault="00A267DB" w:rsidP="00A267DB">
      <w:pPr>
        <w:keepLines/>
        <w:rPr>
          <w:rFonts w:hint="eastAsia"/>
          <w:color w:val="auto"/>
        </w:rPr>
      </w:pPr>
      <w:r w:rsidRPr="00385283">
        <w:rPr>
          <w:color w:val="auto"/>
        </w:rPr>
        <w:t xml:space="preserve">b) </w:t>
      </w:r>
      <w:proofErr w:type="spellStart"/>
      <w:r w:rsidRPr="00385283">
        <w:rPr>
          <w:color w:val="auto"/>
        </w:rPr>
        <w:t>ruchu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pojazdu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kolejowego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lub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metra</w:t>
      </w:r>
      <w:proofErr w:type="spellEnd"/>
      <w:r w:rsidRPr="00385283">
        <w:rPr>
          <w:color w:val="auto"/>
        </w:rPr>
        <w:t xml:space="preserve">, </w:t>
      </w:r>
      <w:proofErr w:type="spellStart"/>
      <w:r w:rsidRPr="00385283">
        <w:rPr>
          <w:color w:val="auto"/>
        </w:rPr>
        <w:t>jeżeli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osoba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objęta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zdarzeniem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była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pasażerem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albo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członkiem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załogi</w:t>
      </w:r>
      <w:proofErr w:type="spellEnd"/>
      <w:r w:rsidRPr="00385283">
        <w:rPr>
          <w:color w:val="auto"/>
        </w:rPr>
        <w:t xml:space="preserve">; </w:t>
      </w:r>
      <w:proofErr w:type="spellStart"/>
      <w:r w:rsidRPr="00385283">
        <w:rPr>
          <w:color w:val="auto"/>
        </w:rPr>
        <w:t>nie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obejmuje</w:t>
      </w:r>
      <w:proofErr w:type="spellEnd"/>
      <w:r w:rsidRPr="00385283">
        <w:rPr>
          <w:color w:val="auto"/>
        </w:rPr>
        <w:t xml:space="preserve"> to </w:t>
      </w:r>
      <w:proofErr w:type="spellStart"/>
      <w:r w:rsidRPr="00385283">
        <w:rPr>
          <w:color w:val="auto"/>
        </w:rPr>
        <w:t>kolejowego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transportu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wewnątrzzakładowego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oraz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transportu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linowego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linowo-terenowego</w:t>
      </w:r>
      <w:proofErr w:type="spellEnd"/>
      <w:r w:rsidRPr="00385283">
        <w:rPr>
          <w:color w:val="auto"/>
        </w:rPr>
        <w:t>;</w:t>
      </w:r>
    </w:p>
    <w:p w14:paraId="25CBDD24" w14:textId="77777777" w:rsidR="00A267DB" w:rsidRPr="00385283" w:rsidRDefault="00A267DB" w:rsidP="00A267DB">
      <w:pPr>
        <w:keepLines/>
        <w:rPr>
          <w:rFonts w:hint="eastAsia"/>
          <w:color w:val="auto"/>
        </w:rPr>
      </w:pPr>
      <w:r w:rsidRPr="00385283">
        <w:rPr>
          <w:color w:val="auto"/>
        </w:rPr>
        <w:t xml:space="preserve">c) </w:t>
      </w:r>
      <w:proofErr w:type="spellStart"/>
      <w:r w:rsidRPr="00385283">
        <w:rPr>
          <w:color w:val="auto"/>
        </w:rPr>
        <w:t>ruchu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samolotu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pasażerskiego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koncesjonowanych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linii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lotniczych</w:t>
      </w:r>
      <w:proofErr w:type="spellEnd"/>
      <w:r w:rsidRPr="00385283">
        <w:rPr>
          <w:color w:val="auto"/>
        </w:rPr>
        <w:t xml:space="preserve">, </w:t>
      </w:r>
      <w:proofErr w:type="spellStart"/>
      <w:r w:rsidRPr="00385283">
        <w:rPr>
          <w:color w:val="auto"/>
        </w:rPr>
        <w:t>jeżeli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osoba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objęta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zdarzeniem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była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pasażerem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lub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członkiem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załogi</w:t>
      </w:r>
      <w:proofErr w:type="spellEnd"/>
      <w:r w:rsidRPr="00385283">
        <w:rPr>
          <w:color w:val="auto"/>
        </w:rPr>
        <w:t xml:space="preserve">, a </w:t>
      </w:r>
      <w:proofErr w:type="spellStart"/>
      <w:r w:rsidRPr="00385283">
        <w:rPr>
          <w:color w:val="auto"/>
        </w:rPr>
        <w:t>samolot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został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uszkodzony</w:t>
      </w:r>
      <w:proofErr w:type="spellEnd"/>
      <w:r w:rsidRPr="00385283">
        <w:rPr>
          <w:color w:val="auto"/>
        </w:rPr>
        <w:t xml:space="preserve">, </w:t>
      </w:r>
      <w:proofErr w:type="spellStart"/>
      <w:r w:rsidRPr="00385283">
        <w:rPr>
          <w:color w:val="auto"/>
        </w:rPr>
        <w:t>zniszczony</w:t>
      </w:r>
      <w:proofErr w:type="spellEnd"/>
      <w:r w:rsidRPr="00385283">
        <w:rPr>
          <w:color w:val="auto"/>
        </w:rPr>
        <w:t xml:space="preserve">, </w:t>
      </w:r>
      <w:proofErr w:type="spellStart"/>
      <w:r w:rsidRPr="00385283">
        <w:rPr>
          <w:color w:val="auto"/>
        </w:rPr>
        <w:t>zaginął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albo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znalazł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się</w:t>
      </w:r>
      <w:proofErr w:type="spellEnd"/>
      <w:r w:rsidRPr="00385283">
        <w:rPr>
          <w:color w:val="auto"/>
        </w:rPr>
        <w:t xml:space="preserve"> w </w:t>
      </w:r>
      <w:proofErr w:type="spellStart"/>
      <w:r w:rsidRPr="00385283">
        <w:rPr>
          <w:color w:val="auto"/>
        </w:rPr>
        <w:t>miejscu</w:t>
      </w:r>
      <w:proofErr w:type="spellEnd"/>
      <w:r w:rsidRPr="00385283">
        <w:rPr>
          <w:color w:val="auto"/>
        </w:rPr>
        <w:t xml:space="preserve">, do </w:t>
      </w:r>
      <w:proofErr w:type="spellStart"/>
      <w:r w:rsidRPr="00385283">
        <w:rPr>
          <w:color w:val="auto"/>
        </w:rPr>
        <w:t>którego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nie</w:t>
      </w:r>
      <w:proofErr w:type="spellEnd"/>
      <w:r w:rsidRPr="00385283">
        <w:rPr>
          <w:color w:val="auto"/>
        </w:rPr>
        <w:t xml:space="preserve"> ma </w:t>
      </w:r>
      <w:proofErr w:type="spellStart"/>
      <w:r w:rsidRPr="00385283">
        <w:rPr>
          <w:color w:val="auto"/>
        </w:rPr>
        <w:t>dostępu</w:t>
      </w:r>
      <w:proofErr w:type="spellEnd"/>
      <w:r w:rsidRPr="00385283">
        <w:rPr>
          <w:color w:val="auto"/>
        </w:rPr>
        <w:t>;</w:t>
      </w:r>
    </w:p>
    <w:p w14:paraId="18EF85BF" w14:textId="77777777" w:rsidR="00A267DB" w:rsidRPr="00385283" w:rsidRDefault="00A267DB" w:rsidP="00A267DB">
      <w:pPr>
        <w:keepLines/>
        <w:rPr>
          <w:rFonts w:hint="eastAsia"/>
          <w:color w:val="auto"/>
        </w:rPr>
      </w:pPr>
      <w:r w:rsidRPr="00385283">
        <w:rPr>
          <w:color w:val="auto"/>
        </w:rPr>
        <w:t xml:space="preserve">d) </w:t>
      </w:r>
      <w:proofErr w:type="spellStart"/>
      <w:r w:rsidRPr="00385283">
        <w:rPr>
          <w:color w:val="auto"/>
        </w:rPr>
        <w:t>ruchu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pasażerskiego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lub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towarowego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statku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morskiego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albo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śródlądowego</w:t>
      </w:r>
      <w:proofErr w:type="spellEnd"/>
      <w:r w:rsidRPr="00385283">
        <w:rPr>
          <w:color w:val="auto"/>
        </w:rPr>
        <w:t xml:space="preserve"> o </w:t>
      </w:r>
      <w:proofErr w:type="spellStart"/>
      <w:r w:rsidRPr="00385283">
        <w:rPr>
          <w:color w:val="auto"/>
        </w:rPr>
        <w:t>napędzie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silnikowym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lub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żaglowym</w:t>
      </w:r>
      <w:proofErr w:type="spellEnd"/>
      <w:r w:rsidRPr="00385283">
        <w:rPr>
          <w:color w:val="auto"/>
        </w:rPr>
        <w:t xml:space="preserve">, </w:t>
      </w:r>
      <w:proofErr w:type="spellStart"/>
      <w:r w:rsidRPr="00385283">
        <w:rPr>
          <w:color w:val="auto"/>
        </w:rPr>
        <w:t>jeżeli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osoba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objęta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zdarzeniem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była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pasażerem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lub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członkiem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załogi</w:t>
      </w:r>
      <w:proofErr w:type="spellEnd"/>
      <w:r w:rsidRPr="00385283">
        <w:rPr>
          <w:color w:val="auto"/>
        </w:rPr>
        <w:t xml:space="preserve">, a </w:t>
      </w:r>
      <w:proofErr w:type="spellStart"/>
      <w:r w:rsidRPr="00385283">
        <w:rPr>
          <w:color w:val="auto"/>
        </w:rPr>
        <w:t>statek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zatonął</w:t>
      </w:r>
      <w:proofErr w:type="spellEnd"/>
      <w:r w:rsidRPr="00385283">
        <w:rPr>
          <w:color w:val="auto"/>
        </w:rPr>
        <w:t xml:space="preserve">, </w:t>
      </w:r>
      <w:proofErr w:type="spellStart"/>
      <w:r w:rsidRPr="00385283">
        <w:rPr>
          <w:color w:val="auto"/>
        </w:rPr>
        <w:t>został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uszkodzony</w:t>
      </w:r>
      <w:proofErr w:type="spellEnd"/>
      <w:r w:rsidRPr="00385283">
        <w:rPr>
          <w:color w:val="auto"/>
        </w:rPr>
        <w:t xml:space="preserve">, </w:t>
      </w:r>
      <w:proofErr w:type="spellStart"/>
      <w:r w:rsidRPr="00385283">
        <w:rPr>
          <w:color w:val="auto"/>
        </w:rPr>
        <w:t>zaginął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albo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znalazł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się</w:t>
      </w:r>
      <w:proofErr w:type="spellEnd"/>
      <w:r w:rsidRPr="00385283">
        <w:rPr>
          <w:color w:val="auto"/>
        </w:rPr>
        <w:t xml:space="preserve"> w </w:t>
      </w:r>
      <w:proofErr w:type="spellStart"/>
      <w:r w:rsidRPr="00385283">
        <w:rPr>
          <w:color w:val="auto"/>
        </w:rPr>
        <w:t>miejscu</w:t>
      </w:r>
      <w:proofErr w:type="spellEnd"/>
      <w:r w:rsidRPr="00385283">
        <w:rPr>
          <w:color w:val="auto"/>
        </w:rPr>
        <w:t xml:space="preserve">, do </w:t>
      </w:r>
      <w:proofErr w:type="spellStart"/>
      <w:r w:rsidRPr="00385283">
        <w:rPr>
          <w:color w:val="auto"/>
        </w:rPr>
        <w:t>którego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nie</w:t>
      </w:r>
      <w:proofErr w:type="spellEnd"/>
      <w:r w:rsidRPr="00385283">
        <w:rPr>
          <w:color w:val="auto"/>
        </w:rPr>
        <w:t xml:space="preserve"> ma </w:t>
      </w:r>
      <w:proofErr w:type="spellStart"/>
      <w:r w:rsidRPr="00385283">
        <w:rPr>
          <w:color w:val="auto"/>
        </w:rPr>
        <w:t>dostępu</w:t>
      </w:r>
      <w:proofErr w:type="spellEnd"/>
      <w:r w:rsidRPr="00385283">
        <w:rPr>
          <w:color w:val="auto"/>
        </w:rPr>
        <w:t xml:space="preserve">. </w:t>
      </w:r>
      <w:proofErr w:type="spellStart"/>
      <w:r w:rsidRPr="00385283">
        <w:rPr>
          <w:color w:val="auto"/>
        </w:rPr>
        <w:t>Ochrona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obejmuje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okrętów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wojennych</w:t>
      </w:r>
      <w:proofErr w:type="spellEnd"/>
      <w:r w:rsidRPr="00385283">
        <w:rPr>
          <w:color w:val="auto"/>
        </w:rPr>
        <w:t>.</w:t>
      </w:r>
    </w:p>
    <w:p w14:paraId="37EAB7CB" w14:textId="77777777" w:rsidR="00A267DB" w:rsidRPr="00385283" w:rsidRDefault="00A267DB" w:rsidP="00A267DB">
      <w:pPr>
        <w:pStyle w:val="Nagwek2"/>
        <w:rPr>
          <w:color w:val="auto"/>
        </w:rPr>
      </w:pPr>
      <w:r w:rsidRPr="00385283">
        <w:rPr>
          <w:color w:val="auto"/>
        </w:rPr>
        <w:t xml:space="preserve">4.3. </w:t>
      </w:r>
      <w:proofErr w:type="spellStart"/>
      <w:r w:rsidRPr="00385283">
        <w:rPr>
          <w:color w:val="auto"/>
        </w:rPr>
        <w:t>Wypadek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przy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pracy</w:t>
      </w:r>
      <w:proofErr w:type="spellEnd"/>
      <w:r w:rsidRPr="00385283">
        <w:rPr>
          <w:color w:val="auto"/>
        </w:rPr>
        <w:t xml:space="preserve"> (</w:t>
      </w:r>
      <w:proofErr w:type="spellStart"/>
      <w:r w:rsidRPr="00385283">
        <w:rPr>
          <w:color w:val="auto"/>
        </w:rPr>
        <w:t>wypadek</w:t>
      </w:r>
      <w:proofErr w:type="spellEnd"/>
      <w:r w:rsidRPr="00385283">
        <w:rPr>
          <w:color w:val="auto"/>
        </w:rPr>
        <w:t xml:space="preserve"> w </w:t>
      </w:r>
      <w:proofErr w:type="spellStart"/>
      <w:r w:rsidRPr="00385283">
        <w:rPr>
          <w:color w:val="auto"/>
        </w:rPr>
        <w:t>pracy</w:t>
      </w:r>
      <w:proofErr w:type="spellEnd"/>
      <w:r w:rsidRPr="00385283">
        <w:rPr>
          <w:color w:val="auto"/>
        </w:rPr>
        <w:t>)</w:t>
      </w:r>
    </w:p>
    <w:p w14:paraId="4299C48E" w14:textId="77777777" w:rsidR="00A267DB" w:rsidRPr="00385283" w:rsidRDefault="00A267DB" w:rsidP="00A267DB">
      <w:pPr>
        <w:keepLines/>
        <w:rPr>
          <w:rFonts w:hint="eastAsia"/>
          <w:color w:val="auto"/>
        </w:rPr>
      </w:pPr>
      <w:r w:rsidRPr="00385283">
        <w:rPr>
          <w:color w:val="auto"/>
        </w:rPr>
        <w:t xml:space="preserve">Na </w:t>
      </w:r>
      <w:proofErr w:type="spellStart"/>
      <w:r w:rsidRPr="00385283">
        <w:rPr>
          <w:color w:val="auto"/>
        </w:rPr>
        <w:t>potrzeby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niniejszego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ubezpieczenia</w:t>
      </w:r>
      <w:proofErr w:type="spellEnd"/>
      <w:r w:rsidRPr="00385283">
        <w:rPr>
          <w:color w:val="auto"/>
        </w:rPr>
        <w:t xml:space="preserve"> za </w:t>
      </w:r>
      <w:proofErr w:type="spellStart"/>
      <w:r w:rsidRPr="00385283">
        <w:rPr>
          <w:color w:val="auto"/>
        </w:rPr>
        <w:t>wypadek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przy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pracy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uznaje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się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nieszczęśliwy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wypadek</w:t>
      </w:r>
      <w:proofErr w:type="spellEnd"/>
      <w:r w:rsidRPr="00385283">
        <w:rPr>
          <w:color w:val="auto"/>
        </w:rPr>
        <w:t xml:space="preserve">, </w:t>
      </w:r>
      <w:proofErr w:type="spellStart"/>
      <w:r w:rsidRPr="00385283">
        <w:rPr>
          <w:color w:val="auto"/>
        </w:rPr>
        <w:t>który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wystąpił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podczas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wykonywania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lub</w:t>
      </w:r>
      <w:proofErr w:type="spellEnd"/>
      <w:r w:rsidRPr="00385283">
        <w:rPr>
          <w:color w:val="auto"/>
        </w:rPr>
        <w:t xml:space="preserve"> w </w:t>
      </w:r>
      <w:proofErr w:type="spellStart"/>
      <w:r w:rsidRPr="00385283">
        <w:rPr>
          <w:color w:val="auto"/>
        </w:rPr>
        <w:t>związku</w:t>
      </w:r>
      <w:proofErr w:type="spellEnd"/>
      <w:r w:rsidRPr="00385283">
        <w:rPr>
          <w:color w:val="auto"/>
        </w:rPr>
        <w:t xml:space="preserve"> z </w:t>
      </w:r>
      <w:proofErr w:type="spellStart"/>
      <w:r w:rsidRPr="00385283">
        <w:rPr>
          <w:color w:val="auto"/>
        </w:rPr>
        <w:t>wykonywaniem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przez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osobę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ubezpieczoną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zwykłych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czynności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zawodowych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albo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poleceń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przełożonych</w:t>
      </w:r>
      <w:proofErr w:type="spellEnd"/>
      <w:r w:rsidRPr="00385283">
        <w:rPr>
          <w:color w:val="auto"/>
        </w:rPr>
        <w:t xml:space="preserve">, w </w:t>
      </w:r>
      <w:proofErr w:type="spellStart"/>
      <w:r w:rsidRPr="00385283">
        <w:rPr>
          <w:color w:val="auto"/>
        </w:rPr>
        <w:t>ramach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stosunku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prawnego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stanowiącego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podstawę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wykonywania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pracy</w:t>
      </w:r>
      <w:proofErr w:type="spellEnd"/>
      <w:r w:rsidRPr="00385283">
        <w:rPr>
          <w:color w:val="auto"/>
        </w:rPr>
        <w:t>.</w:t>
      </w:r>
    </w:p>
    <w:p w14:paraId="20166550" w14:textId="77777777" w:rsidR="00A267DB" w:rsidRPr="00385283" w:rsidRDefault="00A267DB" w:rsidP="00A267DB">
      <w:pPr>
        <w:keepLines/>
        <w:rPr>
          <w:rFonts w:hint="eastAsia"/>
          <w:color w:val="auto"/>
        </w:rPr>
      </w:pPr>
      <w:proofErr w:type="spellStart"/>
      <w:r w:rsidRPr="00385283">
        <w:rPr>
          <w:color w:val="auto"/>
        </w:rPr>
        <w:t>Zakres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ochrony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obejmuje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również</w:t>
      </w:r>
      <w:proofErr w:type="spellEnd"/>
      <w:r w:rsidRPr="00385283">
        <w:rPr>
          <w:color w:val="auto"/>
        </w:rPr>
        <w:t>:</w:t>
      </w:r>
    </w:p>
    <w:p w14:paraId="16396CDB" w14:textId="77777777" w:rsidR="00A267DB" w:rsidRPr="00385283" w:rsidRDefault="00A267DB" w:rsidP="00A267DB">
      <w:pPr>
        <w:keepLines/>
        <w:rPr>
          <w:rFonts w:hint="eastAsia"/>
          <w:color w:val="auto"/>
        </w:rPr>
      </w:pPr>
      <w:r w:rsidRPr="00385283">
        <w:rPr>
          <w:color w:val="auto"/>
        </w:rPr>
        <w:t xml:space="preserve">a) </w:t>
      </w:r>
      <w:proofErr w:type="spellStart"/>
      <w:r w:rsidRPr="00385283">
        <w:rPr>
          <w:color w:val="auto"/>
        </w:rPr>
        <w:t>wypadki</w:t>
      </w:r>
      <w:proofErr w:type="spellEnd"/>
      <w:r w:rsidRPr="00385283">
        <w:rPr>
          <w:color w:val="auto"/>
        </w:rPr>
        <w:t xml:space="preserve"> w </w:t>
      </w:r>
      <w:proofErr w:type="spellStart"/>
      <w:r w:rsidRPr="00385283">
        <w:rPr>
          <w:color w:val="auto"/>
        </w:rPr>
        <w:t>drodze</w:t>
      </w:r>
      <w:proofErr w:type="spellEnd"/>
      <w:r w:rsidRPr="00385283">
        <w:rPr>
          <w:color w:val="auto"/>
        </w:rPr>
        <w:t xml:space="preserve"> do </w:t>
      </w:r>
      <w:proofErr w:type="spellStart"/>
      <w:r w:rsidRPr="00385283">
        <w:rPr>
          <w:color w:val="auto"/>
        </w:rPr>
        <w:t>pracy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i</w:t>
      </w:r>
      <w:proofErr w:type="spellEnd"/>
      <w:r w:rsidRPr="00385283">
        <w:rPr>
          <w:color w:val="auto"/>
        </w:rPr>
        <w:t xml:space="preserve"> z </w:t>
      </w:r>
      <w:proofErr w:type="spellStart"/>
      <w:r w:rsidRPr="00385283">
        <w:rPr>
          <w:color w:val="auto"/>
        </w:rPr>
        <w:t>pracy</w:t>
      </w:r>
      <w:proofErr w:type="spellEnd"/>
      <w:r w:rsidRPr="00385283">
        <w:rPr>
          <w:color w:val="auto"/>
        </w:rPr>
        <w:t>;</w:t>
      </w:r>
    </w:p>
    <w:p w14:paraId="3411C947" w14:textId="77777777" w:rsidR="00A267DB" w:rsidRPr="00385283" w:rsidRDefault="00A267DB" w:rsidP="00A267DB">
      <w:pPr>
        <w:keepLines/>
        <w:rPr>
          <w:rFonts w:hint="eastAsia"/>
          <w:color w:val="auto"/>
        </w:rPr>
      </w:pPr>
      <w:r w:rsidRPr="00385283">
        <w:rPr>
          <w:color w:val="auto"/>
        </w:rPr>
        <w:t xml:space="preserve">b) </w:t>
      </w:r>
      <w:proofErr w:type="spellStart"/>
      <w:r w:rsidRPr="00385283">
        <w:rPr>
          <w:color w:val="auto"/>
        </w:rPr>
        <w:t>wypadki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zaistniałe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podczas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podróży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służbowych</w:t>
      </w:r>
      <w:proofErr w:type="spellEnd"/>
      <w:r w:rsidRPr="00385283">
        <w:rPr>
          <w:color w:val="auto"/>
        </w:rPr>
        <w:t xml:space="preserve"> (</w:t>
      </w:r>
      <w:proofErr w:type="spellStart"/>
      <w:r w:rsidRPr="00385283">
        <w:rPr>
          <w:color w:val="auto"/>
        </w:rPr>
        <w:t>delegacji</w:t>
      </w:r>
      <w:proofErr w:type="spellEnd"/>
      <w:r w:rsidRPr="00385283">
        <w:rPr>
          <w:color w:val="auto"/>
        </w:rPr>
        <w:t>).</w:t>
      </w:r>
    </w:p>
    <w:p w14:paraId="296379B8" w14:textId="77777777" w:rsidR="00A267DB" w:rsidRPr="00385283" w:rsidRDefault="00A267DB" w:rsidP="00A267DB">
      <w:pPr>
        <w:pStyle w:val="Nagwek3"/>
        <w:rPr>
          <w:color w:val="auto"/>
        </w:rPr>
      </w:pPr>
      <w:proofErr w:type="spellStart"/>
      <w:r w:rsidRPr="00385283">
        <w:rPr>
          <w:color w:val="auto"/>
        </w:rPr>
        <w:t>Zasady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potwierdzania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wypadku</w:t>
      </w:r>
      <w:proofErr w:type="spellEnd"/>
      <w:r w:rsidRPr="00385283">
        <w:rPr>
          <w:color w:val="auto"/>
        </w:rPr>
        <w:t>:</w:t>
      </w:r>
    </w:p>
    <w:p w14:paraId="684141E9" w14:textId="77777777" w:rsidR="00A267DB" w:rsidRPr="00385283" w:rsidRDefault="003B56E7" w:rsidP="00A267DB">
      <w:pPr>
        <w:keepLines/>
        <w:rPr>
          <w:rFonts w:hint="eastAsia"/>
          <w:color w:val="auto"/>
        </w:rPr>
      </w:pPr>
      <w:r>
        <w:rPr>
          <w:color w:val="auto"/>
        </w:rPr>
        <w:t>a</w:t>
      </w:r>
      <w:r w:rsidR="00A267DB" w:rsidRPr="00385283">
        <w:rPr>
          <w:color w:val="auto"/>
        </w:rPr>
        <w:t xml:space="preserve">. W </w:t>
      </w:r>
      <w:proofErr w:type="spellStart"/>
      <w:r w:rsidR="00A267DB" w:rsidRPr="00385283">
        <w:rPr>
          <w:color w:val="auto"/>
        </w:rPr>
        <w:t>przypadku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wypadku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przy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pracy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podstawowym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dokumentem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potwierdzającym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okoliczności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zdarzenia</w:t>
      </w:r>
      <w:proofErr w:type="spellEnd"/>
      <w:r w:rsidR="00A267DB" w:rsidRPr="00385283">
        <w:rPr>
          <w:color w:val="auto"/>
        </w:rPr>
        <w:t xml:space="preserve"> jest </w:t>
      </w:r>
      <w:proofErr w:type="spellStart"/>
      <w:r w:rsidR="00A267DB" w:rsidRPr="00385283">
        <w:rPr>
          <w:color w:val="auto"/>
        </w:rPr>
        <w:t>zatwierdzony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protokół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ustalenia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okoliczności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i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przyczyn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wypadku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przy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pracy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albo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odpowiednia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karta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wypadku</w:t>
      </w:r>
      <w:proofErr w:type="spellEnd"/>
      <w:r w:rsidR="00A267DB" w:rsidRPr="00385283">
        <w:rPr>
          <w:color w:val="auto"/>
        </w:rPr>
        <w:t xml:space="preserve">, </w:t>
      </w:r>
      <w:proofErr w:type="spellStart"/>
      <w:r w:rsidR="00A267DB" w:rsidRPr="00385283">
        <w:rPr>
          <w:color w:val="auto"/>
        </w:rPr>
        <w:t>sporządzone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zgodnie</w:t>
      </w:r>
      <w:proofErr w:type="spellEnd"/>
      <w:r w:rsidR="00A267DB" w:rsidRPr="00385283">
        <w:rPr>
          <w:color w:val="auto"/>
        </w:rPr>
        <w:t xml:space="preserve"> z </w:t>
      </w:r>
      <w:proofErr w:type="spellStart"/>
      <w:r w:rsidR="00A267DB" w:rsidRPr="00385283">
        <w:rPr>
          <w:color w:val="auto"/>
        </w:rPr>
        <w:t>obowiązującymi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przepisami</w:t>
      </w:r>
      <w:proofErr w:type="spellEnd"/>
      <w:r w:rsidR="00A267DB" w:rsidRPr="00385283">
        <w:rPr>
          <w:color w:val="auto"/>
        </w:rPr>
        <w:t>.</w:t>
      </w:r>
    </w:p>
    <w:p w14:paraId="2A8A7F15" w14:textId="77777777" w:rsidR="00A267DB" w:rsidRPr="00385283" w:rsidRDefault="003B56E7" w:rsidP="00A267DB">
      <w:pPr>
        <w:keepLines/>
        <w:rPr>
          <w:rFonts w:hint="eastAsia"/>
          <w:color w:val="auto"/>
        </w:rPr>
      </w:pPr>
      <w:r>
        <w:rPr>
          <w:color w:val="auto"/>
        </w:rPr>
        <w:t>b</w:t>
      </w:r>
      <w:r w:rsidR="00A267DB" w:rsidRPr="00385283">
        <w:rPr>
          <w:color w:val="auto"/>
        </w:rPr>
        <w:t xml:space="preserve">. W </w:t>
      </w:r>
      <w:proofErr w:type="spellStart"/>
      <w:r w:rsidR="00A267DB" w:rsidRPr="00385283">
        <w:rPr>
          <w:color w:val="auto"/>
        </w:rPr>
        <w:t>przypadku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wypadku</w:t>
      </w:r>
      <w:proofErr w:type="spellEnd"/>
      <w:r w:rsidR="00A267DB" w:rsidRPr="00385283">
        <w:rPr>
          <w:color w:val="auto"/>
        </w:rPr>
        <w:t xml:space="preserve"> w </w:t>
      </w:r>
      <w:proofErr w:type="spellStart"/>
      <w:r w:rsidR="00A267DB" w:rsidRPr="00385283">
        <w:rPr>
          <w:color w:val="auto"/>
        </w:rPr>
        <w:t>drodze</w:t>
      </w:r>
      <w:proofErr w:type="spellEnd"/>
      <w:r w:rsidR="00A267DB" w:rsidRPr="00385283">
        <w:rPr>
          <w:color w:val="auto"/>
        </w:rPr>
        <w:t xml:space="preserve"> do </w:t>
      </w:r>
      <w:proofErr w:type="spellStart"/>
      <w:r w:rsidR="00A267DB" w:rsidRPr="00385283">
        <w:rPr>
          <w:color w:val="auto"/>
        </w:rPr>
        <w:t>pracy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lub</w:t>
      </w:r>
      <w:proofErr w:type="spellEnd"/>
      <w:r w:rsidR="00A267DB" w:rsidRPr="00385283">
        <w:rPr>
          <w:color w:val="auto"/>
        </w:rPr>
        <w:t xml:space="preserve"> z </w:t>
      </w:r>
      <w:proofErr w:type="spellStart"/>
      <w:r w:rsidR="00A267DB" w:rsidRPr="00385283">
        <w:rPr>
          <w:color w:val="auto"/>
        </w:rPr>
        <w:t>pracy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podstawowym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dokumentem</w:t>
      </w:r>
      <w:proofErr w:type="spellEnd"/>
      <w:r w:rsidR="00A267DB" w:rsidRPr="00385283">
        <w:rPr>
          <w:color w:val="auto"/>
        </w:rPr>
        <w:t xml:space="preserve"> jest </w:t>
      </w:r>
      <w:proofErr w:type="spellStart"/>
      <w:r w:rsidR="00A267DB" w:rsidRPr="00385283">
        <w:rPr>
          <w:color w:val="auto"/>
        </w:rPr>
        <w:t>karta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wypadku</w:t>
      </w:r>
      <w:proofErr w:type="spellEnd"/>
      <w:r w:rsidR="00A267DB" w:rsidRPr="00385283">
        <w:rPr>
          <w:color w:val="auto"/>
        </w:rPr>
        <w:t xml:space="preserve"> w </w:t>
      </w:r>
      <w:proofErr w:type="spellStart"/>
      <w:r w:rsidR="00A267DB" w:rsidRPr="00385283">
        <w:rPr>
          <w:color w:val="auto"/>
        </w:rPr>
        <w:t>drodze</w:t>
      </w:r>
      <w:proofErr w:type="spellEnd"/>
      <w:r w:rsidR="00A267DB" w:rsidRPr="00385283">
        <w:rPr>
          <w:color w:val="auto"/>
        </w:rPr>
        <w:t xml:space="preserve"> do </w:t>
      </w:r>
      <w:proofErr w:type="spellStart"/>
      <w:r w:rsidR="00A267DB" w:rsidRPr="00385283">
        <w:rPr>
          <w:color w:val="auto"/>
        </w:rPr>
        <w:t>pracy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lub</w:t>
      </w:r>
      <w:proofErr w:type="spellEnd"/>
      <w:r w:rsidR="00A267DB" w:rsidRPr="00385283">
        <w:rPr>
          <w:color w:val="auto"/>
        </w:rPr>
        <w:t xml:space="preserve"> z </w:t>
      </w:r>
      <w:proofErr w:type="spellStart"/>
      <w:r w:rsidR="00A267DB" w:rsidRPr="00385283">
        <w:rPr>
          <w:color w:val="auto"/>
        </w:rPr>
        <w:t>pracy</w:t>
      </w:r>
      <w:proofErr w:type="spellEnd"/>
      <w:r w:rsidR="00A267DB" w:rsidRPr="00385283">
        <w:rPr>
          <w:color w:val="auto"/>
        </w:rPr>
        <w:t>.</w:t>
      </w:r>
    </w:p>
    <w:p w14:paraId="1E3A10A3" w14:textId="77777777" w:rsidR="00A267DB" w:rsidRPr="00385283" w:rsidRDefault="003B56E7" w:rsidP="00A267DB">
      <w:pPr>
        <w:keepLines/>
        <w:rPr>
          <w:rFonts w:hint="eastAsia"/>
          <w:color w:val="auto"/>
        </w:rPr>
      </w:pPr>
      <w:r>
        <w:rPr>
          <w:color w:val="auto"/>
        </w:rPr>
        <w:t>c</w:t>
      </w:r>
      <w:r w:rsidR="00A267DB" w:rsidRPr="00385283">
        <w:rPr>
          <w:color w:val="auto"/>
        </w:rPr>
        <w:t xml:space="preserve">. W </w:t>
      </w:r>
      <w:proofErr w:type="spellStart"/>
      <w:r w:rsidR="00A267DB" w:rsidRPr="00385283">
        <w:rPr>
          <w:color w:val="auto"/>
        </w:rPr>
        <w:t>przypadku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wypadku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podczas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podróży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służbowej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okoliczności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zdarzenia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mogą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być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potwierdzane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dokumentacją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powypadkową</w:t>
      </w:r>
      <w:proofErr w:type="spellEnd"/>
      <w:r w:rsidR="00A267DB" w:rsidRPr="00385283">
        <w:rPr>
          <w:color w:val="auto"/>
        </w:rPr>
        <w:t xml:space="preserve">, </w:t>
      </w:r>
      <w:proofErr w:type="spellStart"/>
      <w:r w:rsidR="00A267DB" w:rsidRPr="00385283">
        <w:rPr>
          <w:color w:val="auto"/>
        </w:rPr>
        <w:t>dokumentacją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dotyczącą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podróży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służbowej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oraz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innymi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dokumentami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pozwalającymi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ustalić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przebieg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zdarzenia</w:t>
      </w:r>
      <w:proofErr w:type="spellEnd"/>
      <w:r w:rsidR="00A267DB" w:rsidRPr="00385283">
        <w:rPr>
          <w:color w:val="auto"/>
        </w:rPr>
        <w:t>.</w:t>
      </w:r>
    </w:p>
    <w:p w14:paraId="349D060C" w14:textId="77777777" w:rsidR="00A267DB" w:rsidRPr="00385283" w:rsidRDefault="003B56E7" w:rsidP="00A267DB">
      <w:pPr>
        <w:keepLines/>
        <w:rPr>
          <w:rFonts w:hint="eastAsia"/>
          <w:color w:val="auto"/>
        </w:rPr>
      </w:pPr>
      <w:r>
        <w:rPr>
          <w:color w:val="auto"/>
        </w:rPr>
        <w:t>d</w:t>
      </w:r>
      <w:r w:rsidR="00A267DB" w:rsidRPr="00385283">
        <w:rPr>
          <w:color w:val="auto"/>
        </w:rPr>
        <w:t xml:space="preserve">. </w:t>
      </w:r>
      <w:proofErr w:type="spellStart"/>
      <w:r w:rsidR="00A267DB" w:rsidRPr="00385283">
        <w:rPr>
          <w:color w:val="auto"/>
        </w:rPr>
        <w:t>Ubezpieczyciel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uwzględnia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również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inne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wiarygodne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dowody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potwierdzające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okoliczności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wypadku</w:t>
      </w:r>
      <w:proofErr w:type="spellEnd"/>
      <w:r w:rsidR="00A267DB" w:rsidRPr="00385283">
        <w:rPr>
          <w:color w:val="auto"/>
        </w:rPr>
        <w:t xml:space="preserve">, w </w:t>
      </w:r>
      <w:proofErr w:type="spellStart"/>
      <w:r w:rsidR="00A267DB" w:rsidRPr="00385283">
        <w:rPr>
          <w:color w:val="auto"/>
        </w:rPr>
        <w:t>szczególności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dokumentację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medyczną</w:t>
      </w:r>
      <w:proofErr w:type="spellEnd"/>
      <w:r w:rsidR="00A267DB" w:rsidRPr="00385283">
        <w:rPr>
          <w:color w:val="auto"/>
        </w:rPr>
        <w:t xml:space="preserve">, </w:t>
      </w:r>
      <w:proofErr w:type="spellStart"/>
      <w:r w:rsidR="00A267DB" w:rsidRPr="00385283">
        <w:rPr>
          <w:color w:val="auto"/>
        </w:rPr>
        <w:t>dokumenty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właściwych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organów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oraz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dokumentację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pracodawcy</w:t>
      </w:r>
      <w:proofErr w:type="spellEnd"/>
      <w:r w:rsidR="00A267DB" w:rsidRPr="00385283">
        <w:rPr>
          <w:color w:val="auto"/>
        </w:rPr>
        <w:t>.</w:t>
      </w:r>
    </w:p>
    <w:p w14:paraId="06FDC31E" w14:textId="77777777" w:rsidR="00A267DB" w:rsidRPr="00385283" w:rsidRDefault="003B56E7" w:rsidP="00A267DB">
      <w:pPr>
        <w:keepLines/>
        <w:rPr>
          <w:rFonts w:hint="eastAsia"/>
          <w:color w:val="auto"/>
        </w:rPr>
      </w:pPr>
      <w:r>
        <w:rPr>
          <w:color w:val="auto"/>
        </w:rPr>
        <w:lastRenderedPageBreak/>
        <w:t>e</w:t>
      </w:r>
      <w:r w:rsidR="00A267DB" w:rsidRPr="00385283">
        <w:rPr>
          <w:color w:val="auto"/>
        </w:rPr>
        <w:t xml:space="preserve">. </w:t>
      </w:r>
      <w:proofErr w:type="spellStart"/>
      <w:r w:rsidR="00A267DB" w:rsidRPr="00385283">
        <w:rPr>
          <w:color w:val="auto"/>
        </w:rPr>
        <w:t>Wypadku</w:t>
      </w:r>
      <w:proofErr w:type="spellEnd"/>
      <w:r w:rsidR="00A267DB" w:rsidRPr="00385283">
        <w:rPr>
          <w:color w:val="auto"/>
        </w:rPr>
        <w:t xml:space="preserve"> w </w:t>
      </w:r>
      <w:proofErr w:type="spellStart"/>
      <w:r w:rsidR="00A267DB" w:rsidRPr="00385283">
        <w:rPr>
          <w:color w:val="auto"/>
        </w:rPr>
        <w:t>drodze</w:t>
      </w:r>
      <w:proofErr w:type="spellEnd"/>
      <w:r w:rsidR="00A267DB" w:rsidRPr="00385283">
        <w:rPr>
          <w:color w:val="auto"/>
        </w:rPr>
        <w:t xml:space="preserve"> do </w:t>
      </w:r>
      <w:proofErr w:type="spellStart"/>
      <w:r w:rsidR="00A267DB" w:rsidRPr="00385283">
        <w:rPr>
          <w:color w:val="auto"/>
        </w:rPr>
        <w:t>pracy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lub</w:t>
      </w:r>
      <w:proofErr w:type="spellEnd"/>
      <w:r w:rsidR="00A267DB" w:rsidRPr="00385283">
        <w:rPr>
          <w:color w:val="auto"/>
        </w:rPr>
        <w:t xml:space="preserve"> z </w:t>
      </w:r>
      <w:proofErr w:type="spellStart"/>
      <w:r w:rsidR="00A267DB" w:rsidRPr="00385283">
        <w:rPr>
          <w:color w:val="auto"/>
        </w:rPr>
        <w:t>pracy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nie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można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wyłączyć</w:t>
      </w:r>
      <w:proofErr w:type="spellEnd"/>
      <w:r w:rsidR="00A267DB" w:rsidRPr="00385283">
        <w:rPr>
          <w:color w:val="auto"/>
        </w:rPr>
        <w:t xml:space="preserve"> z </w:t>
      </w:r>
      <w:proofErr w:type="spellStart"/>
      <w:r w:rsidR="00A267DB" w:rsidRPr="00385283">
        <w:rPr>
          <w:color w:val="auto"/>
        </w:rPr>
        <w:t>ochrony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wyłącznie</w:t>
      </w:r>
      <w:proofErr w:type="spellEnd"/>
      <w:r w:rsidR="00A267DB" w:rsidRPr="00385283">
        <w:rPr>
          <w:color w:val="auto"/>
        </w:rPr>
        <w:t xml:space="preserve"> z </w:t>
      </w:r>
      <w:proofErr w:type="spellStart"/>
      <w:r w:rsidR="00A267DB" w:rsidRPr="00385283">
        <w:rPr>
          <w:color w:val="auto"/>
        </w:rPr>
        <w:t>tej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przyczyny</w:t>
      </w:r>
      <w:proofErr w:type="spellEnd"/>
      <w:r w:rsidR="00A267DB" w:rsidRPr="00385283">
        <w:rPr>
          <w:color w:val="auto"/>
        </w:rPr>
        <w:t xml:space="preserve">, </w:t>
      </w:r>
      <w:proofErr w:type="spellStart"/>
      <w:r w:rsidR="00A267DB" w:rsidRPr="00385283">
        <w:rPr>
          <w:color w:val="auto"/>
        </w:rPr>
        <w:t>że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nie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stanowi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wypadku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przy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pracy</w:t>
      </w:r>
      <w:proofErr w:type="spellEnd"/>
      <w:r w:rsidR="00A267DB" w:rsidRPr="00385283">
        <w:rPr>
          <w:color w:val="auto"/>
        </w:rPr>
        <w:t xml:space="preserve"> w </w:t>
      </w:r>
      <w:proofErr w:type="spellStart"/>
      <w:r w:rsidR="00A267DB" w:rsidRPr="00385283">
        <w:rPr>
          <w:color w:val="auto"/>
        </w:rPr>
        <w:t>rozumieniu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przepisów</w:t>
      </w:r>
      <w:proofErr w:type="spellEnd"/>
      <w:r w:rsidR="00A267DB" w:rsidRPr="00385283">
        <w:rPr>
          <w:color w:val="auto"/>
        </w:rPr>
        <w:t xml:space="preserve"> o </w:t>
      </w:r>
      <w:proofErr w:type="spellStart"/>
      <w:r w:rsidR="00A267DB" w:rsidRPr="00385283">
        <w:rPr>
          <w:color w:val="auto"/>
        </w:rPr>
        <w:t>ubezpieczeniu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społecznym</w:t>
      </w:r>
      <w:proofErr w:type="spellEnd"/>
      <w:r w:rsidR="00A267DB" w:rsidRPr="00385283">
        <w:rPr>
          <w:color w:val="auto"/>
        </w:rPr>
        <w:t xml:space="preserve">. Jest on </w:t>
      </w:r>
      <w:proofErr w:type="spellStart"/>
      <w:r w:rsidR="00A267DB" w:rsidRPr="00385283">
        <w:rPr>
          <w:color w:val="auto"/>
        </w:rPr>
        <w:t>objęty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ochroną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na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podstawie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rozszerzonej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definicji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umownej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przyjętej</w:t>
      </w:r>
      <w:proofErr w:type="spellEnd"/>
      <w:r w:rsidR="00A267DB" w:rsidRPr="00385283">
        <w:rPr>
          <w:color w:val="auto"/>
        </w:rPr>
        <w:t xml:space="preserve"> w </w:t>
      </w:r>
      <w:proofErr w:type="spellStart"/>
      <w:r w:rsidR="00A267DB" w:rsidRPr="00385283">
        <w:rPr>
          <w:color w:val="auto"/>
        </w:rPr>
        <w:t>niniejszej</w:t>
      </w:r>
      <w:proofErr w:type="spellEnd"/>
      <w:r w:rsidR="00A267DB" w:rsidRPr="00385283">
        <w:rPr>
          <w:color w:val="auto"/>
        </w:rPr>
        <w:t xml:space="preserve"> </w:t>
      </w:r>
      <w:proofErr w:type="spellStart"/>
      <w:r w:rsidR="00A267DB" w:rsidRPr="00385283">
        <w:rPr>
          <w:color w:val="auto"/>
        </w:rPr>
        <w:t>specyfikacji</w:t>
      </w:r>
      <w:proofErr w:type="spellEnd"/>
      <w:r w:rsidR="00A267DB" w:rsidRPr="00385283">
        <w:rPr>
          <w:color w:val="auto"/>
        </w:rPr>
        <w:t>.</w:t>
      </w:r>
    </w:p>
    <w:p w14:paraId="503317AF" w14:textId="77777777" w:rsidR="00A267DB" w:rsidRPr="00385283" w:rsidRDefault="00A267DB" w:rsidP="00A267DB">
      <w:pPr>
        <w:pStyle w:val="Nagwek2"/>
        <w:rPr>
          <w:color w:val="auto"/>
        </w:rPr>
      </w:pPr>
      <w:r w:rsidRPr="00385283">
        <w:rPr>
          <w:color w:val="auto"/>
        </w:rPr>
        <w:t xml:space="preserve">4.4. Partner </w:t>
      </w:r>
      <w:proofErr w:type="spellStart"/>
      <w:r w:rsidRPr="00385283">
        <w:rPr>
          <w:color w:val="auto"/>
        </w:rPr>
        <w:t>życiowy</w:t>
      </w:r>
      <w:proofErr w:type="spellEnd"/>
    </w:p>
    <w:p w14:paraId="532080D8" w14:textId="77777777" w:rsidR="00A267DB" w:rsidRPr="00385283" w:rsidRDefault="00A267DB" w:rsidP="00A267DB">
      <w:pPr>
        <w:keepLines/>
        <w:rPr>
          <w:rFonts w:hint="eastAsia"/>
          <w:color w:val="auto"/>
        </w:rPr>
      </w:pPr>
      <w:r w:rsidRPr="00385283">
        <w:rPr>
          <w:color w:val="auto"/>
        </w:rPr>
        <w:t xml:space="preserve">Partner </w:t>
      </w:r>
      <w:proofErr w:type="spellStart"/>
      <w:r w:rsidRPr="00385283">
        <w:rPr>
          <w:color w:val="auto"/>
        </w:rPr>
        <w:t>życiowy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oznacza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osobę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pozostającą</w:t>
      </w:r>
      <w:proofErr w:type="spellEnd"/>
      <w:r w:rsidRPr="00385283">
        <w:rPr>
          <w:color w:val="auto"/>
        </w:rPr>
        <w:t xml:space="preserve"> z </w:t>
      </w:r>
      <w:proofErr w:type="spellStart"/>
      <w:r w:rsidRPr="00385283">
        <w:rPr>
          <w:color w:val="auto"/>
        </w:rPr>
        <w:t>ubezpieczonym</w:t>
      </w:r>
      <w:proofErr w:type="spellEnd"/>
      <w:r w:rsidRPr="00385283">
        <w:rPr>
          <w:color w:val="auto"/>
        </w:rPr>
        <w:t xml:space="preserve"> we </w:t>
      </w:r>
      <w:proofErr w:type="spellStart"/>
      <w:r w:rsidRPr="00385283">
        <w:rPr>
          <w:color w:val="auto"/>
        </w:rPr>
        <w:t>wspólnym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pożyciu</w:t>
      </w:r>
      <w:proofErr w:type="spellEnd"/>
      <w:r w:rsidRPr="00385283">
        <w:rPr>
          <w:color w:val="auto"/>
        </w:rPr>
        <w:t xml:space="preserve">, </w:t>
      </w:r>
      <w:proofErr w:type="spellStart"/>
      <w:r w:rsidRPr="00385283">
        <w:rPr>
          <w:color w:val="auto"/>
        </w:rPr>
        <w:t>która</w:t>
      </w:r>
      <w:proofErr w:type="spellEnd"/>
      <w:r w:rsidRPr="00385283">
        <w:rPr>
          <w:color w:val="auto"/>
        </w:rPr>
        <w:t>:</w:t>
      </w:r>
    </w:p>
    <w:p w14:paraId="20FBCA5E" w14:textId="77777777" w:rsidR="00A267DB" w:rsidRPr="00385283" w:rsidRDefault="00A267DB" w:rsidP="00A267DB">
      <w:pPr>
        <w:keepLines/>
        <w:rPr>
          <w:rFonts w:hint="eastAsia"/>
          <w:color w:val="auto"/>
        </w:rPr>
      </w:pPr>
      <w:r w:rsidRPr="00385283">
        <w:rPr>
          <w:color w:val="auto"/>
        </w:rPr>
        <w:t xml:space="preserve">a) </w:t>
      </w:r>
      <w:proofErr w:type="spellStart"/>
      <w:r w:rsidRPr="00385283">
        <w:rPr>
          <w:color w:val="auto"/>
        </w:rPr>
        <w:t>nie</w:t>
      </w:r>
      <w:proofErr w:type="spellEnd"/>
      <w:r w:rsidRPr="00385283">
        <w:rPr>
          <w:color w:val="auto"/>
        </w:rPr>
        <w:t xml:space="preserve"> jest </w:t>
      </w:r>
      <w:proofErr w:type="spellStart"/>
      <w:r w:rsidRPr="00385283">
        <w:rPr>
          <w:color w:val="auto"/>
        </w:rPr>
        <w:t>krewnym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osoby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ubezpieczonej</w:t>
      </w:r>
      <w:proofErr w:type="spellEnd"/>
      <w:r w:rsidRPr="00385283">
        <w:rPr>
          <w:color w:val="auto"/>
        </w:rPr>
        <w:t>;</w:t>
      </w:r>
    </w:p>
    <w:p w14:paraId="768F4133" w14:textId="77777777" w:rsidR="00A267DB" w:rsidRPr="00385283" w:rsidRDefault="00A267DB" w:rsidP="00A267DB">
      <w:pPr>
        <w:keepLines/>
        <w:rPr>
          <w:rFonts w:hint="eastAsia"/>
          <w:color w:val="auto"/>
        </w:rPr>
      </w:pPr>
      <w:r w:rsidRPr="00385283">
        <w:rPr>
          <w:color w:val="auto"/>
        </w:rPr>
        <w:t xml:space="preserve">b) </w:t>
      </w:r>
      <w:proofErr w:type="spellStart"/>
      <w:r w:rsidRPr="00385283">
        <w:rPr>
          <w:color w:val="auto"/>
        </w:rPr>
        <w:t>nie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pozostaje</w:t>
      </w:r>
      <w:proofErr w:type="spellEnd"/>
      <w:r w:rsidRPr="00385283">
        <w:rPr>
          <w:color w:val="auto"/>
        </w:rPr>
        <w:t xml:space="preserve"> w </w:t>
      </w:r>
      <w:proofErr w:type="spellStart"/>
      <w:r w:rsidRPr="00385283">
        <w:rPr>
          <w:color w:val="auto"/>
        </w:rPr>
        <w:t>związku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małżeńskim</w:t>
      </w:r>
      <w:proofErr w:type="spellEnd"/>
      <w:r w:rsidRPr="00385283">
        <w:rPr>
          <w:color w:val="auto"/>
        </w:rPr>
        <w:t>;</w:t>
      </w:r>
    </w:p>
    <w:p w14:paraId="70C5458C" w14:textId="77777777" w:rsidR="00A267DB" w:rsidRPr="00385283" w:rsidRDefault="00A267DB" w:rsidP="00A267DB">
      <w:pPr>
        <w:keepLines/>
        <w:rPr>
          <w:rFonts w:hint="eastAsia"/>
          <w:color w:val="auto"/>
        </w:rPr>
      </w:pPr>
      <w:r w:rsidRPr="00385283">
        <w:rPr>
          <w:color w:val="auto"/>
        </w:rPr>
        <w:t xml:space="preserve">c) </w:t>
      </w:r>
      <w:proofErr w:type="spellStart"/>
      <w:r w:rsidRPr="00385283">
        <w:rPr>
          <w:color w:val="auto"/>
        </w:rPr>
        <w:t>została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wskazana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przez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ubezpieczonego</w:t>
      </w:r>
      <w:proofErr w:type="spellEnd"/>
      <w:r w:rsidRPr="00385283">
        <w:rPr>
          <w:color w:val="auto"/>
        </w:rPr>
        <w:t xml:space="preserve"> w </w:t>
      </w:r>
      <w:proofErr w:type="spellStart"/>
      <w:r w:rsidRPr="00385283">
        <w:rPr>
          <w:color w:val="auto"/>
        </w:rPr>
        <w:t>deklaracji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przystąpienia</w:t>
      </w:r>
      <w:proofErr w:type="spellEnd"/>
      <w:r w:rsidRPr="00385283">
        <w:rPr>
          <w:color w:val="auto"/>
        </w:rPr>
        <w:t xml:space="preserve"> do </w:t>
      </w:r>
      <w:proofErr w:type="spellStart"/>
      <w:r w:rsidRPr="00385283">
        <w:rPr>
          <w:color w:val="auto"/>
        </w:rPr>
        <w:t>ubezpieczenia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lub</w:t>
      </w:r>
      <w:proofErr w:type="spellEnd"/>
      <w:r w:rsidRPr="00385283">
        <w:rPr>
          <w:color w:val="auto"/>
        </w:rPr>
        <w:t xml:space="preserve"> w </w:t>
      </w:r>
      <w:proofErr w:type="spellStart"/>
      <w:r w:rsidRPr="00385283">
        <w:rPr>
          <w:color w:val="auto"/>
        </w:rPr>
        <w:t>deklaracji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zmiany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danych</w:t>
      </w:r>
      <w:proofErr w:type="spellEnd"/>
      <w:r w:rsidRPr="00385283">
        <w:rPr>
          <w:color w:val="auto"/>
        </w:rPr>
        <w:t>.</w:t>
      </w:r>
    </w:p>
    <w:p w14:paraId="5B0A0E29" w14:textId="77777777" w:rsidR="00A267DB" w:rsidRPr="00385283" w:rsidRDefault="00A267DB" w:rsidP="00A267DB">
      <w:pPr>
        <w:keepLines/>
        <w:rPr>
          <w:rFonts w:hint="eastAsia"/>
          <w:color w:val="auto"/>
        </w:rPr>
      </w:pPr>
      <w:proofErr w:type="spellStart"/>
      <w:r w:rsidRPr="00385283">
        <w:rPr>
          <w:color w:val="auto"/>
        </w:rPr>
        <w:t>Wskazanie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partnera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życiowego</w:t>
      </w:r>
      <w:proofErr w:type="spellEnd"/>
      <w:r w:rsidRPr="00385283">
        <w:rPr>
          <w:color w:val="auto"/>
        </w:rPr>
        <w:t xml:space="preserve"> jest </w:t>
      </w:r>
      <w:proofErr w:type="spellStart"/>
      <w:r w:rsidRPr="00385283">
        <w:rPr>
          <w:color w:val="auto"/>
        </w:rPr>
        <w:t>dopuszczalne</w:t>
      </w:r>
      <w:proofErr w:type="spellEnd"/>
      <w:r w:rsidRPr="00385283">
        <w:rPr>
          <w:color w:val="auto"/>
        </w:rPr>
        <w:t xml:space="preserve">, </w:t>
      </w:r>
      <w:proofErr w:type="spellStart"/>
      <w:r w:rsidRPr="00385283">
        <w:rPr>
          <w:color w:val="auto"/>
        </w:rPr>
        <w:t>jeżeli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osoba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ubezpieczona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również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pozostaje</w:t>
      </w:r>
      <w:proofErr w:type="spellEnd"/>
      <w:r w:rsidRPr="00385283">
        <w:rPr>
          <w:color w:val="auto"/>
        </w:rPr>
        <w:t xml:space="preserve"> w </w:t>
      </w:r>
      <w:proofErr w:type="spellStart"/>
      <w:r w:rsidRPr="00385283">
        <w:rPr>
          <w:color w:val="auto"/>
        </w:rPr>
        <w:t>związku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małżeńskim</w:t>
      </w:r>
      <w:proofErr w:type="spellEnd"/>
      <w:r w:rsidRPr="00385283">
        <w:rPr>
          <w:color w:val="auto"/>
        </w:rPr>
        <w:t>.</w:t>
      </w:r>
    </w:p>
    <w:p w14:paraId="2BCE0FF1" w14:textId="77777777" w:rsidR="00A267DB" w:rsidRPr="00385283" w:rsidRDefault="00A267DB" w:rsidP="00A267DB">
      <w:pPr>
        <w:keepLines/>
        <w:rPr>
          <w:rFonts w:hint="eastAsia"/>
          <w:color w:val="auto"/>
        </w:rPr>
      </w:pPr>
      <w:proofErr w:type="spellStart"/>
      <w:r w:rsidRPr="00385283">
        <w:rPr>
          <w:color w:val="auto"/>
        </w:rPr>
        <w:t>Wskazany</w:t>
      </w:r>
      <w:proofErr w:type="spellEnd"/>
      <w:r w:rsidRPr="00385283">
        <w:rPr>
          <w:color w:val="auto"/>
        </w:rPr>
        <w:t xml:space="preserve"> partner </w:t>
      </w:r>
      <w:proofErr w:type="spellStart"/>
      <w:r w:rsidRPr="00385283">
        <w:rPr>
          <w:color w:val="auto"/>
        </w:rPr>
        <w:t>życiowy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może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zostać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objęty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ochroną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ubezpieczeniową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jako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osoba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bliska</w:t>
      </w:r>
      <w:proofErr w:type="spellEnd"/>
      <w:r w:rsidRPr="00385283">
        <w:rPr>
          <w:color w:val="auto"/>
        </w:rPr>
        <w:t xml:space="preserve"> po </w:t>
      </w:r>
      <w:proofErr w:type="spellStart"/>
      <w:r w:rsidRPr="00385283">
        <w:rPr>
          <w:color w:val="auto"/>
        </w:rPr>
        <w:t>złożeniu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odrębnej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deklaracji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przystąpienia</w:t>
      </w:r>
      <w:proofErr w:type="spellEnd"/>
      <w:r w:rsidRPr="00385283">
        <w:rPr>
          <w:color w:val="auto"/>
        </w:rPr>
        <w:t xml:space="preserve">. </w:t>
      </w:r>
      <w:proofErr w:type="spellStart"/>
      <w:r w:rsidRPr="00385283">
        <w:rPr>
          <w:color w:val="auto"/>
        </w:rPr>
        <w:t>Zmiana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wskazanego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partnera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życiowego</w:t>
      </w:r>
      <w:proofErr w:type="spellEnd"/>
      <w:r w:rsidRPr="00385283">
        <w:rPr>
          <w:color w:val="auto"/>
        </w:rPr>
        <w:t xml:space="preserve"> jest </w:t>
      </w:r>
      <w:proofErr w:type="spellStart"/>
      <w:r w:rsidRPr="00385283">
        <w:rPr>
          <w:color w:val="auto"/>
        </w:rPr>
        <w:t>dopuszczalna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raz</w:t>
      </w:r>
      <w:proofErr w:type="spellEnd"/>
      <w:r w:rsidRPr="00385283">
        <w:rPr>
          <w:color w:val="auto"/>
        </w:rPr>
        <w:t xml:space="preserve"> w </w:t>
      </w:r>
      <w:proofErr w:type="spellStart"/>
      <w:r w:rsidRPr="00385283">
        <w:rPr>
          <w:color w:val="auto"/>
        </w:rPr>
        <w:t>roku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polisowym</w:t>
      </w:r>
      <w:proofErr w:type="spellEnd"/>
      <w:r w:rsidRPr="00385283">
        <w:rPr>
          <w:color w:val="auto"/>
        </w:rPr>
        <w:t>.</w:t>
      </w:r>
    </w:p>
    <w:p w14:paraId="1B464A40" w14:textId="77777777" w:rsidR="00A267DB" w:rsidRPr="00385283" w:rsidRDefault="00A267DB" w:rsidP="00A267DB">
      <w:pPr>
        <w:pStyle w:val="Nagwek2"/>
        <w:rPr>
          <w:color w:val="auto"/>
        </w:rPr>
      </w:pPr>
      <w:r w:rsidRPr="00385283">
        <w:rPr>
          <w:color w:val="auto"/>
        </w:rPr>
        <w:t xml:space="preserve">4.5. </w:t>
      </w:r>
      <w:proofErr w:type="spellStart"/>
      <w:r w:rsidRPr="00385283">
        <w:rPr>
          <w:color w:val="auto"/>
        </w:rPr>
        <w:t>Dziecko</w:t>
      </w:r>
      <w:proofErr w:type="spellEnd"/>
      <w:r w:rsidRPr="00385283">
        <w:rPr>
          <w:color w:val="auto"/>
        </w:rPr>
        <w:t xml:space="preserve"> – </w:t>
      </w:r>
      <w:proofErr w:type="spellStart"/>
      <w:r w:rsidRPr="00385283">
        <w:rPr>
          <w:color w:val="auto"/>
        </w:rPr>
        <w:t>zakres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podstawowy</w:t>
      </w:r>
      <w:proofErr w:type="spellEnd"/>
    </w:p>
    <w:p w14:paraId="729B277A" w14:textId="77777777" w:rsidR="00A267DB" w:rsidRPr="00385283" w:rsidRDefault="00A267DB" w:rsidP="00A267DB">
      <w:pPr>
        <w:keepLines/>
        <w:rPr>
          <w:rFonts w:hint="eastAsia"/>
          <w:color w:val="auto"/>
        </w:rPr>
      </w:pPr>
      <w:r w:rsidRPr="00385283">
        <w:rPr>
          <w:color w:val="auto"/>
        </w:rPr>
        <w:t xml:space="preserve">Na </w:t>
      </w:r>
      <w:proofErr w:type="spellStart"/>
      <w:r w:rsidRPr="00385283">
        <w:rPr>
          <w:color w:val="auto"/>
        </w:rPr>
        <w:t>potrzeby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świadczeń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przewidzianych</w:t>
      </w:r>
      <w:proofErr w:type="spellEnd"/>
      <w:r w:rsidRPr="00385283">
        <w:rPr>
          <w:color w:val="auto"/>
        </w:rPr>
        <w:t xml:space="preserve"> w </w:t>
      </w:r>
      <w:proofErr w:type="spellStart"/>
      <w:r w:rsidRPr="00385283">
        <w:rPr>
          <w:color w:val="auto"/>
        </w:rPr>
        <w:t>wariantach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podstawowych</w:t>
      </w:r>
      <w:proofErr w:type="spellEnd"/>
      <w:r w:rsidRPr="00385283">
        <w:rPr>
          <w:color w:val="auto"/>
        </w:rPr>
        <w:t xml:space="preserve"> za </w:t>
      </w:r>
      <w:proofErr w:type="spellStart"/>
      <w:r w:rsidRPr="00385283">
        <w:rPr>
          <w:color w:val="auto"/>
        </w:rPr>
        <w:t>dziecko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uznaje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się</w:t>
      </w:r>
      <w:proofErr w:type="spellEnd"/>
      <w:r w:rsidRPr="00385283">
        <w:rPr>
          <w:color w:val="auto"/>
        </w:rPr>
        <w:t>:</w:t>
      </w:r>
    </w:p>
    <w:p w14:paraId="4546764C" w14:textId="77777777" w:rsidR="00A267DB" w:rsidRPr="00385283" w:rsidRDefault="00A267DB" w:rsidP="00A267DB">
      <w:pPr>
        <w:keepLines/>
        <w:rPr>
          <w:rFonts w:hint="eastAsia"/>
          <w:color w:val="auto"/>
        </w:rPr>
      </w:pPr>
      <w:r w:rsidRPr="00385283">
        <w:rPr>
          <w:color w:val="auto"/>
        </w:rPr>
        <w:t xml:space="preserve">a) </w:t>
      </w:r>
      <w:proofErr w:type="spellStart"/>
      <w:r w:rsidRPr="00385283">
        <w:rPr>
          <w:color w:val="auto"/>
        </w:rPr>
        <w:t>dziecko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biologiczne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osoby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ubezpieczonej</w:t>
      </w:r>
      <w:proofErr w:type="spellEnd"/>
      <w:r w:rsidRPr="00385283">
        <w:rPr>
          <w:color w:val="auto"/>
        </w:rPr>
        <w:t>;</w:t>
      </w:r>
    </w:p>
    <w:p w14:paraId="3B350891" w14:textId="77777777" w:rsidR="00A267DB" w:rsidRPr="00385283" w:rsidRDefault="00A267DB" w:rsidP="00A267DB">
      <w:pPr>
        <w:keepLines/>
        <w:rPr>
          <w:rFonts w:hint="eastAsia"/>
          <w:color w:val="auto"/>
        </w:rPr>
      </w:pPr>
      <w:r w:rsidRPr="00385283">
        <w:rPr>
          <w:color w:val="auto"/>
        </w:rPr>
        <w:t xml:space="preserve">b) </w:t>
      </w:r>
      <w:proofErr w:type="spellStart"/>
      <w:r w:rsidRPr="00385283">
        <w:rPr>
          <w:color w:val="auto"/>
        </w:rPr>
        <w:t>dziecko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przysposobione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przez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osobę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ubezpieczoną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zgodnie</w:t>
      </w:r>
      <w:proofErr w:type="spellEnd"/>
      <w:r w:rsidRPr="00385283">
        <w:rPr>
          <w:color w:val="auto"/>
        </w:rPr>
        <w:t xml:space="preserve"> z </w:t>
      </w:r>
      <w:proofErr w:type="spellStart"/>
      <w:r w:rsidRPr="00385283">
        <w:rPr>
          <w:color w:val="auto"/>
        </w:rPr>
        <w:t>obowiązującymi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przepisami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prawa</w:t>
      </w:r>
      <w:proofErr w:type="spellEnd"/>
      <w:r w:rsidRPr="00385283">
        <w:rPr>
          <w:color w:val="auto"/>
        </w:rPr>
        <w:t>;</w:t>
      </w:r>
    </w:p>
    <w:p w14:paraId="7C967D09" w14:textId="77777777" w:rsidR="00A267DB" w:rsidRPr="00385283" w:rsidRDefault="00A267DB" w:rsidP="00A267DB">
      <w:pPr>
        <w:keepLines/>
        <w:rPr>
          <w:rFonts w:hint="eastAsia"/>
          <w:color w:val="auto"/>
        </w:rPr>
      </w:pPr>
      <w:r w:rsidRPr="00385283">
        <w:rPr>
          <w:color w:val="auto"/>
        </w:rPr>
        <w:t xml:space="preserve">c) </w:t>
      </w:r>
      <w:proofErr w:type="spellStart"/>
      <w:r w:rsidRPr="00385283">
        <w:rPr>
          <w:color w:val="auto"/>
        </w:rPr>
        <w:t>dziecko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małżonka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albo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partnera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życiowego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osoby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ubezpieczonej</w:t>
      </w:r>
      <w:proofErr w:type="spellEnd"/>
      <w:r w:rsidRPr="00385283">
        <w:rPr>
          <w:color w:val="auto"/>
        </w:rPr>
        <w:t xml:space="preserve">, w </w:t>
      </w:r>
      <w:proofErr w:type="spellStart"/>
      <w:r w:rsidRPr="00385283">
        <w:rPr>
          <w:color w:val="auto"/>
        </w:rPr>
        <w:t>tym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pasierba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lub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pasierbicę</w:t>
      </w:r>
      <w:proofErr w:type="spellEnd"/>
      <w:r w:rsidRPr="00385283">
        <w:rPr>
          <w:color w:val="auto"/>
        </w:rPr>
        <w:t xml:space="preserve">, </w:t>
      </w:r>
      <w:proofErr w:type="spellStart"/>
      <w:r w:rsidRPr="00385283">
        <w:rPr>
          <w:color w:val="auto"/>
        </w:rPr>
        <w:t>jeżeli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drugi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rodzic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tego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dziecka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żyje</w:t>
      </w:r>
      <w:proofErr w:type="spellEnd"/>
      <w:r w:rsidRPr="00385283">
        <w:rPr>
          <w:color w:val="auto"/>
        </w:rPr>
        <w:t>.</w:t>
      </w:r>
    </w:p>
    <w:p w14:paraId="3447C4B9" w14:textId="77777777" w:rsidR="00A267DB" w:rsidRPr="00385283" w:rsidRDefault="00A267DB" w:rsidP="00A267DB">
      <w:pPr>
        <w:keepLines/>
        <w:rPr>
          <w:rFonts w:hint="eastAsia"/>
          <w:color w:val="auto"/>
        </w:rPr>
      </w:pPr>
      <w:r w:rsidRPr="00385283">
        <w:rPr>
          <w:color w:val="auto"/>
        </w:rPr>
        <w:t xml:space="preserve">W </w:t>
      </w:r>
      <w:proofErr w:type="spellStart"/>
      <w:r w:rsidRPr="00385283">
        <w:rPr>
          <w:color w:val="auto"/>
        </w:rPr>
        <w:t>odniesieniu</w:t>
      </w:r>
      <w:proofErr w:type="spellEnd"/>
      <w:r w:rsidRPr="00385283">
        <w:rPr>
          <w:color w:val="auto"/>
        </w:rPr>
        <w:t xml:space="preserve"> do </w:t>
      </w:r>
      <w:proofErr w:type="spellStart"/>
      <w:r w:rsidRPr="00385283">
        <w:rPr>
          <w:color w:val="auto"/>
        </w:rPr>
        <w:t>świadczeń</w:t>
      </w:r>
      <w:proofErr w:type="spellEnd"/>
      <w:r w:rsidRPr="00385283">
        <w:rPr>
          <w:color w:val="auto"/>
        </w:rPr>
        <w:t xml:space="preserve"> z </w:t>
      </w:r>
      <w:proofErr w:type="spellStart"/>
      <w:r w:rsidRPr="00385283">
        <w:rPr>
          <w:color w:val="auto"/>
        </w:rPr>
        <w:t>tytułu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śmierci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dziecka</w:t>
      </w:r>
      <w:proofErr w:type="spellEnd"/>
      <w:r w:rsidRPr="00385283">
        <w:rPr>
          <w:color w:val="auto"/>
        </w:rPr>
        <w:t xml:space="preserve">, </w:t>
      </w:r>
      <w:proofErr w:type="spellStart"/>
      <w:r w:rsidRPr="00385283">
        <w:rPr>
          <w:color w:val="auto"/>
        </w:rPr>
        <w:t>śmierci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dziecka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wskutek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nieszczęśliwego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wypadku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oraz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osierocenia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dziecka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stosuje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się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ograniczenia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wieku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dziecka</w:t>
      </w:r>
      <w:proofErr w:type="spellEnd"/>
      <w:r w:rsidRPr="00385283">
        <w:rPr>
          <w:color w:val="auto"/>
        </w:rPr>
        <w:t>.</w:t>
      </w:r>
    </w:p>
    <w:p w14:paraId="4052A9D3" w14:textId="77777777" w:rsidR="00A267DB" w:rsidRPr="00385283" w:rsidRDefault="00A267DB" w:rsidP="00A267DB">
      <w:pPr>
        <w:keepLines/>
        <w:rPr>
          <w:rFonts w:hint="eastAsia"/>
          <w:color w:val="auto"/>
        </w:rPr>
      </w:pPr>
      <w:r w:rsidRPr="00385283">
        <w:rPr>
          <w:color w:val="auto"/>
        </w:rPr>
        <w:t xml:space="preserve">W </w:t>
      </w:r>
      <w:proofErr w:type="spellStart"/>
      <w:r w:rsidRPr="00385283">
        <w:rPr>
          <w:color w:val="auto"/>
        </w:rPr>
        <w:t>wariantach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przewidujących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świadczenie</w:t>
      </w:r>
      <w:proofErr w:type="spellEnd"/>
      <w:r w:rsidRPr="00385283">
        <w:rPr>
          <w:color w:val="auto"/>
        </w:rPr>
        <w:t xml:space="preserve"> z </w:t>
      </w:r>
      <w:proofErr w:type="spellStart"/>
      <w:r w:rsidRPr="00385283">
        <w:rPr>
          <w:color w:val="auto"/>
        </w:rPr>
        <w:t>tytułu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urodzenia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żywego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dziecka</w:t>
      </w:r>
      <w:proofErr w:type="spellEnd"/>
      <w:r w:rsidRPr="00385283">
        <w:rPr>
          <w:color w:val="auto"/>
        </w:rPr>
        <w:t xml:space="preserve"> za </w:t>
      </w:r>
      <w:proofErr w:type="spellStart"/>
      <w:r w:rsidRPr="00385283">
        <w:rPr>
          <w:color w:val="auto"/>
        </w:rPr>
        <w:t>zdarzenie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uprawniające</w:t>
      </w:r>
      <w:proofErr w:type="spellEnd"/>
      <w:r w:rsidRPr="00385283">
        <w:rPr>
          <w:color w:val="auto"/>
        </w:rPr>
        <w:t xml:space="preserve"> do </w:t>
      </w:r>
      <w:proofErr w:type="spellStart"/>
      <w:r w:rsidRPr="00385283">
        <w:rPr>
          <w:color w:val="auto"/>
        </w:rPr>
        <w:t>wypłaty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uznaje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się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również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przysposobienie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dziecka</w:t>
      </w:r>
      <w:proofErr w:type="spellEnd"/>
      <w:r w:rsidRPr="00385283">
        <w:rPr>
          <w:color w:val="auto"/>
        </w:rPr>
        <w:t xml:space="preserve"> w </w:t>
      </w:r>
      <w:proofErr w:type="spellStart"/>
      <w:r w:rsidRPr="00385283">
        <w:rPr>
          <w:color w:val="auto"/>
        </w:rPr>
        <w:t>okresie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ochrony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ubezpieczeniowej</w:t>
      </w:r>
      <w:proofErr w:type="spellEnd"/>
      <w:r w:rsidRPr="00385283">
        <w:rPr>
          <w:color w:val="auto"/>
        </w:rPr>
        <w:t xml:space="preserve">. </w:t>
      </w:r>
      <w:proofErr w:type="spellStart"/>
      <w:r w:rsidRPr="00385283">
        <w:rPr>
          <w:color w:val="auto"/>
        </w:rPr>
        <w:t>Zdarzenie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potwierdza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akt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urodzenia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wskazujący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osobę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ubezpieczoną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jako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rodzica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albo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prawomocne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orzeczenie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sądu</w:t>
      </w:r>
      <w:proofErr w:type="spellEnd"/>
      <w:r w:rsidRPr="00385283">
        <w:rPr>
          <w:color w:val="auto"/>
        </w:rPr>
        <w:t xml:space="preserve"> o </w:t>
      </w:r>
      <w:proofErr w:type="spellStart"/>
      <w:r w:rsidRPr="00385283">
        <w:rPr>
          <w:color w:val="auto"/>
        </w:rPr>
        <w:t>przysposobieniu</w:t>
      </w:r>
      <w:proofErr w:type="spellEnd"/>
      <w:r w:rsidRPr="00385283">
        <w:rPr>
          <w:color w:val="auto"/>
        </w:rPr>
        <w:t xml:space="preserve">. Za </w:t>
      </w:r>
      <w:proofErr w:type="spellStart"/>
      <w:r w:rsidRPr="00385283">
        <w:rPr>
          <w:color w:val="auto"/>
        </w:rPr>
        <w:t>datę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zdarzenia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przyjmuje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się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datę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uprawomocnienia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się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orzeczenia</w:t>
      </w:r>
      <w:proofErr w:type="spellEnd"/>
      <w:r w:rsidRPr="00385283">
        <w:rPr>
          <w:color w:val="auto"/>
        </w:rPr>
        <w:t>.</w:t>
      </w:r>
    </w:p>
    <w:p w14:paraId="3E49DB78" w14:textId="77777777" w:rsidR="00A267DB" w:rsidRPr="00385283" w:rsidRDefault="00A267DB" w:rsidP="00A267DB">
      <w:pPr>
        <w:keepLines/>
        <w:rPr>
          <w:rFonts w:hint="eastAsia"/>
          <w:color w:val="auto"/>
        </w:rPr>
      </w:pPr>
      <w:proofErr w:type="spellStart"/>
      <w:r w:rsidRPr="00385283">
        <w:rPr>
          <w:color w:val="auto"/>
        </w:rPr>
        <w:t>Powyższa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definicja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ogranicza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odrębnych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warunków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uczestnictwa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pełnoletnich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dzieci</w:t>
      </w:r>
      <w:proofErr w:type="spellEnd"/>
      <w:r w:rsidRPr="00385283">
        <w:rPr>
          <w:color w:val="auto"/>
        </w:rPr>
        <w:t xml:space="preserve"> w </w:t>
      </w:r>
      <w:proofErr w:type="spellStart"/>
      <w:r w:rsidRPr="00385283">
        <w:rPr>
          <w:color w:val="auto"/>
        </w:rPr>
        <w:t>ubezpieczeniu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własne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życie</w:t>
      </w:r>
      <w:proofErr w:type="spellEnd"/>
      <w:r w:rsidRPr="00385283">
        <w:rPr>
          <w:color w:val="auto"/>
        </w:rPr>
        <w:t xml:space="preserve"> ani </w:t>
      </w:r>
      <w:proofErr w:type="spellStart"/>
      <w:r w:rsidRPr="00385283">
        <w:rPr>
          <w:color w:val="auto"/>
        </w:rPr>
        <w:t>warunków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dodatkowego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pakietu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ochrony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dziecka</w:t>
      </w:r>
      <w:proofErr w:type="spellEnd"/>
      <w:r w:rsidRPr="00385283">
        <w:rPr>
          <w:color w:val="auto"/>
        </w:rPr>
        <w:t xml:space="preserve">, </w:t>
      </w:r>
      <w:proofErr w:type="spellStart"/>
      <w:r w:rsidRPr="00385283">
        <w:rPr>
          <w:color w:val="auto"/>
        </w:rPr>
        <w:t>określonych</w:t>
      </w:r>
      <w:proofErr w:type="spellEnd"/>
      <w:r w:rsidRPr="00385283">
        <w:rPr>
          <w:color w:val="auto"/>
        </w:rPr>
        <w:t xml:space="preserve"> w </w:t>
      </w:r>
      <w:proofErr w:type="spellStart"/>
      <w:r w:rsidRPr="00385283">
        <w:rPr>
          <w:color w:val="auto"/>
        </w:rPr>
        <w:t>Załączniku</w:t>
      </w:r>
      <w:proofErr w:type="spellEnd"/>
      <w:r w:rsidRPr="00385283">
        <w:rPr>
          <w:color w:val="auto"/>
        </w:rPr>
        <w:t xml:space="preserve"> nr 2.</w:t>
      </w:r>
    </w:p>
    <w:p w14:paraId="32755FF0" w14:textId="77777777" w:rsidR="00A267DB" w:rsidRPr="00385283" w:rsidRDefault="00A267DB" w:rsidP="00A267DB">
      <w:pPr>
        <w:pStyle w:val="Nagwek2"/>
        <w:rPr>
          <w:color w:val="auto"/>
        </w:rPr>
      </w:pPr>
      <w:r w:rsidRPr="00385283">
        <w:rPr>
          <w:color w:val="auto"/>
        </w:rPr>
        <w:t xml:space="preserve">4.6. </w:t>
      </w:r>
      <w:proofErr w:type="spellStart"/>
      <w:r w:rsidRPr="00385283">
        <w:rPr>
          <w:color w:val="auto"/>
        </w:rPr>
        <w:t>Rodzic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oraz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rodzic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małżonka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lub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partnera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życiowego</w:t>
      </w:r>
      <w:proofErr w:type="spellEnd"/>
    </w:p>
    <w:p w14:paraId="5BEE4FC1" w14:textId="77777777" w:rsidR="00A267DB" w:rsidRPr="00385283" w:rsidRDefault="00A267DB" w:rsidP="00A267DB">
      <w:pPr>
        <w:keepLines/>
        <w:rPr>
          <w:rFonts w:hint="eastAsia"/>
          <w:color w:val="auto"/>
        </w:rPr>
      </w:pPr>
      <w:r w:rsidRPr="00385283">
        <w:rPr>
          <w:color w:val="auto"/>
        </w:rPr>
        <w:t xml:space="preserve">Za </w:t>
      </w:r>
      <w:proofErr w:type="spellStart"/>
      <w:r w:rsidRPr="00385283">
        <w:rPr>
          <w:color w:val="auto"/>
        </w:rPr>
        <w:t>rodzica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osoby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ubezpieczonej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uznaje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się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jej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matkę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lub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ojca</w:t>
      </w:r>
      <w:proofErr w:type="spellEnd"/>
      <w:r w:rsidRPr="00385283">
        <w:rPr>
          <w:color w:val="auto"/>
        </w:rPr>
        <w:t xml:space="preserve">, w </w:t>
      </w:r>
      <w:proofErr w:type="spellStart"/>
      <w:r w:rsidRPr="00385283">
        <w:rPr>
          <w:color w:val="auto"/>
        </w:rPr>
        <w:t>tym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rodzica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pozostającego</w:t>
      </w:r>
      <w:proofErr w:type="spellEnd"/>
      <w:r w:rsidRPr="00385283">
        <w:rPr>
          <w:color w:val="auto"/>
        </w:rPr>
        <w:t xml:space="preserve"> w </w:t>
      </w:r>
      <w:proofErr w:type="spellStart"/>
      <w:r w:rsidRPr="00385283">
        <w:rPr>
          <w:color w:val="auto"/>
        </w:rPr>
        <w:t>stosunku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prawnym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rodzicielstwa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wynikającym</w:t>
      </w:r>
      <w:proofErr w:type="spellEnd"/>
      <w:r w:rsidRPr="00385283">
        <w:rPr>
          <w:color w:val="auto"/>
        </w:rPr>
        <w:t xml:space="preserve"> z </w:t>
      </w:r>
      <w:proofErr w:type="spellStart"/>
      <w:r w:rsidRPr="00385283">
        <w:rPr>
          <w:color w:val="auto"/>
        </w:rPr>
        <w:t>przysposobienia</w:t>
      </w:r>
      <w:proofErr w:type="spellEnd"/>
      <w:r w:rsidRPr="00385283">
        <w:rPr>
          <w:color w:val="auto"/>
        </w:rPr>
        <w:t>.</w:t>
      </w:r>
    </w:p>
    <w:p w14:paraId="60768996" w14:textId="77777777" w:rsidR="00A267DB" w:rsidRPr="00385283" w:rsidRDefault="00A267DB" w:rsidP="00A267DB">
      <w:pPr>
        <w:keepLines/>
        <w:rPr>
          <w:rFonts w:hint="eastAsia"/>
          <w:color w:val="auto"/>
        </w:rPr>
      </w:pPr>
      <w:r w:rsidRPr="00385283">
        <w:rPr>
          <w:color w:val="auto"/>
        </w:rPr>
        <w:t xml:space="preserve">Za </w:t>
      </w:r>
      <w:proofErr w:type="spellStart"/>
      <w:r w:rsidRPr="00385283">
        <w:rPr>
          <w:color w:val="auto"/>
        </w:rPr>
        <w:t>rodzica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uznaje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się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również</w:t>
      </w:r>
      <w:proofErr w:type="spellEnd"/>
      <w:r w:rsidRPr="00385283">
        <w:rPr>
          <w:color w:val="auto"/>
        </w:rPr>
        <w:t>:</w:t>
      </w:r>
    </w:p>
    <w:p w14:paraId="3E891D9A" w14:textId="77777777" w:rsidR="00A267DB" w:rsidRPr="00385283" w:rsidRDefault="00A267DB" w:rsidP="00A267DB">
      <w:pPr>
        <w:keepLines/>
        <w:rPr>
          <w:rFonts w:hint="eastAsia"/>
          <w:color w:val="auto"/>
        </w:rPr>
      </w:pPr>
      <w:r w:rsidRPr="00385283">
        <w:rPr>
          <w:color w:val="auto"/>
        </w:rPr>
        <w:t xml:space="preserve">a) </w:t>
      </w:r>
      <w:proofErr w:type="spellStart"/>
      <w:r w:rsidRPr="00385283">
        <w:rPr>
          <w:color w:val="auto"/>
        </w:rPr>
        <w:t>ojczyma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osoby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ubezpieczonej</w:t>
      </w:r>
      <w:proofErr w:type="spellEnd"/>
      <w:r w:rsidRPr="00385283">
        <w:rPr>
          <w:color w:val="auto"/>
        </w:rPr>
        <w:t xml:space="preserve">, </w:t>
      </w:r>
      <w:proofErr w:type="spellStart"/>
      <w:r w:rsidRPr="00385283">
        <w:rPr>
          <w:color w:val="auto"/>
        </w:rPr>
        <w:t>jeżeli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jej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ojciec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żyje</w:t>
      </w:r>
      <w:proofErr w:type="spellEnd"/>
      <w:r w:rsidRPr="00385283">
        <w:rPr>
          <w:color w:val="auto"/>
        </w:rPr>
        <w:t>;</w:t>
      </w:r>
    </w:p>
    <w:p w14:paraId="2D417C2E" w14:textId="77777777" w:rsidR="00A267DB" w:rsidRPr="00385283" w:rsidRDefault="00A267DB" w:rsidP="00A267DB">
      <w:pPr>
        <w:keepLines/>
        <w:rPr>
          <w:rFonts w:hint="eastAsia"/>
          <w:color w:val="auto"/>
        </w:rPr>
      </w:pPr>
      <w:r w:rsidRPr="00385283">
        <w:rPr>
          <w:color w:val="auto"/>
        </w:rPr>
        <w:t xml:space="preserve">b) </w:t>
      </w:r>
      <w:proofErr w:type="spellStart"/>
      <w:r w:rsidRPr="00385283">
        <w:rPr>
          <w:color w:val="auto"/>
        </w:rPr>
        <w:t>macochę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osoby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ubezpieczonej</w:t>
      </w:r>
      <w:proofErr w:type="spellEnd"/>
      <w:r w:rsidRPr="00385283">
        <w:rPr>
          <w:color w:val="auto"/>
        </w:rPr>
        <w:t xml:space="preserve">, </w:t>
      </w:r>
      <w:proofErr w:type="spellStart"/>
      <w:r w:rsidRPr="00385283">
        <w:rPr>
          <w:color w:val="auto"/>
        </w:rPr>
        <w:t>jeżeli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jej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matka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żyje</w:t>
      </w:r>
      <w:proofErr w:type="spellEnd"/>
      <w:r w:rsidRPr="00385283">
        <w:rPr>
          <w:color w:val="auto"/>
        </w:rPr>
        <w:t>.</w:t>
      </w:r>
    </w:p>
    <w:p w14:paraId="4445C561" w14:textId="77777777" w:rsidR="00A267DB" w:rsidRPr="00385283" w:rsidRDefault="00A267DB" w:rsidP="00A267DB">
      <w:pPr>
        <w:keepLines/>
        <w:rPr>
          <w:rFonts w:hint="eastAsia"/>
          <w:color w:val="auto"/>
        </w:rPr>
      </w:pPr>
      <w:r w:rsidRPr="00385283">
        <w:rPr>
          <w:color w:val="auto"/>
        </w:rPr>
        <w:t xml:space="preserve">Za </w:t>
      </w:r>
      <w:proofErr w:type="spellStart"/>
      <w:r w:rsidRPr="00385283">
        <w:rPr>
          <w:color w:val="auto"/>
        </w:rPr>
        <w:t>ojczyma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uznaje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się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aktualnego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męża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matki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niebędącego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biologicznym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ojcem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dziecka</w:t>
      </w:r>
      <w:proofErr w:type="spellEnd"/>
      <w:r w:rsidRPr="00385283">
        <w:rPr>
          <w:color w:val="auto"/>
        </w:rPr>
        <w:t xml:space="preserve">, a </w:t>
      </w:r>
      <w:proofErr w:type="spellStart"/>
      <w:r w:rsidRPr="00385283">
        <w:rPr>
          <w:color w:val="auto"/>
        </w:rPr>
        <w:t>także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wdowca</w:t>
      </w:r>
      <w:proofErr w:type="spellEnd"/>
      <w:r w:rsidRPr="00385283">
        <w:rPr>
          <w:color w:val="auto"/>
        </w:rPr>
        <w:t xml:space="preserve"> po </w:t>
      </w:r>
      <w:proofErr w:type="spellStart"/>
      <w:r w:rsidRPr="00385283">
        <w:rPr>
          <w:color w:val="auto"/>
        </w:rPr>
        <w:t>matce</w:t>
      </w:r>
      <w:proofErr w:type="spellEnd"/>
      <w:r w:rsidRPr="00385283">
        <w:rPr>
          <w:color w:val="auto"/>
        </w:rPr>
        <w:t xml:space="preserve">, </w:t>
      </w:r>
      <w:proofErr w:type="spellStart"/>
      <w:r w:rsidRPr="00385283">
        <w:rPr>
          <w:color w:val="auto"/>
        </w:rPr>
        <w:t>który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ponownie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zawarł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małżeństwa</w:t>
      </w:r>
      <w:proofErr w:type="spellEnd"/>
      <w:r w:rsidRPr="00385283">
        <w:rPr>
          <w:color w:val="auto"/>
        </w:rPr>
        <w:t>.</w:t>
      </w:r>
    </w:p>
    <w:p w14:paraId="43B1FDD1" w14:textId="77777777" w:rsidR="00A267DB" w:rsidRPr="00385283" w:rsidRDefault="00A267DB" w:rsidP="00A267DB">
      <w:pPr>
        <w:keepLines/>
        <w:rPr>
          <w:rFonts w:hint="eastAsia"/>
          <w:color w:val="auto"/>
        </w:rPr>
      </w:pPr>
      <w:r w:rsidRPr="00385283">
        <w:rPr>
          <w:color w:val="auto"/>
        </w:rPr>
        <w:t xml:space="preserve">Za </w:t>
      </w:r>
      <w:proofErr w:type="spellStart"/>
      <w:r w:rsidRPr="00385283">
        <w:rPr>
          <w:color w:val="auto"/>
        </w:rPr>
        <w:t>macochę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uznaje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się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aktualną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żonę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ojca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niebędącą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biologiczną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matką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dziecka</w:t>
      </w:r>
      <w:proofErr w:type="spellEnd"/>
      <w:r w:rsidRPr="00385283">
        <w:rPr>
          <w:color w:val="auto"/>
        </w:rPr>
        <w:t xml:space="preserve">, a </w:t>
      </w:r>
      <w:proofErr w:type="spellStart"/>
      <w:r w:rsidRPr="00385283">
        <w:rPr>
          <w:color w:val="auto"/>
        </w:rPr>
        <w:t>także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wdowę</w:t>
      </w:r>
      <w:proofErr w:type="spellEnd"/>
      <w:r w:rsidRPr="00385283">
        <w:rPr>
          <w:color w:val="auto"/>
        </w:rPr>
        <w:t xml:space="preserve"> po </w:t>
      </w:r>
      <w:proofErr w:type="spellStart"/>
      <w:r w:rsidRPr="00385283">
        <w:rPr>
          <w:color w:val="auto"/>
        </w:rPr>
        <w:t>ojcu</w:t>
      </w:r>
      <w:proofErr w:type="spellEnd"/>
      <w:r w:rsidRPr="00385283">
        <w:rPr>
          <w:color w:val="auto"/>
        </w:rPr>
        <w:t xml:space="preserve">, </w:t>
      </w:r>
      <w:proofErr w:type="spellStart"/>
      <w:r w:rsidRPr="00385283">
        <w:rPr>
          <w:color w:val="auto"/>
        </w:rPr>
        <w:t>która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ponownie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zawarła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małżeństwa</w:t>
      </w:r>
      <w:proofErr w:type="spellEnd"/>
      <w:r w:rsidRPr="00385283">
        <w:rPr>
          <w:color w:val="auto"/>
        </w:rPr>
        <w:t>.</w:t>
      </w:r>
    </w:p>
    <w:p w14:paraId="1E632421" w14:textId="77777777" w:rsidR="00A267DB" w:rsidRPr="00385283" w:rsidRDefault="00A267DB" w:rsidP="00A267DB">
      <w:pPr>
        <w:keepLines/>
        <w:rPr>
          <w:rFonts w:hint="eastAsia"/>
          <w:color w:val="auto"/>
        </w:rPr>
      </w:pPr>
      <w:proofErr w:type="spellStart"/>
      <w:r w:rsidRPr="00385283">
        <w:rPr>
          <w:color w:val="auto"/>
        </w:rPr>
        <w:t>Analogiczne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zasady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stosuje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się</w:t>
      </w:r>
      <w:proofErr w:type="spellEnd"/>
      <w:r w:rsidRPr="00385283">
        <w:rPr>
          <w:color w:val="auto"/>
        </w:rPr>
        <w:t xml:space="preserve"> do </w:t>
      </w:r>
      <w:proofErr w:type="spellStart"/>
      <w:r w:rsidRPr="00385283">
        <w:rPr>
          <w:color w:val="auto"/>
        </w:rPr>
        <w:t>rodziców</w:t>
      </w:r>
      <w:proofErr w:type="spellEnd"/>
      <w:r w:rsidRPr="00385283">
        <w:rPr>
          <w:color w:val="auto"/>
        </w:rPr>
        <w:t xml:space="preserve">, </w:t>
      </w:r>
      <w:proofErr w:type="spellStart"/>
      <w:r w:rsidRPr="00385283">
        <w:rPr>
          <w:color w:val="auto"/>
        </w:rPr>
        <w:t>ojczyma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macochy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aktualnego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małżonka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albo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partnera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życiowego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osoby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ubezpieczonej</w:t>
      </w:r>
      <w:proofErr w:type="spellEnd"/>
      <w:r w:rsidRPr="00385283">
        <w:rPr>
          <w:color w:val="auto"/>
        </w:rPr>
        <w:t>.</w:t>
      </w:r>
    </w:p>
    <w:p w14:paraId="5C6DBA5D" w14:textId="77777777" w:rsidR="00A267DB" w:rsidRPr="00385283" w:rsidRDefault="00A267DB" w:rsidP="00A267DB">
      <w:pPr>
        <w:keepLines/>
        <w:rPr>
          <w:rFonts w:hint="eastAsia"/>
          <w:color w:val="auto"/>
        </w:rPr>
      </w:pPr>
      <w:proofErr w:type="spellStart"/>
      <w:r w:rsidRPr="00385283">
        <w:rPr>
          <w:color w:val="auto"/>
        </w:rPr>
        <w:t>Ochrona</w:t>
      </w:r>
      <w:proofErr w:type="spellEnd"/>
      <w:r w:rsidRPr="00385283">
        <w:rPr>
          <w:color w:val="auto"/>
        </w:rPr>
        <w:t xml:space="preserve"> z </w:t>
      </w:r>
      <w:proofErr w:type="spellStart"/>
      <w:r w:rsidRPr="00385283">
        <w:rPr>
          <w:color w:val="auto"/>
        </w:rPr>
        <w:t>tytułu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śmierci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rodzica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lub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rodzica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małżonka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albo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partnera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życiowego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podlega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ograniczeniu</w:t>
      </w:r>
      <w:proofErr w:type="spellEnd"/>
      <w:r w:rsidRPr="00385283">
        <w:rPr>
          <w:color w:val="auto"/>
        </w:rPr>
        <w:t xml:space="preserve"> ze </w:t>
      </w:r>
      <w:proofErr w:type="spellStart"/>
      <w:r w:rsidRPr="00385283">
        <w:rPr>
          <w:color w:val="auto"/>
        </w:rPr>
        <w:t>względu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wiek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rodzica</w:t>
      </w:r>
      <w:proofErr w:type="spellEnd"/>
      <w:r w:rsidRPr="00385283">
        <w:rPr>
          <w:color w:val="auto"/>
        </w:rPr>
        <w:t>.</w:t>
      </w:r>
    </w:p>
    <w:p w14:paraId="78935A59" w14:textId="77777777" w:rsidR="00A267DB" w:rsidRPr="00385283" w:rsidRDefault="00A267DB" w:rsidP="00A267DB">
      <w:pPr>
        <w:pStyle w:val="Nagwek2"/>
        <w:rPr>
          <w:color w:val="auto"/>
        </w:rPr>
      </w:pPr>
      <w:r w:rsidRPr="00385283">
        <w:rPr>
          <w:color w:val="auto"/>
        </w:rPr>
        <w:lastRenderedPageBreak/>
        <w:t xml:space="preserve">4.7. </w:t>
      </w:r>
      <w:proofErr w:type="spellStart"/>
      <w:r w:rsidRPr="00385283">
        <w:rPr>
          <w:color w:val="auto"/>
        </w:rPr>
        <w:t>Całkowita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niezdolność</w:t>
      </w:r>
      <w:proofErr w:type="spellEnd"/>
      <w:r w:rsidRPr="00385283">
        <w:rPr>
          <w:color w:val="auto"/>
        </w:rPr>
        <w:t xml:space="preserve"> do </w:t>
      </w:r>
      <w:proofErr w:type="spellStart"/>
      <w:r w:rsidRPr="00385283">
        <w:rPr>
          <w:color w:val="auto"/>
        </w:rPr>
        <w:t>pracy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samodzielnej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egzystencji</w:t>
      </w:r>
      <w:proofErr w:type="spellEnd"/>
    </w:p>
    <w:p w14:paraId="47FDFCFF" w14:textId="77777777" w:rsidR="00A267DB" w:rsidRPr="00385283" w:rsidRDefault="00A267DB" w:rsidP="00A267DB">
      <w:pPr>
        <w:keepLines/>
        <w:rPr>
          <w:rFonts w:hint="eastAsia"/>
          <w:color w:val="auto"/>
        </w:rPr>
      </w:pPr>
      <w:proofErr w:type="spellStart"/>
      <w:r w:rsidRPr="00385283">
        <w:rPr>
          <w:color w:val="auto"/>
        </w:rPr>
        <w:t>Całkowita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niezdolność</w:t>
      </w:r>
      <w:proofErr w:type="spellEnd"/>
      <w:r w:rsidRPr="00385283">
        <w:rPr>
          <w:color w:val="auto"/>
        </w:rPr>
        <w:t xml:space="preserve"> do </w:t>
      </w:r>
      <w:proofErr w:type="spellStart"/>
      <w:r w:rsidRPr="00385283">
        <w:rPr>
          <w:color w:val="auto"/>
        </w:rPr>
        <w:t>pracy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samodzielnej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egzystencji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oznacza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trwałe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naruszenie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sprawności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organizmu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powodujące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łącznie</w:t>
      </w:r>
      <w:proofErr w:type="spellEnd"/>
      <w:r w:rsidRPr="00385283">
        <w:rPr>
          <w:color w:val="auto"/>
        </w:rPr>
        <w:t>:</w:t>
      </w:r>
    </w:p>
    <w:p w14:paraId="75DF956E" w14:textId="77777777" w:rsidR="00A267DB" w:rsidRPr="00385283" w:rsidRDefault="00A267DB" w:rsidP="00A267DB">
      <w:pPr>
        <w:keepLines/>
        <w:rPr>
          <w:rFonts w:hint="eastAsia"/>
          <w:color w:val="auto"/>
        </w:rPr>
      </w:pPr>
      <w:r w:rsidRPr="00385283">
        <w:rPr>
          <w:color w:val="auto"/>
        </w:rPr>
        <w:t xml:space="preserve">a) </w:t>
      </w:r>
      <w:proofErr w:type="spellStart"/>
      <w:r w:rsidRPr="00385283">
        <w:rPr>
          <w:color w:val="auto"/>
        </w:rPr>
        <w:t>utratę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zdolności</w:t>
      </w:r>
      <w:proofErr w:type="spellEnd"/>
      <w:r w:rsidRPr="00385283">
        <w:rPr>
          <w:color w:val="auto"/>
        </w:rPr>
        <w:t xml:space="preserve"> do </w:t>
      </w:r>
      <w:proofErr w:type="spellStart"/>
      <w:r w:rsidRPr="00385283">
        <w:rPr>
          <w:color w:val="auto"/>
        </w:rPr>
        <w:t>wykonywania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jakiejkolwiek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pracy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zarobkowej</w:t>
      </w:r>
      <w:proofErr w:type="spellEnd"/>
      <w:r w:rsidRPr="00385283">
        <w:rPr>
          <w:color w:val="auto"/>
        </w:rPr>
        <w:t>;</w:t>
      </w:r>
    </w:p>
    <w:p w14:paraId="1D749227" w14:textId="77777777" w:rsidR="00A267DB" w:rsidRPr="00385283" w:rsidRDefault="00A267DB" w:rsidP="00A267DB">
      <w:pPr>
        <w:keepLines/>
        <w:rPr>
          <w:rFonts w:hint="eastAsia"/>
          <w:color w:val="auto"/>
        </w:rPr>
      </w:pPr>
      <w:r w:rsidRPr="00385283">
        <w:rPr>
          <w:color w:val="auto"/>
        </w:rPr>
        <w:t xml:space="preserve">b) </w:t>
      </w:r>
      <w:proofErr w:type="spellStart"/>
      <w:r w:rsidRPr="00385283">
        <w:rPr>
          <w:color w:val="auto"/>
        </w:rPr>
        <w:t>konieczność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korzystania</w:t>
      </w:r>
      <w:proofErr w:type="spellEnd"/>
      <w:r w:rsidRPr="00385283">
        <w:rPr>
          <w:color w:val="auto"/>
        </w:rPr>
        <w:t xml:space="preserve"> z </w:t>
      </w:r>
      <w:proofErr w:type="spellStart"/>
      <w:r w:rsidRPr="00385283">
        <w:rPr>
          <w:color w:val="auto"/>
        </w:rPr>
        <w:t>pomocy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innej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osoby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przy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zaspokajaniu</w:t>
      </w:r>
      <w:proofErr w:type="spellEnd"/>
      <w:r w:rsidRPr="00385283">
        <w:rPr>
          <w:color w:val="auto"/>
        </w:rPr>
        <w:t xml:space="preserve"> co </w:t>
      </w:r>
      <w:proofErr w:type="spellStart"/>
      <w:r w:rsidRPr="00385283">
        <w:rPr>
          <w:color w:val="auto"/>
        </w:rPr>
        <w:t>najmniej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dwóch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spośród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następujących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podstawowych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potrzeb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życiowych</w:t>
      </w:r>
      <w:proofErr w:type="spellEnd"/>
      <w:r w:rsidRPr="00385283">
        <w:rPr>
          <w:color w:val="auto"/>
        </w:rPr>
        <w:t xml:space="preserve">: </w:t>
      </w:r>
      <w:proofErr w:type="spellStart"/>
      <w:r w:rsidRPr="00385283">
        <w:rPr>
          <w:color w:val="auto"/>
        </w:rPr>
        <w:t>mycie</w:t>
      </w:r>
      <w:proofErr w:type="spellEnd"/>
      <w:r w:rsidRPr="00385283">
        <w:rPr>
          <w:color w:val="auto"/>
        </w:rPr>
        <w:t xml:space="preserve">, </w:t>
      </w:r>
      <w:proofErr w:type="spellStart"/>
      <w:r w:rsidRPr="00385283">
        <w:rPr>
          <w:color w:val="auto"/>
        </w:rPr>
        <w:t>ubieranie</w:t>
      </w:r>
      <w:proofErr w:type="spellEnd"/>
      <w:r w:rsidRPr="00385283">
        <w:rPr>
          <w:color w:val="auto"/>
        </w:rPr>
        <w:t xml:space="preserve">, </w:t>
      </w:r>
      <w:proofErr w:type="spellStart"/>
      <w:r w:rsidRPr="00385283">
        <w:rPr>
          <w:color w:val="auto"/>
        </w:rPr>
        <w:t>spożywanie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posiłków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oraz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przemieszczanie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się</w:t>
      </w:r>
      <w:proofErr w:type="spellEnd"/>
      <w:r w:rsidRPr="00385283">
        <w:rPr>
          <w:color w:val="auto"/>
        </w:rPr>
        <w:t xml:space="preserve"> w </w:t>
      </w:r>
      <w:proofErr w:type="spellStart"/>
      <w:r w:rsidRPr="00385283">
        <w:rPr>
          <w:color w:val="auto"/>
        </w:rPr>
        <w:t>obrębie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miejsca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zamieszkania</w:t>
      </w:r>
      <w:proofErr w:type="spellEnd"/>
      <w:r w:rsidRPr="00385283">
        <w:rPr>
          <w:color w:val="auto"/>
        </w:rPr>
        <w:t>.</w:t>
      </w:r>
    </w:p>
    <w:p w14:paraId="1C1798F1" w14:textId="77777777" w:rsidR="00A267DB" w:rsidRPr="00385283" w:rsidRDefault="00A267DB" w:rsidP="00A267DB">
      <w:pPr>
        <w:keepLines/>
        <w:rPr>
          <w:rFonts w:hint="eastAsia"/>
          <w:color w:val="auto"/>
        </w:rPr>
      </w:pPr>
      <w:r w:rsidRPr="00385283">
        <w:rPr>
          <w:color w:val="auto"/>
        </w:rPr>
        <w:t xml:space="preserve">Stan ten </w:t>
      </w:r>
      <w:proofErr w:type="spellStart"/>
      <w:r w:rsidRPr="00385283">
        <w:rPr>
          <w:color w:val="auto"/>
        </w:rPr>
        <w:t>musi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mieć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charakter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trwały</w:t>
      </w:r>
      <w:proofErr w:type="spellEnd"/>
      <w:r w:rsidRPr="00385283">
        <w:rPr>
          <w:color w:val="auto"/>
        </w:rPr>
        <w:t xml:space="preserve">, </w:t>
      </w:r>
      <w:proofErr w:type="spellStart"/>
      <w:r w:rsidRPr="00385283">
        <w:rPr>
          <w:color w:val="auto"/>
        </w:rPr>
        <w:t>tj</w:t>
      </w:r>
      <w:proofErr w:type="spellEnd"/>
      <w:r w:rsidRPr="00385283">
        <w:rPr>
          <w:color w:val="auto"/>
        </w:rPr>
        <w:t xml:space="preserve">. </w:t>
      </w:r>
      <w:proofErr w:type="spellStart"/>
      <w:r w:rsidRPr="00385283">
        <w:rPr>
          <w:color w:val="auto"/>
        </w:rPr>
        <w:t>zgodnie</w:t>
      </w:r>
      <w:proofErr w:type="spellEnd"/>
      <w:r w:rsidRPr="00385283">
        <w:rPr>
          <w:color w:val="auto"/>
        </w:rPr>
        <w:t xml:space="preserve"> z </w:t>
      </w:r>
      <w:proofErr w:type="spellStart"/>
      <w:r w:rsidRPr="00385283">
        <w:rPr>
          <w:color w:val="auto"/>
        </w:rPr>
        <w:t>aktualną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wiedzą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medyczną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występują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pozytywne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rokowania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odzyskania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zdolności</w:t>
      </w:r>
      <w:proofErr w:type="spellEnd"/>
      <w:r w:rsidRPr="00385283">
        <w:rPr>
          <w:color w:val="auto"/>
        </w:rPr>
        <w:t xml:space="preserve"> do </w:t>
      </w:r>
      <w:proofErr w:type="spellStart"/>
      <w:r w:rsidRPr="00385283">
        <w:rPr>
          <w:color w:val="auto"/>
        </w:rPr>
        <w:t>pracy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samodzielnej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egzystencji</w:t>
      </w:r>
      <w:proofErr w:type="spellEnd"/>
      <w:r w:rsidRPr="00385283">
        <w:rPr>
          <w:color w:val="auto"/>
        </w:rPr>
        <w:t>.</w:t>
      </w:r>
    </w:p>
    <w:p w14:paraId="505326EC" w14:textId="77777777" w:rsidR="00A267DB" w:rsidRPr="00385283" w:rsidRDefault="00A267DB" w:rsidP="00A267DB">
      <w:pPr>
        <w:keepLines/>
        <w:rPr>
          <w:rFonts w:hint="eastAsia"/>
          <w:color w:val="auto"/>
        </w:rPr>
      </w:pPr>
      <w:proofErr w:type="spellStart"/>
      <w:r w:rsidRPr="00385283">
        <w:rPr>
          <w:color w:val="auto"/>
        </w:rPr>
        <w:t>Podstawą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ustalenia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całkowitej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niezdolności</w:t>
      </w:r>
      <w:proofErr w:type="spellEnd"/>
      <w:r w:rsidRPr="00385283">
        <w:rPr>
          <w:color w:val="auto"/>
        </w:rPr>
        <w:t xml:space="preserve"> do </w:t>
      </w:r>
      <w:proofErr w:type="spellStart"/>
      <w:r w:rsidRPr="00385283">
        <w:rPr>
          <w:color w:val="auto"/>
        </w:rPr>
        <w:t>pracy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samodzielnej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egzystencji</w:t>
      </w:r>
      <w:proofErr w:type="spellEnd"/>
      <w:r w:rsidRPr="00385283">
        <w:rPr>
          <w:color w:val="auto"/>
        </w:rPr>
        <w:t xml:space="preserve"> jest </w:t>
      </w:r>
      <w:proofErr w:type="spellStart"/>
      <w:r w:rsidRPr="00385283">
        <w:rPr>
          <w:color w:val="auto"/>
        </w:rPr>
        <w:t>dokumentacja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medyczna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potwierdzająca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spełnienie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wskazanych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przesłanek</w:t>
      </w:r>
      <w:proofErr w:type="spellEnd"/>
      <w:r w:rsidRPr="00385283">
        <w:rPr>
          <w:color w:val="auto"/>
        </w:rPr>
        <w:t xml:space="preserve">, a </w:t>
      </w:r>
      <w:proofErr w:type="spellStart"/>
      <w:r w:rsidRPr="00385283">
        <w:rPr>
          <w:color w:val="auto"/>
        </w:rPr>
        <w:t>także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orzeczenie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właściwego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organu</w:t>
      </w:r>
      <w:proofErr w:type="spellEnd"/>
      <w:r w:rsidRPr="00385283">
        <w:rPr>
          <w:color w:val="auto"/>
        </w:rPr>
        <w:t xml:space="preserve">, </w:t>
      </w:r>
      <w:proofErr w:type="spellStart"/>
      <w:r w:rsidRPr="00385283">
        <w:rPr>
          <w:color w:val="auto"/>
        </w:rPr>
        <w:t>jeżeli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zostało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wydane</w:t>
      </w:r>
      <w:proofErr w:type="spellEnd"/>
      <w:r w:rsidRPr="00385283">
        <w:rPr>
          <w:color w:val="auto"/>
        </w:rPr>
        <w:t xml:space="preserve">. </w:t>
      </w:r>
      <w:proofErr w:type="spellStart"/>
      <w:r w:rsidRPr="00385283">
        <w:rPr>
          <w:color w:val="auto"/>
        </w:rPr>
        <w:t>Posiadanie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orzeczenia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organu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rentowego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nie</w:t>
      </w:r>
      <w:proofErr w:type="spellEnd"/>
      <w:r w:rsidRPr="00385283">
        <w:rPr>
          <w:color w:val="auto"/>
        </w:rPr>
        <w:t xml:space="preserve"> jest </w:t>
      </w:r>
      <w:proofErr w:type="spellStart"/>
      <w:r w:rsidRPr="00385283">
        <w:rPr>
          <w:color w:val="auto"/>
        </w:rPr>
        <w:t>samodzielnym</w:t>
      </w:r>
      <w:proofErr w:type="spellEnd"/>
      <w:r w:rsidRPr="00385283">
        <w:rPr>
          <w:color w:val="auto"/>
        </w:rPr>
        <w:t xml:space="preserve">, </w:t>
      </w:r>
      <w:proofErr w:type="spellStart"/>
      <w:r w:rsidRPr="00385283">
        <w:rPr>
          <w:color w:val="auto"/>
        </w:rPr>
        <w:t>obligatoryjnym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warunkiem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uznania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zdarzenia</w:t>
      </w:r>
      <w:proofErr w:type="spellEnd"/>
      <w:r w:rsidRPr="00385283">
        <w:rPr>
          <w:color w:val="auto"/>
        </w:rPr>
        <w:t xml:space="preserve">, </w:t>
      </w:r>
      <w:proofErr w:type="spellStart"/>
      <w:r w:rsidRPr="00385283">
        <w:rPr>
          <w:color w:val="auto"/>
        </w:rPr>
        <w:t>jeżeli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jego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wystąpienie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zostało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wykazane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inną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wystarczającą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dokumentacją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medyczną</w:t>
      </w:r>
      <w:proofErr w:type="spellEnd"/>
      <w:r w:rsidRPr="00385283">
        <w:rPr>
          <w:color w:val="auto"/>
        </w:rPr>
        <w:t>.</w:t>
      </w:r>
    </w:p>
    <w:p w14:paraId="21090F9E" w14:textId="77777777" w:rsidR="00A267DB" w:rsidRPr="00385283" w:rsidRDefault="00A267DB" w:rsidP="00A267DB">
      <w:pPr>
        <w:keepLines/>
        <w:rPr>
          <w:rFonts w:hint="eastAsia"/>
          <w:color w:val="auto"/>
        </w:rPr>
      </w:pPr>
      <w:proofErr w:type="spellStart"/>
      <w:r w:rsidRPr="00385283">
        <w:rPr>
          <w:color w:val="auto"/>
        </w:rPr>
        <w:t>Ochrona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obejmuje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niezdolność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będącą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następstwem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choroby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albo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nieszczęśliwego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wypadku</w:t>
      </w:r>
      <w:proofErr w:type="spellEnd"/>
      <w:r w:rsidRPr="00385283">
        <w:rPr>
          <w:color w:val="auto"/>
        </w:rPr>
        <w:t xml:space="preserve">, z </w:t>
      </w:r>
      <w:proofErr w:type="spellStart"/>
      <w:r w:rsidRPr="00385283">
        <w:rPr>
          <w:color w:val="auto"/>
        </w:rPr>
        <w:t>uwzględnieniem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zasad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ciągłości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ochrony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określonych</w:t>
      </w:r>
      <w:proofErr w:type="spellEnd"/>
      <w:r w:rsidRPr="00385283">
        <w:rPr>
          <w:color w:val="auto"/>
        </w:rPr>
        <w:t xml:space="preserve"> w </w:t>
      </w:r>
      <w:proofErr w:type="spellStart"/>
      <w:r w:rsidRPr="00385283">
        <w:rPr>
          <w:color w:val="auto"/>
        </w:rPr>
        <w:t>punkcie</w:t>
      </w:r>
      <w:proofErr w:type="spellEnd"/>
      <w:r w:rsidRPr="00385283">
        <w:rPr>
          <w:color w:val="auto"/>
        </w:rPr>
        <w:t xml:space="preserve"> </w:t>
      </w:r>
      <w:r w:rsidR="003B56E7">
        <w:rPr>
          <w:color w:val="auto"/>
        </w:rPr>
        <w:t>5</w:t>
      </w:r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specyfikacji</w:t>
      </w:r>
      <w:proofErr w:type="spellEnd"/>
      <w:r w:rsidRPr="00385283">
        <w:rPr>
          <w:color w:val="auto"/>
        </w:rPr>
        <w:t>.</w:t>
      </w:r>
    </w:p>
    <w:p w14:paraId="73A8D8BE" w14:textId="77777777" w:rsidR="00A267DB" w:rsidRPr="00385283" w:rsidRDefault="00A267DB" w:rsidP="00A267DB">
      <w:pPr>
        <w:pStyle w:val="Nagwek2"/>
        <w:rPr>
          <w:color w:val="auto"/>
        </w:rPr>
      </w:pPr>
      <w:r w:rsidRPr="00385283">
        <w:rPr>
          <w:color w:val="auto"/>
        </w:rPr>
        <w:t xml:space="preserve">4.8. </w:t>
      </w:r>
      <w:proofErr w:type="spellStart"/>
      <w:r w:rsidRPr="00385283">
        <w:rPr>
          <w:color w:val="auto"/>
        </w:rPr>
        <w:t>Dzień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hospitalizacji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pobyt</w:t>
      </w:r>
      <w:proofErr w:type="spellEnd"/>
      <w:r w:rsidRPr="00385283">
        <w:rPr>
          <w:color w:val="auto"/>
        </w:rPr>
        <w:t xml:space="preserve"> w </w:t>
      </w:r>
      <w:proofErr w:type="spellStart"/>
      <w:r w:rsidRPr="00385283">
        <w:rPr>
          <w:color w:val="auto"/>
        </w:rPr>
        <w:t>szpitalu</w:t>
      </w:r>
      <w:proofErr w:type="spellEnd"/>
    </w:p>
    <w:p w14:paraId="2F8FE1A4" w14:textId="77777777" w:rsidR="00A267DB" w:rsidRPr="00385283" w:rsidRDefault="00A267DB" w:rsidP="00A267DB">
      <w:pPr>
        <w:keepLines/>
        <w:rPr>
          <w:rFonts w:hint="eastAsia"/>
          <w:color w:val="auto"/>
        </w:rPr>
      </w:pPr>
      <w:proofErr w:type="spellStart"/>
      <w:r w:rsidRPr="00385283">
        <w:rPr>
          <w:color w:val="auto"/>
        </w:rPr>
        <w:t>Pobyt</w:t>
      </w:r>
      <w:proofErr w:type="spellEnd"/>
      <w:r w:rsidRPr="00385283">
        <w:rPr>
          <w:color w:val="auto"/>
        </w:rPr>
        <w:t xml:space="preserve"> w </w:t>
      </w:r>
      <w:proofErr w:type="spellStart"/>
      <w:r w:rsidRPr="00385283">
        <w:rPr>
          <w:color w:val="auto"/>
        </w:rPr>
        <w:t>szpitalu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oznacza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nieprzerwany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pobyt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osoby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ubezpieczonej</w:t>
      </w:r>
      <w:proofErr w:type="spellEnd"/>
      <w:r w:rsidRPr="00385283">
        <w:rPr>
          <w:color w:val="auto"/>
        </w:rPr>
        <w:t xml:space="preserve"> w </w:t>
      </w:r>
      <w:proofErr w:type="spellStart"/>
      <w:r w:rsidRPr="00385283">
        <w:rPr>
          <w:color w:val="auto"/>
        </w:rPr>
        <w:t>zakładzie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leczniczym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zapewniającym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całodobowe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stacjonarne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świadczenia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zdrowotne</w:t>
      </w:r>
      <w:proofErr w:type="spellEnd"/>
      <w:r w:rsidRPr="00385283">
        <w:rPr>
          <w:color w:val="auto"/>
        </w:rPr>
        <w:t xml:space="preserve">, </w:t>
      </w:r>
      <w:proofErr w:type="spellStart"/>
      <w:r w:rsidRPr="00385283">
        <w:rPr>
          <w:color w:val="auto"/>
        </w:rPr>
        <w:t>którego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celem</w:t>
      </w:r>
      <w:proofErr w:type="spellEnd"/>
      <w:r w:rsidRPr="00385283">
        <w:rPr>
          <w:color w:val="auto"/>
        </w:rPr>
        <w:t xml:space="preserve"> jest </w:t>
      </w:r>
      <w:proofErr w:type="spellStart"/>
      <w:r w:rsidRPr="00385283">
        <w:rPr>
          <w:color w:val="auto"/>
        </w:rPr>
        <w:t>leczenie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choroby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albo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następstw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nieszczęśliwego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wypadku</w:t>
      </w:r>
      <w:proofErr w:type="spellEnd"/>
      <w:r w:rsidRPr="00385283">
        <w:rPr>
          <w:color w:val="auto"/>
        </w:rPr>
        <w:t>.</w:t>
      </w:r>
    </w:p>
    <w:p w14:paraId="3DD02AB8" w14:textId="77777777" w:rsidR="00A267DB" w:rsidRPr="00385283" w:rsidRDefault="00A267DB" w:rsidP="00A267DB">
      <w:pPr>
        <w:keepLines/>
        <w:rPr>
          <w:rFonts w:hint="eastAsia"/>
          <w:color w:val="auto"/>
        </w:rPr>
      </w:pPr>
      <w:r w:rsidRPr="00385283">
        <w:rPr>
          <w:color w:val="auto"/>
        </w:rPr>
        <w:t xml:space="preserve">Na </w:t>
      </w:r>
      <w:proofErr w:type="spellStart"/>
      <w:r w:rsidRPr="00385283">
        <w:rPr>
          <w:color w:val="auto"/>
        </w:rPr>
        <w:t>potrzeby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pakietu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podstawowego</w:t>
      </w:r>
      <w:proofErr w:type="spellEnd"/>
      <w:r w:rsidRPr="00385283">
        <w:rPr>
          <w:color w:val="auto"/>
        </w:rPr>
        <w:t xml:space="preserve"> A–E </w:t>
      </w:r>
      <w:proofErr w:type="spellStart"/>
      <w:r w:rsidRPr="00385283">
        <w:rPr>
          <w:color w:val="auto"/>
        </w:rPr>
        <w:t>wymagany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minimalny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czas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pobytu</w:t>
      </w:r>
      <w:proofErr w:type="spellEnd"/>
      <w:r w:rsidRPr="00385283">
        <w:rPr>
          <w:color w:val="auto"/>
        </w:rPr>
        <w:t xml:space="preserve"> w </w:t>
      </w:r>
      <w:proofErr w:type="spellStart"/>
      <w:r w:rsidRPr="00385283">
        <w:rPr>
          <w:color w:val="auto"/>
        </w:rPr>
        <w:t>szpitalu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wynosi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jeden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dzień</w:t>
      </w:r>
      <w:proofErr w:type="spellEnd"/>
      <w:r w:rsidRPr="00385283">
        <w:rPr>
          <w:color w:val="auto"/>
        </w:rPr>
        <w:t>.</w:t>
      </w:r>
    </w:p>
    <w:p w14:paraId="76039C06" w14:textId="77777777" w:rsidR="000B7F23" w:rsidRPr="00385283" w:rsidRDefault="00174B8E" w:rsidP="00A267DB">
      <w:pPr>
        <w:keepLines/>
        <w:rPr>
          <w:rFonts w:hint="eastAsia"/>
          <w:color w:val="auto"/>
        </w:rPr>
      </w:pPr>
      <w:r w:rsidRPr="00174B8E">
        <w:rPr>
          <w:color w:val="auto"/>
        </w:rPr>
        <w:t xml:space="preserve">Za </w:t>
      </w:r>
      <w:proofErr w:type="spellStart"/>
      <w:r w:rsidRPr="00174B8E">
        <w:rPr>
          <w:color w:val="auto"/>
        </w:rPr>
        <w:t>dzie</w:t>
      </w:r>
      <w:r w:rsidRPr="00174B8E">
        <w:rPr>
          <w:rFonts w:hint="cs"/>
          <w:color w:val="auto"/>
        </w:rPr>
        <w:t>ń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pobytu</w:t>
      </w:r>
      <w:proofErr w:type="spellEnd"/>
      <w:r w:rsidRPr="00174B8E">
        <w:rPr>
          <w:color w:val="auto"/>
        </w:rPr>
        <w:t xml:space="preserve"> w </w:t>
      </w:r>
      <w:proofErr w:type="spellStart"/>
      <w:r w:rsidRPr="00174B8E">
        <w:rPr>
          <w:color w:val="auto"/>
        </w:rPr>
        <w:t>szpitalu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uznaje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si</w:t>
      </w:r>
      <w:r w:rsidRPr="00174B8E">
        <w:rPr>
          <w:rFonts w:hint="cs"/>
          <w:color w:val="auto"/>
        </w:rPr>
        <w:t>ę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ka</w:t>
      </w:r>
      <w:r w:rsidRPr="00174B8E">
        <w:rPr>
          <w:rFonts w:hint="cs"/>
          <w:color w:val="auto"/>
        </w:rPr>
        <w:t>ż</w:t>
      </w:r>
      <w:r w:rsidRPr="00174B8E">
        <w:rPr>
          <w:color w:val="auto"/>
        </w:rPr>
        <w:t>dy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dzie</w:t>
      </w:r>
      <w:r w:rsidRPr="00174B8E">
        <w:rPr>
          <w:rFonts w:hint="cs"/>
          <w:color w:val="auto"/>
        </w:rPr>
        <w:t>ń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kalendarzowy</w:t>
      </w:r>
      <w:proofErr w:type="spellEnd"/>
      <w:r w:rsidRPr="00174B8E">
        <w:rPr>
          <w:color w:val="auto"/>
        </w:rPr>
        <w:t xml:space="preserve">, w </w:t>
      </w:r>
      <w:proofErr w:type="spellStart"/>
      <w:r w:rsidRPr="00174B8E">
        <w:rPr>
          <w:color w:val="auto"/>
        </w:rPr>
        <w:t>kt</w:t>
      </w:r>
      <w:r w:rsidRPr="00174B8E">
        <w:rPr>
          <w:rFonts w:hint="cs"/>
          <w:color w:val="auto"/>
        </w:rPr>
        <w:t>ó</w:t>
      </w:r>
      <w:r w:rsidRPr="00174B8E">
        <w:rPr>
          <w:color w:val="auto"/>
        </w:rPr>
        <w:t>rym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osoba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ubezpieczona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przebywa</w:t>
      </w:r>
      <w:r w:rsidRPr="00174B8E">
        <w:rPr>
          <w:rFonts w:hint="cs"/>
          <w:color w:val="auto"/>
        </w:rPr>
        <w:t>ł</w:t>
      </w:r>
      <w:r w:rsidRPr="00174B8E">
        <w:rPr>
          <w:color w:val="auto"/>
        </w:rPr>
        <w:t>a</w:t>
      </w:r>
      <w:proofErr w:type="spellEnd"/>
      <w:r w:rsidRPr="00174B8E">
        <w:rPr>
          <w:color w:val="auto"/>
        </w:rPr>
        <w:t xml:space="preserve"> w </w:t>
      </w:r>
      <w:proofErr w:type="spellStart"/>
      <w:r w:rsidRPr="00174B8E">
        <w:rPr>
          <w:color w:val="auto"/>
        </w:rPr>
        <w:t>szpitalu</w:t>
      </w:r>
      <w:proofErr w:type="spellEnd"/>
      <w:r w:rsidRPr="00174B8E">
        <w:rPr>
          <w:color w:val="auto"/>
        </w:rPr>
        <w:t xml:space="preserve">, w </w:t>
      </w:r>
      <w:proofErr w:type="spellStart"/>
      <w:r w:rsidRPr="00174B8E">
        <w:rPr>
          <w:color w:val="auto"/>
        </w:rPr>
        <w:t>tym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dzie</w:t>
      </w:r>
      <w:r w:rsidRPr="00174B8E">
        <w:rPr>
          <w:rFonts w:hint="cs"/>
          <w:color w:val="auto"/>
        </w:rPr>
        <w:t>ń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przyj</w:t>
      </w:r>
      <w:r w:rsidRPr="00174B8E">
        <w:rPr>
          <w:rFonts w:hint="cs"/>
          <w:color w:val="auto"/>
        </w:rPr>
        <w:t>ę</w:t>
      </w:r>
      <w:r w:rsidRPr="00174B8E">
        <w:rPr>
          <w:color w:val="auto"/>
        </w:rPr>
        <w:t>cia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i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dzie</w:t>
      </w:r>
      <w:r w:rsidRPr="00174B8E">
        <w:rPr>
          <w:rFonts w:hint="cs"/>
          <w:color w:val="auto"/>
        </w:rPr>
        <w:t>ń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wypisu</w:t>
      </w:r>
      <w:proofErr w:type="spellEnd"/>
      <w:r w:rsidRPr="00174B8E">
        <w:rPr>
          <w:color w:val="auto"/>
        </w:rPr>
        <w:t xml:space="preserve">, </w:t>
      </w:r>
      <w:proofErr w:type="spellStart"/>
      <w:r w:rsidRPr="00174B8E">
        <w:rPr>
          <w:color w:val="auto"/>
        </w:rPr>
        <w:t>niezale</w:t>
      </w:r>
      <w:r w:rsidRPr="00174B8E">
        <w:rPr>
          <w:rFonts w:hint="cs"/>
          <w:color w:val="auto"/>
        </w:rPr>
        <w:t>ż</w:t>
      </w:r>
      <w:r w:rsidRPr="00174B8E">
        <w:rPr>
          <w:color w:val="auto"/>
        </w:rPr>
        <w:t>nie</w:t>
      </w:r>
      <w:proofErr w:type="spellEnd"/>
      <w:r w:rsidRPr="00174B8E">
        <w:rPr>
          <w:color w:val="auto"/>
        </w:rPr>
        <w:t xml:space="preserve"> od </w:t>
      </w:r>
      <w:proofErr w:type="spellStart"/>
      <w:r w:rsidRPr="00174B8E">
        <w:rPr>
          <w:color w:val="auto"/>
        </w:rPr>
        <w:t>liczby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godzin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pobytu</w:t>
      </w:r>
      <w:proofErr w:type="spellEnd"/>
      <w:r w:rsidRPr="00174B8E">
        <w:rPr>
          <w:color w:val="auto"/>
        </w:rPr>
        <w:t xml:space="preserve"> w </w:t>
      </w:r>
      <w:proofErr w:type="spellStart"/>
      <w:r w:rsidRPr="00174B8E">
        <w:rPr>
          <w:color w:val="auto"/>
        </w:rPr>
        <w:t>danym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dniu</w:t>
      </w:r>
      <w:proofErr w:type="spellEnd"/>
      <w:r w:rsidRPr="00174B8E">
        <w:rPr>
          <w:color w:val="auto"/>
        </w:rPr>
        <w:t xml:space="preserve">. </w:t>
      </w:r>
      <w:proofErr w:type="spellStart"/>
      <w:r w:rsidRPr="00174B8E">
        <w:rPr>
          <w:color w:val="auto"/>
        </w:rPr>
        <w:t>Pobyt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rozpocz</w:t>
      </w:r>
      <w:r w:rsidRPr="00174B8E">
        <w:rPr>
          <w:rFonts w:hint="cs"/>
          <w:color w:val="auto"/>
        </w:rPr>
        <w:t>ę</w:t>
      </w:r>
      <w:r w:rsidRPr="00174B8E">
        <w:rPr>
          <w:color w:val="auto"/>
        </w:rPr>
        <w:t>ty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i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zako</w:t>
      </w:r>
      <w:r w:rsidRPr="00174B8E">
        <w:rPr>
          <w:rFonts w:hint="cs"/>
          <w:color w:val="auto"/>
        </w:rPr>
        <w:t>ń</w:t>
      </w:r>
      <w:r w:rsidRPr="00174B8E">
        <w:rPr>
          <w:color w:val="auto"/>
        </w:rPr>
        <w:t>czony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tego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samego</w:t>
      </w:r>
      <w:proofErr w:type="spellEnd"/>
      <w:r w:rsidRPr="00174B8E">
        <w:rPr>
          <w:color w:val="auto"/>
        </w:rPr>
        <w:t xml:space="preserve"> dnia </w:t>
      </w:r>
      <w:proofErr w:type="spellStart"/>
      <w:r w:rsidRPr="00174B8E">
        <w:rPr>
          <w:color w:val="auto"/>
        </w:rPr>
        <w:t>kalendarzowego</w:t>
      </w:r>
      <w:proofErr w:type="spellEnd"/>
      <w:r w:rsidRPr="00174B8E">
        <w:rPr>
          <w:color w:val="auto"/>
        </w:rPr>
        <w:t xml:space="preserve">, w </w:t>
      </w:r>
      <w:proofErr w:type="spellStart"/>
      <w:r w:rsidRPr="00174B8E">
        <w:rPr>
          <w:color w:val="auto"/>
        </w:rPr>
        <w:t>tym</w:t>
      </w:r>
      <w:proofErr w:type="spellEnd"/>
      <w:r w:rsidRPr="00174B8E">
        <w:rPr>
          <w:color w:val="auto"/>
        </w:rPr>
        <w:t xml:space="preserve"> w </w:t>
      </w:r>
      <w:proofErr w:type="spellStart"/>
      <w:r w:rsidRPr="00174B8E">
        <w:rPr>
          <w:color w:val="auto"/>
        </w:rPr>
        <w:t>ramach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leczenia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jednego</w:t>
      </w:r>
      <w:proofErr w:type="spellEnd"/>
      <w:r w:rsidRPr="00174B8E">
        <w:rPr>
          <w:color w:val="auto"/>
        </w:rPr>
        <w:t xml:space="preserve"> dnia, </w:t>
      </w:r>
      <w:proofErr w:type="spellStart"/>
      <w:r w:rsidRPr="00174B8E">
        <w:rPr>
          <w:color w:val="auto"/>
        </w:rPr>
        <w:t>uznaje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si</w:t>
      </w:r>
      <w:r w:rsidRPr="00174B8E">
        <w:rPr>
          <w:rFonts w:hint="cs"/>
          <w:color w:val="auto"/>
        </w:rPr>
        <w:t>ę</w:t>
      </w:r>
      <w:proofErr w:type="spellEnd"/>
      <w:r w:rsidRPr="00174B8E">
        <w:rPr>
          <w:color w:val="auto"/>
        </w:rPr>
        <w:t xml:space="preserve"> za </w:t>
      </w:r>
      <w:proofErr w:type="spellStart"/>
      <w:r w:rsidRPr="00174B8E">
        <w:rPr>
          <w:color w:val="auto"/>
        </w:rPr>
        <w:t>jednodniowy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pobyt</w:t>
      </w:r>
      <w:proofErr w:type="spellEnd"/>
      <w:r w:rsidRPr="00174B8E">
        <w:rPr>
          <w:color w:val="auto"/>
        </w:rPr>
        <w:t xml:space="preserve"> w </w:t>
      </w:r>
      <w:proofErr w:type="spellStart"/>
      <w:r w:rsidRPr="00174B8E">
        <w:rPr>
          <w:color w:val="auto"/>
        </w:rPr>
        <w:t>szpitalu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uprawniaj</w:t>
      </w:r>
      <w:r w:rsidRPr="00174B8E">
        <w:rPr>
          <w:rFonts w:hint="cs"/>
          <w:color w:val="auto"/>
        </w:rPr>
        <w:t>ą</w:t>
      </w:r>
      <w:r w:rsidRPr="00174B8E">
        <w:rPr>
          <w:color w:val="auto"/>
        </w:rPr>
        <w:t>cy</w:t>
      </w:r>
      <w:proofErr w:type="spellEnd"/>
      <w:r w:rsidRPr="00174B8E">
        <w:rPr>
          <w:color w:val="auto"/>
        </w:rPr>
        <w:t xml:space="preserve"> do </w:t>
      </w:r>
      <w:proofErr w:type="spellStart"/>
      <w:r w:rsidRPr="00174B8E">
        <w:rPr>
          <w:rFonts w:hint="cs"/>
          <w:color w:val="auto"/>
        </w:rPr>
        <w:t>ś</w:t>
      </w:r>
      <w:r w:rsidRPr="00174B8E">
        <w:rPr>
          <w:color w:val="auto"/>
        </w:rPr>
        <w:t>wiadczenia</w:t>
      </w:r>
      <w:proofErr w:type="spellEnd"/>
      <w:r w:rsidRPr="00174B8E">
        <w:rPr>
          <w:color w:val="auto"/>
        </w:rPr>
        <w:t>.</w:t>
      </w:r>
      <w:r w:rsidR="000B7F23" w:rsidRPr="000B7F23">
        <w:t xml:space="preserve"> </w:t>
      </w:r>
      <w:proofErr w:type="spellStart"/>
      <w:r w:rsidR="000B7F23" w:rsidRPr="000B7F23">
        <w:rPr>
          <w:color w:val="auto"/>
        </w:rPr>
        <w:t>Pobyt</w:t>
      </w:r>
      <w:proofErr w:type="spellEnd"/>
      <w:r w:rsidR="000B7F23" w:rsidRPr="000B7F23">
        <w:rPr>
          <w:color w:val="auto"/>
        </w:rPr>
        <w:t xml:space="preserve"> </w:t>
      </w:r>
      <w:proofErr w:type="spellStart"/>
      <w:r w:rsidR="000B7F23" w:rsidRPr="000B7F23">
        <w:rPr>
          <w:color w:val="auto"/>
        </w:rPr>
        <w:t>wy</w:t>
      </w:r>
      <w:r w:rsidR="000B7F23" w:rsidRPr="000B7F23">
        <w:rPr>
          <w:rFonts w:hint="cs"/>
          <w:color w:val="auto"/>
        </w:rPr>
        <w:t>łą</w:t>
      </w:r>
      <w:r w:rsidR="000B7F23" w:rsidRPr="000B7F23">
        <w:rPr>
          <w:color w:val="auto"/>
        </w:rPr>
        <w:t>cznie</w:t>
      </w:r>
      <w:proofErr w:type="spellEnd"/>
      <w:r w:rsidR="000B7F23" w:rsidRPr="000B7F23">
        <w:rPr>
          <w:color w:val="auto"/>
        </w:rPr>
        <w:t xml:space="preserve"> </w:t>
      </w:r>
      <w:proofErr w:type="spellStart"/>
      <w:r w:rsidR="000B7F23" w:rsidRPr="000B7F23">
        <w:rPr>
          <w:color w:val="auto"/>
        </w:rPr>
        <w:t>na</w:t>
      </w:r>
      <w:proofErr w:type="spellEnd"/>
      <w:r w:rsidR="000B7F23" w:rsidRPr="000B7F23">
        <w:rPr>
          <w:color w:val="auto"/>
        </w:rPr>
        <w:t xml:space="preserve"> </w:t>
      </w:r>
      <w:proofErr w:type="spellStart"/>
      <w:r w:rsidR="000B7F23" w:rsidRPr="000B7F23">
        <w:rPr>
          <w:color w:val="auto"/>
        </w:rPr>
        <w:t>szpitalnym</w:t>
      </w:r>
      <w:proofErr w:type="spellEnd"/>
      <w:r w:rsidR="000B7F23" w:rsidRPr="000B7F23">
        <w:rPr>
          <w:color w:val="auto"/>
        </w:rPr>
        <w:t xml:space="preserve"> </w:t>
      </w:r>
      <w:proofErr w:type="spellStart"/>
      <w:r w:rsidR="000B7F23" w:rsidRPr="000B7F23">
        <w:rPr>
          <w:color w:val="auto"/>
        </w:rPr>
        <w:t>oddziale</w:t>
      </w:r>
      <w:proofErr w:type="spellEnd"/>
      <w:r w:rsidR="000B7F23" w:rsidRPr="000B7F23">
        <w:rPr>
          <w:color w:val="auto"/>
        </w:rPr>
        <w:t xml:space="preserve"> </w:t>
      </w:r>
      <w:proofErr w:type="spellStart"/>
      <w:r w:rsidR="000B7F23" w:rsidRPr="000B7F23">
        <w:rPr>
          <w:color w:val="auto"/>
        </w:rPr>
        <w:t>ratunkowym</w:t>
      </w:r>
      <w:proofErr w:type="spellEnd"/>
      <w:r w:rsidR="000B7F23" w:rsidRPr="000B7F23">
        <w:rPr>
          <w:color w:val="auto"/>
        </w:rPr>
        <w:t xml:space="preserve"> (SOR) </w:t>
      </w:r>
      <w:proofErr w:type="spellStart"/>
      <w:r w:rsidR="000B7F23" w:rsidRPr="000B7F23">
        <w:rPr>
          <w:color w:val="auto"/>
        </w:rPr>
        <w:t>nie</w:t>
      </w:r>
      <w:proofErr w:type="spellEnd"/>
      <w:r w:rsidR="000B7F23" w:rsidRPr="000B7F23">
        <w:rPr>
          <w:color w:val="auto"/>
        </w:rPr>
        <w:t xml:space="preserve"> </w:t>
      </w:r>
      <w:proofErr w:type="spellStart"/>
      <w:r w:rsidR="000B7F23" w:rsidRPr="000B7F23">
        <w:rPr>
          <w:color w:val="auto"/>
        </w:rPr>
        <w:t>stanowi</w:t>
      </w:r>
      <w:proofErr w:type="spellEnd"/>
      <w:r w:rsidR="000B7F23" w:rsidRPr="000B7F23">
        <w:rPr>
          <w:color w:val="auto"/>
        </w:rPr>
        <w:t xml:space="preserve"> </w:t>
      </w:r>
      <w:proofErr w:type="spellStart"/>
      <w:r w:rsidR="000B7F23" w:rsidRPr="000B7F23">
        <w:rPr>
          <w:color w:val="auto"/>
        </w:rPr>
        <w:t>pobytu</w:t>
      </w:r>
      <w:proofErr w:type="spellEnd"/>
      <w:r w:rsidR="000B7F23" w:rsidRPr="000B7F23">
        <w:rPr>
          <w:color w:val="auto"/>
        </w:rPr>
        <w:t xml:space="preserve"> w </w:t>
      </w:r>
      <w:proofErr w:type="spellStart"/>
      <w:r w:rsidR="000B7F23" w:rsidRPr="000B7F23">
        <w:rPr>
          <w:color w:val="auto"/>
        </w:rPr>
        <w:t>szpitalu</w:t>
      </w:r>
      <w:proofErr w:type="spellEnd"/>
      <w:r w:rsidR="000B7F23">
        <w:rPr>
          <w:color w:val="auto"/>
        </w:rPr>
        <w:t>.</w:t>
      </w:r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Podstaw</w:t>
      </w:r>
      <w:r w:rsidRPr="00174B8E">
        <w:rPr>
          <w:rFonts w:hint="cs"/>
          <w:color w:val="auto"/>
        </w:rPr>
        <w:t>ą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ustalenia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liczby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dni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pobytu</w:t>
      </w:r>
      <w:proofErr w:type="spellEnd"/>
      <w:r w:rsidRPr="00174B8E">
        <w:rPr>
          <w:color w:val="auto"/>
        </w:rPr>
        <w:t xml:space="preserve"> jest </w:t>
      </w:r>
      <w:proofErr w:type="spellStart"/>
      <w:r w:rsidRPr="00174B8E">
        <w:rPr>
          <w:color w:val="auto"/>
        </w:rPr>
        <w:t>dokumentacja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medyczna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potwierdzaj</w:t>
      </w:r>
      <w:r w:rsidRPr="00174B8E">
        <w:rPr>
          <w:rFonts w:hint="cs"/>
          <w:color w:val="auto"/>
        </w:rPr>
        <w:t>ą</w:t>
      </w:r>
      <w:r w:rsidRPr="00174B8E">
        <w:rPr>
          <w:color w:val="auto"/>
        </w:rPr>
        <w:t>ca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dat</w:t>
      </w:r>
      <w:r w:rsidRPr="00174B8E">
        <w:rPr>
          <w:rFonts w:hint="cs"/>
          <w:color w:val="auto"/>
        </w:rPr>
        <w:t>ę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przyj</w:t>
      </w:r>
      <w:r w:rsidRPr="00174B8E">
        <w:rPr>
          <w:rFonts w:hint="cs"/>
          <w:color w:val="auto"/>
        </w:rPr>
        <w:t>ę</w:t>
      </w:r>
      <w:r w:rsidRPr="00174B8E">
        <w:rPr>
          <w:color w:val="auto"/>
        </w:rPr>
        <w:t>cia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i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dat</w:t>
      </w:r>
      <w:r w:rsidRPr="00174B8E">
        <w:rPr>
          <w:rFonts w:hint="cs"/>
          <w:color w:val="auto"/>
        </w:rPr>
        <w:t>ę</w:t>
      </w:r>
      <w:proofErr w:type="spellEnd"/>
      <w:r w:rsidRPr="00174B8E">
        <w:rPr>
          <w:color w:val="auto"/>
        </w:rPr>
        <w:t xml:space="preserve"> </w:t>
      </w:r>
      <w:proofErr w:type="spellStart"/>
      <w:r w:rsidRPr="00174B8E">
        <w:rPr>
          <w:color w:val="auto"/>
        </w:rPr>
        <w:t>wypisu</w:t>
      </w:r>
      <w:proofErr w:type="spellEnd"/>
      <w:r w:rsidRPr="00174B8E">
        <w:rPr>
          <w:color w:val="auto"/>
        </w:rPr>
        <w:t>.</w:t>
      </w:r>
      <w:r w:rsidR="000B7F23">
        <w:rPr>
          <w:color w:val="auto"/>
        </w:rPr>
        <w:t xml:space="preserve"> </w:t>
      </w:r>
    </w:p>
    <w:p w14:paraId="03858174" w14:textId="77777777" w:rsidR="00A267DB" w:rsidRPr="00385283" w:rsidRDefault="00A267DB" w:rsidP="00A267DB">
      <w:pPr>
        <w:keepLines/>
        <w:rPr>
          <w:rFonts w:hint="eastAsia"/>
          <w:color w:val="auto"/>
        </w:rPr>
      </w:pPr>
      <w:proofErr w:type="spellStart"/>
      <w:r w:rsidRPr="00385283">
        <w:rPr>
          <w:color w:val="auto"/>
        </w:rPr>
        <w:t>Świadczenie</w:t>
      </w:r>
      <w:proofErr w:type="spellEnd"/>
      <w:r w:rsidRPr="00385283">
        <w:rPr>
          <w:color w:val="auto"/>
        </w:rPr>
        <w:t xml:space="preserve"> za </w:t>
      </w:r>
      <w:proofErr w:type="spellStart"/>
      <w:r w:rsidRPr="00385283">
        <w:rPr>
          <w:color w:val="auto"/>
        </w:rPr>
        <w:t>hospitalizację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przysługuje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według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stawek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określonych</w:t>
      </w:r>
      <w:proofErr w:type="spellEnd"/>
      <w:r w:rsidRPr="00385283">
        <w:rPr>
          <w:color w:val="auto"/>
        </w:rPr>
        <w:t xml:space="preserve"> w </w:t>
      </w:r>
      <w:proofErr w:type="spellStart"/>
      <w:r w:rsidRPr="00385283">
        <w:rPr>
          <w:color w:val="auto"/>
        </w:rPr>
        <w:t>wybranym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wariancie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ochrony</w:t>
      </w:r>
      <w:proofErr w:type="spellEnd"/>
      <w:r w:rsidRPr="00385283">
        <w:rPr>
          <w:color w:val="auto"/>
        </w:rPr>
        <w:t xml:space="preserve">, z </w:t>
      </w:r>
      <w:proofErr w:type="spellStart"/>
      <w:r w:rsidRPr="00385283">
        <w:rPr>
          <w:color w:val="auto"/>
        </w:rPr>
        <w:t>uwzględnieniem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przyczyny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pobytu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oraz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odpowiednich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stawek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dla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poszczególnych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okresów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leczenia</w:t>
      </w:r>
      <w:proofErr w:type="spellEnd"/>
      <w:r w:rsidRPr="00385283">
        <w:rPr>
          <w:color w:val="auto"/>
        </w:rPr>
        <w:t>.</w:t>
      </w:r>
    </w:p>
    <w:p w14:paraId="33C3E894" w14:textId="77777777" w:rsidR="00A267DB" w:rsidRDefault="00A267DB" w:rsidP="00A267DB">
      <w:pPr>
        <w:keepLines/>
        <w:rPr>
          <w:rFonts w:hint="eastAsia"/>
          <w:color w:val="auto"/>
        </w:rPr>
      </w:pPr>
      <w:proofErr w:type="spellStart"/>
      <w:r w:rsidRPr="00385283">
        <w:rPr>
          <w:color w:val="auto"/>
        </w:rPr>
        <w:t>Odrębne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wymagania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dotyczące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minimalnego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czasu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pobytu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na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oddziale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rehabilitacyjnym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oraz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hospitalizacji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dziecka</w:t>
      </w:r>
      <w:proofErr w:type="spellEnd"/>
      <w:r w:rsidRPr="00385283">
        <w:rPr>
          <w:color w:val="auto"/>
        </w:rPr>
        <w:t xml:space="preserve"> w </w:t>
      </w:r>
      <w:proofErr w:type="spellStart"/>
      <w:r w:rsidRPr="00385283">
        <w:rPr>
          <w:color w:val="auto"/>
        </w:rPr>
        <w:t>dodatkowym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pakiecie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ochrony</w:t>
      </w:r>
      <w:proofErr w:type="spellEnd"/>
      <w:r w:rsidRPr="00385283">
        <w:rPr>
          <w:color w:val="auto"/>
        </w:rPr>
        <w:t xml:space="preserve"> </w:t>
      </w:r>
      <w:proofErr w:type="spellStart"/>
      <w:r w:rsidRPr="00385283">
        <w:rPr>
          <w:color w:val="auto"/>
        </w:rPr>
        <w:t>dziecka</w:t>
      </w:r>
      <w:proofErr w:type="spellEnd"/>
      <w:r w:rsidRPr="00385283">
        <w:rPr>
          <w:color w:val="auto"/>
        </w:rPr>
        <w:t xml:space="preserve"> </w:t>
      </w:r>
      <w:proofErr w:type="spellStart"/>
      <w:r w:rsidR="00FB6621" w:rsidRPr="00FB6621">
        <w:rPr>
          <w:color w:val="auto"/>
        </w:rPr>
        <w:t>okre</w:t>
      </w:r>
      <w:r w:rsidR="00FB6621" w:rsidRPr="00FB6621">
        <w:rPr>
          <w:rFonts w:hint="cs"/>
          <w:color w:val="auto"/>
        </w:rPr>
        <w:t>ś</w:t>
      </w:r>
      <w:r w:rsidR="00FB6621" w:rsidRPr="00FB6621">
        <w:rPr>
          <w:color w:val="auto"/>
        </w:rPr>
        <w:t>laj</w:t>
      </w:r>
      <w:r w:rsidR="00FB6621" w:rsidRPr="00FB6621">
        <w:rPr>
          <w:rFonts w:hint="cs"/>
          <w:color w:val="auto"/>
        </w:rPr>
        <w:t>ą</w:t>
      </w:r>
      <w:proofErr w:type="spellEnd"/>
      <w:r w:rsidR="00FB6621" w:rsidRPr="00FB6621">
        <w:rPr>
          <w:color w:val="auto"/>
        </w:rPr>
        <w:t xml:space="preserve"> </w:t>
      </w:r>
      <w:proofErr w:type="spellStart"/>
      <w:r w:rsidR="00FB6621" w:rsidRPr="00FB6621">
        <w:rPr>
          <w:color w:val="auto"/>
        </w:rPr>
        <w:t>odpowiednio</w:t>
      </w:r>
      <w:proofErr w:type="spellEnd"/>
      <w:r w:rsidR="00FB6621" w:rsidRPr="00FB6621">
        <w:rPr>
          <w:color w:val="auto"/>
        </w:rPr>
        <w:t xml:space="preserve"> </w:t>
      </w:r>
      <w:proofErr w:type="spellStart"/>
      <w:r w:rsidR="00FB6621" w:rsidRPr="00FB6621">
        <w:rPr>
          <w:color w:val="auto"/>
        </w:rPr>
        <w:t>Za</w:t>
      </w:r>
      <w:r w:rsidR="00FB6621" w:rsidRPr="00FB6621">
        <w:rPr>
          <w:rFonts w:hint="cs"/>
          <w:color w:val="auto"/>
        </w:rPr>
        <w:t>łą</w:t>
      </w:r>
      <w:r w:rsidR="00FB6621" w:rsidRPr="00FB6621">
        <w:rPr>
          <w:color w:val="auto"/>
        </w:rPr>
        <w:t>cznik</w:t>
      </w:r>
      <w:proofErr w:type="spellEnd"/>
      <w:r w:rsidR="00FB6621" w:rsidRPr="00FB6621">
        <w:rPr>
          <w:color w:val="auto"/>
        </w:rPr>
        <w:t xml:space="preserve"> nr 1 </w:t>
      </w:r>
      <w:proofErr w:type="spellStart"/>
      <w:r w:rsidR="00FB6621" w:rsidRPr="00FB6621">
        <w:rPr>
          <w:color w:val="auto"/>
        </w:rPr>
        <w:t>i</w:t>
      </w:r>
      <w:proofErr w:type="spellEnd"/>
      <w:r w:rsidR="00FB6621" w:rsidRPr="00FB6621">
        <w:rPr>
          <w:color w:val="auto"/>
        </w:rPr>
        <w:t xml:space="preserve"> </w:t>
      </w:r>
      <w:proofErr w:type="spellStart"/>
      <w:r w:rsidR="00FB6621" w:rsidRPr="00FB6621">
        <w:rPr>
          <w:color w:val="auto"/>
        </w:rPr>
        <w:t>Za</w:t>
      </w:r>
      <w:r w:rsidR="00FB6621" w:rsidRPr="00FB6621">
        <w:rPr>
          <w:rFonts w:hint="cs"/>
          <w:color w:val="auto"/>
        </w:rPr>
        <w:t>łą</w:t>
      </w:r>
      <w:r w:rsidR="00FB6621" w:rsidRPr="00FB6621">
        <w:rPr>
          <w:color w:val="auto"/>
        </w:rPr>
        <w:t>cznik</w:t>
      </w:r>
      <w:proofErr w:type="spellEnd"/>
      <w:r w:rsidR="00FB6621" w:rsidRPr="00FB6621">
        <w:rPr>
          <w:color w:val="auto"/>
        </w:rPr>
        <w:t xml:space="preserve"> nr 2</w:t>
      </w:r>
      <w:r w:rsidRPr="00385283">
        <w:rPr>
          <w:color w:val="auto"/>
        </w:rPr>
        <w:t>.</w:t>
      </w:r>
    </w:p>
    <w:p w14:paraId="7DBE3A66" w14:textId="77777777" w:rsidR="00C8288F" w:rsidRPr="00385283" w:rsidRDefault="00C8288F" w:rsidP="00C8288F">
      <w:pPr>
        <w:pStyle w:val="Nagwek2"/>
        <w:rPr>
          <w:color w:val="auto"/>
        </w:rPr>
      </w:pPr>
      <w:r w:rsidRPr="00385283">
        <w:rPr>
          <w:color w:val="auto"/>
        </w:rPr>
        <w:t>4.</w:t>
      </w:r>
      <w:r>
        <w:rPr>
          <w:color w:val="auto"/>
        </w:rPr>
        <w:t>9</w:t>
      </w:r>
      <w:r w:rsidRPr="00385283">
        <w:rPr>
          <w:color w:val="auto"/>
        </w:rPr>
        <w:t xml:space="preserve">. </w:t>
      </w:r>
      <w:proofErr w:type="spellStart"/>
      <w:r>
        <w:rPr>
          <w:color w:val="auto"/>
        </w:rPr>
        <w:t>Świadczenie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apteczne</w:t>
      </w:r>
      <w:proofErr w:type="spellEnd"/>
    </w:p>
    <w:p w14:paraId="05D34395" w14:textId="77777777" w:rsidR="00C8288F" w:rsidRPr="00385283" w:rsidRDefault="00C8288F" w:rsidP="00A267DB">
      <w:pPr>
        <w:keepLines/>
        <w:rPr>
          <w:rFonts w:hint="eastAsia"/>
          <w:color w:val="auto"/>
        </w:rPr>
      </w:pPr>
      <w:proofErr w:type="spellStart"/>
      <w:r w:rsidRPr="00C8288F">
        <w:rPr>
          <w:rFonts w:hint="cs"/>
          <w:color w:val="auto"/>
        </w:rPr>
        <w:t>Ś</w:t>
      </w:r>
      <w:r w:rsidRPr="00C8288F">
        <w:rPr>
          <w:color w:val="auto"/>
        </w:rPr>
        <w:t>wiadczenie</w:t>
      </w:r>
      <w:proofErr w:type="spellEnd"/>
      <w:r w:rsidRPr="00C8288F">
        <w:rPr>
          <w:color w:val="auto"/>
        </w:rPr>
        <w:t xml:space="preserve"> </w:t>
      </w:r>
      <w:proofErr w:type="spellStart"/>
      <w:r w:rsidRPr="00C8288F">
        <w:rPr>
          <w:color w:val="auto"/>
        </w:rPr>
        <w:t>apteczne</w:t>
      </w:r>
      <w:proofErr w:type="spellEnd"/>
      <w:r w:rsidRPr="00C8288F">
        <w:rPr>
          <w:color w:val="auto"/>
        </w:rPr>
        <w:t xml:space="preserve"> </w:t>
      </w:r>
      <w:r w:rsidRPr="00C8288F">
        <w:rPr>
          <w:rFonts w:hint="cs"/>
          <w:color w:val="auto"/>
        </w:rPr>
        <w:t>–</w:t>
      </w:r>
      <w:r w:rsidRPr="00C8288F">
        <w:rPr>
          <w:color w:val="auto"/>
        </w:rPr>
        <w:t xml:space="preserve"> </w:t>
      </w:r>
      <w:proofErr w:type="spellStart"/>
      <w:r w:rsidRPr="00C8288F">
        <w:rPr>
          <w:color w:val="auto"/>
        </w:rPr>
        <w:t>pokrycie</w:t>
      </w:r>
      <w:proofErr w:type="spellEnd"/>
      <w:r w:rsidRPr="00C8288F">
        <w:rPr>
          <w:color w:val="auto"/>
        </w:rPr>
        <w:t xml:space="preserve"> </w:t>
      </w:r>
      <w:proofErr w:type="spellStart"/>
      <w:r w:rsidRPr="00C8288F">
        <w:rPr>
          <w:color w:val="auto"/>
        </w:rPr>
        <w:t>koszt</w:t>
      </w:r>
      <w:r w:rsidRPr="00C8288F">
        <w:rPr>
          <w:rFonts w:hint="cs"/>
          <w:color w:val="auto"/>
        </w:rPr>
        <w:t>ó</w:t>
      </w:r>
      <w:r w:rsidRPr="00C8288F">
        <w:rPr>
          <w:color w:val="auto"/>
        </w:rPr>
        <w:t>w</w:t>
      </w:r>
      <w:proofErr w:type="spellEnd"/>
      <w:r w:rsidRPr="00C8288F">
        <w:rPr>
          <w:color w:val="auto"/>
        </w:rPr>
        <w:t xml:space="preserve"> </w:t>
      </w:r>
      <w:proofErr w:type="spellStart"/>
      <w:r w:rsidRPr="00C8288F">
        <w:rPr>
          <w:color w:val="auto"/>
        </w:rPr>
        <w:t>lek</w:t>
      </w:r>
      <w:r w:rsidRPr="00C8288F">
        <w:rPr>
          <w:rFonts w:hint="cs"/>
          <w:color w:val="auto"/>
        </w:rPr>
        <w:t>ó</w:t>
      </w:r>
      <w:r w:rsidRPr="00C8288F">
        <w:rPr>
          <w:color w:val="auto"/>
        </w:rPr>
        <w:t>w</w:t>
      </w:r>
      <w:proofErr w:type="spellEnd"/>
      <w:r w:rsidRPr="00C8288F">
        <w:rPr>
          <w:color w:val="auto"/>
        </w:rPr>
        <w:t xml:space="preserve"> </w:t>
      </w:r>
      <w:proofErr w:type="spellStart"/>
      <w:r w:rsidRPr="00C8288F">
        <w:rPr>
          <w:color w:val="auto"/>
        </w:rPr>
        <w:t>i</w:t>
      </w:r>
      <w:proofErr w:type="spellEnd"/>
      <w:r w:rsidRPr="00C8288F">
        <w:rPr>
          <w:color w:val="auto"/>
        </w:rPr>
        <w:t xml:space="preserve"> </w:t>
      </w:r>
      <w:proofErr w:type="spellStart"/>
      <w:r w:rsidRPr="00C8288F">
        <w:rPr>
          <w:color w:val="auto"/>
        </w:rPr>
        <w:t>wyrob</w:t>
      </w:r>
      <w:r w:rsidRPr="00C8288F">
        <w:rPr>
          <w:rFonts w:hint="cs"/>
          <w:color w:val="auto"/>
        </w:rPr>
        <w:t>ó</w:t>
      </w:r>
      <w:r w:rsidRPr="00C8288F">
        <w:rPr>
          <w:color w:val="auto"/>
        </w:rPr>
        <w:t>w</w:t>
      </w:r>
      <w:proofErr w:type="spellEnd"/>
      <w:r w:rsidRPr="00C8288F">
        <w:rPr>
          <w:color w:val="auto"/>
        </w:rPr>
        <w:t xml:space="preserve"> </w:t>
      </w:r>
      <w:proofErr w:type="spellStart"/>
      <w:r w:rsidRPr="00C8288F">
        <w:rPr>
          <w:color w:val="auto"/>
        </w:rPr>
        <w:t>medycznych</w:t>
      </w:r>
      <w:proofErr w:type="spellEnd"/>
      <w:r w:rsidRPr="00C8288F">
        <w:rPr>
          <w:color w:val="auto"/>
        </w:rPr>
        <w:t xml:space="preserve"> </w:t>
      </w:r>
      <w:proofErr w:type="spellStart"/>
      <w:r w:rsidRPr="00C8288F">
        <w:rPr>
          <w:color w:val="auto"/>
        </w:rPr>
        <w:t>zaleconych</w:t>
      </w:r>
      <w:proofErr w:type="spellEnd"/>
      <w:r w:rsidRPr="00C8288F">
        <w:rPr>
          <w:color w:val="auto"/>
        </w:rPr>
        <w:t xml:space="preserve"> </w:t>
      </w:r>
      <w:proofErr w:type="spellStart"/>
      <w:r w:rsidRPr="00C8288F">
        <w:rPr>
          <w:color w:val="auto"/>
        </w:rPr>
        <w:t>przez</w:t>
      </w:r>
      <w:proofErr w:type="spellEnd"/>
      <w:r w:rsidRPr="00C8288F">
        <w:rPr>
          <w:color w:val="auto"/>
        </w:rPr>
        <w:t xml:space="preserve"> </w:t>
      </w:r>
      <w:proofErr w:type="spellStart"/>
      <w:r w:rsidRPr="00C8288F">
        <w:rPr>
          <w:color w:val="auto"/>
        </w:rPr>
        <w:t>lekarza</w:t>
      </w:r>
      <w:proofErr w:type="spellEnd"/>
      <w:r w:rsidRPr="00C8288F">
        <w:rPr>
          <w:color w:val="auto"/>
        </w:rPr>
        <w:t xml:space="preserve"> w </w:t>
      </w:r>
      <w:proofErr w:type="spellStart"/>
      <w:r w:rsidRPr="00C8288F">
        <w:rPr>
          <w:color w:val="auto"/>
        </w:rPr>
        <w:t>zwi</w:t>
      </w:r>
      <w:r w:rsidRPr="00C8288F">
        <w:rPr>
          <w:rFonts w:hint="cs"/>
          <w:color w:val="auto"/>
        </w:rPr>
        <w:t>ą</w:t>
      </w:r>
      <w:r w:rsidRPr="00C8288F">
        <w:rPr>
          <w:color w:val="auto"/>
        </w:rPr>
        <w:t>zku</w:t>
      </w:r>
      <w:proofErr w:type="spellEnd"/>
      <w:r w:rsidRPr="00C8288F">
        <w:rPr>
          <w:color w:val="auto"/>
        </w:rPr>
        <w:t xml:space="preserve"> z </w:t>
      </w:r>
      <w:proofErr w:type="spellStart"/>
      <w:r w:rsidRPr="00C8288F">
        <w:rPr>
          <w:color w:val="auto"/>
        </w:rPr>
        <w:t>pobytem</w:t>
      </w:r>
      <w:proofErr w:type="spellEnd"/>
      <w:r w:rsidRPr="00C8288F">
        <w:rPr>
          <w:color w:val="auto"/>
        </w:rPr>
        <w:t xml:space="preserve"> w </w:t>
      </w:r>
      <w:proofErr w:type="spellStart"/>
      <w:r w:rsidRPr="00C8288F">
        <w:rPr>
          <w:color w:val="auto"/>
        </w:rPr>
        <w:t>szpitalu</w:t>
      </w:r>
      <w:proofErr w:type="spellEnd"/>
      <w:r w:rsidRPr="00C8288F">
        <w:rPr>
          <w:color w:val="auto"/>
        </w:rPr>
        <w:t xml:space="preserve">, </w:t>
      </w:r>
      <w:proofErr w:type="spellStart"/>
      <w:r w:rsidRPr="00C8288F">
        <w:rPr>
          <w:color w:val="auto"/>
        </w:rPr>
        <w:t>zakupionych</w:t>
      </w:r>
      <w:proofErr w:type="spellEnd"/>
      <w:r w:rsidRPr="00C8288F">
        <w:rPr>
          <w:color w:val="auto"/>
        </w:rPr>
        <w:t xml:space="preserve"> w </w:t>
      </w:r>
      <w:proofErr w:type="spellStart"/>
      <w:r w:rsidRPr="00C8288F">
        <w:rPr>
          <w:color w:val="auto"/>
        </w:rPr>
        <w:t>ci</w:t>
      </w:r>
      <w:r w:rsidRPr="00C8288F">
        <w:rPr>
          <w:rFonts w:hint="cs"/>
          <w:color w:val="auto"/>
        </w:rPr>
        <w:t>ą</w:t>
      </w:r>
      <w:r w:rsidRPr="00C8288F">
        <w:rPr>
          <w:color w:val="auto"/>
        </w:rPr>
        <w:t>gu</w:t>
      </w:r>
      <w:proofErr w:type="spellEnd"/>
      <w:r w:rsidRPr="00C8288F">
        <w:rPr>
          <w:color w:val="auto"/>
        </w:rPr>
        <w:t xml:space="preserve"> 30 </w:t>
      </w:r>
      <w:proofErr w:type="spellStart"/>
      <w:r w:rsidRPr="00C8288F">
        <w:rPr>
          <w:color w:val="auto"/>
        </w:rPr>
        <w:t>dni</w:t>
      </w:r>
      <w:proofErr w:type="spellEnd"/>
      <w:r w:rsidRPr="00C8288F">
        <w:rPr>
          <w:color w:val="auto"/>
        </w:rPr>
        <w:t xml:space="preserve"> od </w:t>
      </w:r>
      <w:proofErr w:type="spellStart"/>
      <w:r w:rsidRPr="00C8288F">
        <w:rPr>
          <w:color w:val="auto"/>
        </w:rPr>
        <w:t>jego</w:t>
      </w:r>
      <w:proofErr w:type="spellEnd"/>
      <w:r w:rsidRPr="00C8288F">
        <w:rPr>
          <w:color w:val="auto"/>
        </w:rPr>
        <w:t xml:space="preserve"> </w:t>
      </w:r>
      <w:proofErr w:type="spellStart"/>
      <w:r w:rsidRPr="00C8288F">
        <w:rPr>
          <w:color w:val="auto"/>
        </w:rPr>
        <w:t>zako</w:t>
      </w:r>
      <w:r w:rsidRPr="00C8288F">
        <w:rPr>
          <w:rFonts w:hint="cs"/>
          <w:color w:val="auto"/>
        </w:rPr>
        <w:t>ń</w:t>
      </w:r>
      <w:r w:rsidRPr="00C8288F">
        <w:rPr>
          <w:color w:val="auto"/>
        </w:rPr>
        <w:t>czenia</w:t>
      </w:r>
      <w:proofErr w:type="spellEnd"/>
      <w:r w:rsidRPr="00C8288F">
        <w:rPr>
          <w:color w:val="auto"/>
        </w:rPr>
        <w:t xml:space="preserve">, do </w:t>
      </w:r>
      <w:proofErr w:type="spellStart"/>
      <w:r w:rsidRPr="00C8288F">
        <w:rPr>
          <w:color w:val="auto"/>
        </w:rPr>
        <w:t>kwoty</w:t>
      </w:r>
      <w:proofErr w:type="spellEnd"/>
      <w:r w:rsidRPr="00C8288F">
        <w:rPr>
          <w:color w:val="auto"/>
        </w:rPr>
        <w:t xml:space="preserve"> </w:t>
      </w:r>
      <w:proofErr w:type="spellStart"/>
      <w:r w:rsidRPr="00C8288F">
        <w:rPr>
          <w:color w:val="auto"/>
        </w:rPr>
        <w:t>wskazanej</w:t>
      </w:r>
      <w:proofErr w:type="spellEnd"/>
      <w:r w:rsidRPr="00C8288F">
        <w:rPr>
          <w:color w:val="auto"/>
        </w:rPr>
        <w:t xml:space="preserve"> w </w:t>
      </w:r>
      <w:proofErr w:type="spellStart"/>
      <w:r w:rsidRPr="00C8288F">
        <w:rPr>
          <w:color w:val="auto"/>
        </w:rPr>
        <w:t>tabeli</w:t>
      </w:r>
      <w:proofErr w:type="spellEnd"/>
      <w:r w:rsidRPr="00C8288F">
        <w:rPr>
          <w:color w:val="auto"/>
        </w:rPr>
        <w:t xml:space="preserve"> </w:t>
      </w:r>
      <w:proofErr w:type="spellStart"/>
      <w:r w:rsidRPr="00C8288F">
        <w:rPr>
          <w:color w:val="auto"/>
        </w:rPr>
        <w:t>na</w:t>
      </w:r>
      <w:proofErr w:type="spellEnd"/>
      <w:r w:rsidRPr="00C8288F">
        <w:rPr>
          <w:color w:val="auto"/>
        </w:rPr>
        <w:t xml:space="preserve"> </w:t>
      </w:r>
      <w:proofErr w:type="spellStart"/>
      <w:r w:rsidRPr="00C8288F">
        <w:rPr>
          <w:color w:val="auto"/>
        </w:rPr>
        <w:t>ka</w:t>
      </w:r>
      <w:r w:rsidRPr="00C8288F">
        <w:rPr>
          <w:rFonts w:hint="cs"/>
          <w:color w:val="auto"/>
        </w:rPr>
        <w:t>ż</w:t>
      </w:r>
      <w:r w:rsidRPr="00C8288F">
        <w:rPr>
          <w:color w:val="auto"/>
        </w:rPr>
        <w:t>dy</w:t>
      </w:r>
      <w:proofErr w:type="spellEnd"/>
      <w:r w:rsidRPr="00C8288F">
        <w:rPr>
          <w:color w:val="auto"/>
        </w:rPr>
        <w:t xml:space="preserve"> </w:t>
      </w:r>
      <w:proofErr w:type="spellStart"/>
      <w:r w:rsidRPr="00C8288F">
        <w:rPr>
          <w:color w:val="auto"/>
        </w:rPr>
        <w:t>pobyt</w:t>
      </w:r>
      <w:proofErr w:type="spellEnd"/>
      <w:r w:rsidRPr="00C8288F">
        <w:rPr>
          <w:color w:val="auto"/>
        </w:rPr>
        <w:t xml:space="preserve">. </w:t>
      </w:r>
      <w:proofErr w:type="spellStart"/>
      <w:r w:rsidRPr="00C8288F">
        <w:rPr>
          <w:color w:val="auto"/>
        </w:rPr>
        <w:t>Oferent</w:t>
      </w:r>
      <w:proofErr w:type="spellEnd"/>
      <w:r w:rsidRPr="00C8288F">
        <w:rPr>
          <w:color w:val="auto"/>
        </w:rPr>
        <w:t xml:space="preserve"> </w:t>
      </w:r>
      <w:proofErr w:type="spellStart"/>
      <w:r w:rsidRPr="00C8288F">
        <w:rPr>
          <w:color w:val="auto"/>
        </w:rPr>
        <w:t>wska</w:t>
      </w:r>
      <w:r w:rsidRPr="00C8288F">
        <w:rPr>
          <w:rFonts w:hint="cs"/>
          <w:color w:val="auto"/>
        </w:rPr>
        <w:t>ż</w:t>
      </w:r>
      <w:r w:rsidRPr="00C8288F">
        <w:rPr>
          <w:color w:val="auto"/>
        </w:rPr>
        <w:t>e</w:t>
      </w:r>
      <w:proofErr w:type="spellEnd"/>
      <w:r w:rsidRPr="00C8288F">
        <w:rPr>
          <w:color w:val="auto"/>
        </w:rPr>
        <w:t xml:space="preserve"> </w:t>
      </w:r>
      <w:proofErr w:type="spellStart"/>
      <w:r w:rsidRPr="00C8288F">
        <w:rPr>
          <w:color w:val="auto"/>
        </w:rPr>
        <w:t>form</w:t>
      </w:r>
      <w:r w:rsidRPr="00C8288F">
        <w:rPr>
          <w:rFonts w:hint="cs"/>
          <w:color w:val="auto"/>
        </w:rPr>
        <w:t>ę</w:t>
      </w:r>
      <w:proofErr w:type="spellEnd"/>
      <w:r w:rsidRPr="00C8288F">
        <w:rPr>
          <w:color w:val="auto"/>
        </w:rPr>
        <w:t xml:space="preserve"> </w:t>
      </w:r>
      <w:proofErr w:type="spellStart"/>
      <w:r w:rsidRPr="00C8288F">
        <w:rPr>
          <w:color w:val="auto"/>
        </w:rPr>
        <w:t>realizacji</w:t>
      </w:r>
      <w:proofErr w:type="spellEnd"/>
      <w:r w:rsidRPr="00C8288F">
        <w:rPr>
          <w:color w:val="auto"/>
        </w:rPr>
        <w:t xml:space="preserve"> (</w:t>
      </w:r>
      <w:proofErr w:type="spellStart"/>
      <w:r w:rsidRPr="00C8288F">
        <w:rPr>
          <w:color w:val="auto"/>
        </w:rPr>
        <w:t>zwrot</w:t>
      </w:r>
      <w:proofErr w:type="spellEnd"/>
      <w:r w:rsidRPr="00C8288F">
        <w:rPr>
          <w:color w:val="auto"/>
        </w:rPr>
        <w:t xml:space="preserve"> </w:t>
      </w:r>
      <w:proofErr w:type="spellStart"/>
      <w:r w:rsidRPr="00C8288F">
        <w:rPr>
          <w:color w:val="auto"/>
        </w:rPr>
        <w:t>koszt</w:t>
      </w:r>
      <w:r w:rsidRPr="00C8288F">
        <w:rPr>
          <w:rFonts w:hint="cs"/>
          <w:color w:val="auto"/>
        </w:rPr>
        <w:t>ó</w:t>
      </w:r>
      <w:r w:rsidRPr="00C8288F">
        <w:rPr>
          <w:color w:val="auto"/>
        </w:rPr>
        <w:t>w</w:t>
      </w:r>
      <w:proofErr w:type="spellEnd"/>
      <w:r w:rsidR="00863A57">
        <w:rPr>
          <w:color w:val="auto"/>
        </w:rPr>
        <w:t xml:space="preserve">, </w:t>
      </w:r>
      <w:proofErr w:type="spellStart"/>
      <w:r w:rsidR="00863A57">
        <w:rPr>
          <w:color w:val="auto"/>
        </w:rPr>
        <w:t>wydanie</w:t>
      </w:r>
      <w:proofErr w:type="spellEnd"/>
      <w:r w:rsidR="00863A57">
        <w:rPr>
          <w:color w:val="auto"/>
        </w:rPr>
        <w:t xml:space="preserve"> </w:t>
      </w:r>
      <w:proofErr w:type="spellStart"/>
      <w:r w:rsidR="00863A57">
        <w:rPr>
          <w:color w:val="auto"/>
        </w:rPr>
        <w:t>dedykowanej</w:t>
      </w:r>
      <w:proofErr w:type="spellEnd"/>
      <w:r w:rsidR="00863A57">
        <w:rPr>
          <w:color w:val="auto"/>
        </w:rPr>
        <w:t xml:space="preserve"> </w:t>
      </w:r>
      <w:proofErr w:type="spellStart"/>
      <w:r w:rsidR="00863A57">
        <w:rPr>
          <w:color w:val="auto"/>
        </w:rPr>
        <w:t>karty</w:t>
      </w:r>
      <w:proofErr w:type="spellEnd"/>
      <w:r w:rsidRPr="00C8288F">
        <w:rPr>
          <w:color w:val="auto"/>
        </w:rPr>
        <w:t xml:space="preserve"> </w:t>
      </w:r>
      <w:proofErr w:type="spellStart"/>
      <w:r w:rsidR="00863A57">
        <w:rPr>
          <w:color w:val="auto"/>
        </w:rPr>
        <w:t>płatniczej</w:t>
      </w:r>
      <w:proofErr w:type="spellEnd"/>
      <w:r w:rsidR="00863A57">
        <w:rPr>
          <w:color w:val="auto"/>
        </w:rPr>
        <w:t xml:space="preserve"> </w:t>
      </w:r>
      <w:proofErr w:type="spellStart"/>
      <w:r w:rsidRPr="00C8288F">
        <w:rPr>
          <w:color w:val="auto"/>
        </w:rPr>
        <w:t>lub</w:t>
      </w:r>
      <w:proofErr w:type="spellEnd"/>
      <w:r w:rsidRPr="00C8288F">
        <w:rPr>
          <w:color w:val="auto"/>
        </w:rPr>
        <w:t xml:space="preserve"> </w:t>
      </w:r>
      <w:proofErr w:type="spellStart"/>
      <w:r w:rsidRPr="00C8288F">
        <w:rPr>
          <w:color w:val="auto"/>
        </w:rPr>
        <w:t>sie</w:t>
      </w:r>
      <w:r w:rsidRPr="00C8288F">
        <w:rPr>
          <w:rFonts w:hint="cs"/>
          <w:color w:val="auto"/>
        </w:rPr>
        <w:t>ć</w:t>
      </w:r>
      <w:proofErr w:type="spellEnd"/>
      <w:r w:rsidRPr="00C8288F">
        <w:rPr>
          <w:color w:val="auto"/>
        </w:rPr>
        <w:t xml:space="preserve"> </w:t>
      </w:r>
      <w:proofErr w:type="spellStart"/>
      <w:r w:rsidRPr="00C8288F">
        <w:rPr>
          <w:color w:val="auto"/>
        </w:rPr>
        <w:t>aptek</w:t>
      </w:r>
      <w:proofErr w:type="spellEnd"/>
      <w:r w:rsidRPr="00C8288F">
        <w:rPr>
          <w:color w:val="auto"/>
        </w:rPr>
        <w:t xml:space="preserve">) </w:t>
      </w:r>
      <w:proofErr w:type="spellStart"/>
      <w:r w:rsidRPr="00C8288F">
        <w:rPr>
          <w:color w:val="auto"/>
        </w:rPr>
        <w:t>oraz</w:t>
      </w:r>
      <w:proofErr w:type="spellEnd"/>
      <w:r w:rsidRPr="00C8288F">
        <w:rPr>
          <w:color w:val="auto"/>
        </w:rPr>
        <w:t xml:space="preserve"> </w:t>
      </w:r>
      <w:proofErr w:type="spellStart"/>
      <w:r w:rsidRPr="00C8288F">
        <w:rPr>
          <w:color w:val="auto"/>
        </w:rPr>
        <w:t>dost</w:t>
      </w:r>
      <w:r w:rsidRPr="00C8288F">
        <w:rPr>
          <w:rFonts w:hint="cs"/>
          <w:color w:val="auto"/>
        </w:rPr>
        <w:t>ę</w:t>
      </w:r>
      <w:r w:rsidRPr="00C8288F">
        <w:rPr>
          <w:color w:val="auto"/>
        </w:rPr>
        <w:t>pno</w:t>
      </w:r>
      <w:r w:rsidRPr="00C8288F">
        <w:rPr>
          <w:rFonts w:hint="cs"/>
          <w:color w:val="auto"/>
        </w:rPr>
        <w:t>ść</w:t>
      </w:r>
      <w:proofErr w:type="spellEnd"/>
      <w:r w:rsidRPr="00C8288F">
        <w:rPr>
          <w:color w:val="auto"/>
        </w:rPr>
        <w:t xml:space="preserve"> </w:t>
      </w:r>
      <w:proofErr w:type="spellStart"/>
      <w:r w:rsidRPr="00C8288F">
        <w:rPr>
          <w:color w:val="auto"/>
        </w:rPr>
        <w:t>aptek</w:t>
      </w:r>
      <w:proofErr w:type="spellEnd"/>
      <w:r w:rsidRPr="00C8288F">
        <w:rPr>
          <w:color w:val="auto"/>
        </w:rPr>
        <w:t xml:space="preserve"> </w:t>
      </w:r>
      <w:proofErr w:type="spellStart"/>
      <w:r w:rsidRPr="00C8288F">
        <w:rPr>
          <w:color w:val="auto"/>
        </w:rPr>
        <w:t>na</w:t>
      </w:r>
      <w:proofErr w:type="spellEnd"/>
      <w:r w:rsidRPr="00C8288F">
        <w:rPr>
          <w:color w:val="auto"/>
        </w:rPr>
        <w:t xml:space="preserve"> </w:t>
      </w:r>
      <w:proofErr w:type="spellStart"/>
      <w:r w:rsidRPr="00C8288F">
        <w:rPr>
          <w:color w:val="auto"/>
        </w:rPr>
        <w:t>terenie</w:t>
      </w:r>
      <w:proofErr w:type="spellEnd"/>
      <w:r w:rsidRPr="00C8288F">
        <w:rPr>
          <w:color w:val="auto"/>
        </w:rPr>
        <w:t xml:space="preserve"> </w:t>
      </w:r>
      <w:proofErr w:type="spellStart"/>
      <w:r w:rsidRPr="00C8288F">
        <w:rPr>
          <w:color w:val="auto"/>
        </w:rPr>
        <w:t>wojew</w:t>
      </w:r>
      <w:r w:rsidRPr="00C8288F">
        <w:rPr>
          <w:rFonts w:hint="cs"/>
          <w:color w:val="auto"/>
        </w:rPr>
        <w:t>ó</w:t>
      </w:r>
      <w:r w:rsidRPr="00C8288F">
        <w:rPr>
          <w:color w:val="auto"/>
        </w:rPr>
        <w:t>dztwa</w:t>
      </w:r>
      <w:proofErr w:type="spellEnd"/>
      <w:r w:rsidRPr="00C8288F">
        <w:rPr>
          <w:color w:val="auto"/>
        </w:rPr>
        <w:t xml:space="preserve"> </w:t>
      </w:r>
      <w:proofErr w:type="spellStart"/>
      <w:r w:rsidRPr="00C8288F">
        <w:rPr>
          <w:rFonts w:hint="cs"/>
          <w:color w:val="auto"/>
        </w:rPr>
        <w:t>ś</w:t>
      </w:r>
      <w:r w:rsidRPr="00C8288F">
        <w:rPr>
          <w:color w:val="auto"/>
        </w:rPr>
        <w:t>l</w:t>
      </w:r>
      <w:r w:rsidRPr="00C8288F">
        <w:rPr>
          <w:rFonts w:hint="cs"/>
          <w:color w:val="auto"/>
        </w:rPr>
        <w:t>ą</w:t>
      </w:r>
      <w:r w:rsidRPr="00C8288F">
        <w:rPr>
          <w:color w:val="auto"/>
        </w:rPr>
        <w:t>skiego</w:t>
      </w:r>
      <w:proofErr w:type="spellEnd"/>
      <w:r w:rsidRPr="00C8288F">
        <w:rPr>
          <w:color w:val="auto"/>
        </w:rPr>
        <w:t>.</w:t>
      </w:r>
    </w:p>
    <w:p w14:paraId="14D46D98" w14:textId="77777777" w:rsidR="004B3E93" w:rsidRPr="00915FC0" w:rsidRDefault="004B3E93" w:rsidP="00CC5695">
      <w:pPr>
        <w:jc w:val="both"/>
        <w:rPr>
          <w:rFonts w:hint="eastAsia"/>
          <w:color w:val="auto"/>
        </w:rPr>
      </w:pPr>
    </w:p>
    <w:p w14:paraId="347D181E" w14:textId="77777777" w:rsidR="003158F7" w:rsidRPr="00915FC0" w:rsidRDefault="00A267DB" w:rsidP="00CC5695">
      <w:pPr>
        <w:pStyle w:val="Nagwek1"/>
        <w:jc w:val="both"/>
        <w:rPr>
          <w:color w:val="auto"/>
        </w:rPr>
      </w:pPr>
      <w:r>
        <w:rPr>
          <w:color w:val="auto"/>
        </w:rPr>
        <w:t>5</w:t>
      </w:r>
      <w:r w:rsidR="009D5D3E" w:rsidRPr="00915FC0">
        <w:rPr>
          <w:color w:val="auto"/>
        </w:rPr>
        <w:t xml:space="preserve">. Warunek </w:t>
      </w:r>
      <w:proofErr w:type="spellStart"/>
      <w:r w:rsidR="009D5D3E" w:rsidRPr="00915FC0">
        <w:rPr>
          <w:color w:val="auto"/>
        </w:rPr>
        <w:t>bezwzględny</w:t>
      </w:r>
      <w:proofErr w:type="spellEnd"/>
      <w:r w:rsidR="009D5D3E" w:rsidRPr="00915FC0">
        <w:rPr>
          <w:color w:val="auto"/>
        </w:rPr>
        <w:t xml:space="preserve">: </w:t>
      </w:r>
      <w:proofErr w:type="spellStart"/>
      <w:r w:rsidR="009D5D3E" w:rsidRPr="00915FC0">
        <w:rPr>
          <w:color w:val="auto"/>
        </w:rPr>
        <w:t>ciągłość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ochrony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i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karencje</w:t>
      </w:r>
      <w:proofErr w:type="spellEnd"/>
    </w:p>
    <w:p w14:paraId="3E12FDB5" w14:textId="77777777" w:rsidR="003158F7" w:rsidRPr="00915FC0" w:rsidRDefault="003B56E7" w:rsidP="00CC5695">
      <w:pPr>
        <w:jc w:val="both"/>
        <w:rPr>
          <w:rFonts w:hint="eastAsia"/>
          <w:color w:val="auto"/>
        </w:rPr>
      </w:pPr>
      <w:r>
        <w:rPr>
          <w:color w:val="auto"/>
        </w:rPr>
        <w:t>5</w:t>
      </w:r>
      <w:r w:rsidR="009D5D3E" w:rsidRPr="00915FC0">
        <w:rPr>
          <w:color w:val="auto"/>
        </w:rPr>
        <w:t xml:space="preserve">.1. </w:t>
      </w:r>
      <w:proofErr w:type="spellStart"/>
      <w:r w:rsidR="009D5D3E" w:rsidRPr="00915FC0">
        <w:rPr>
          <w:color w:val="auto"/>
        </w:rPr>
        <w:t>Osoby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objęte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dotychczas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grupowym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ubezpieczeniem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na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życie</w:t>
      </w:r>
      <w:proofErr w:type="spellEnd"/>
      <w:r w:rsidR="000C26D7">
        <w:rPr>
          <w:color w:val="auto"/>
        </w:rPr>
        <w:t xml:space="preserve"> w GIG-PIB</w:t>
      </w:r>
      <w:r w:rsidR="009D5D3E" w:rsidRPr="00915FC0">
        <w:rPr>
          <w:color w:val="auto"/>
        </w:rPr>
        <w:t xml:space="preserve">, </w:t>
      </w:r>
      <w:proofErr w:type="spellStart"/>
      <w:r w:rsidR="009D5D3E" w:rsidRPr="00915FC0">
        <w:rPr>
          <w:color w:val="auto"/>
        </w:rPr>
        <w:t>których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ochrona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pozostaje</w:t>
      </w:r>
      <w:proofErr w:type="spellEnd"/>
      <w:r w:rsidR="009D5D3E" w:rsidRPr="00915FC0">
        <w:rPr>
          <w:color w:val="auto"/>
        </w:rPr>
        <w:t xml:space="preserve"> w </w:t>
      </w:r>
      <w:proofErr w:type="spellStart"/>
      <w:r w:rsidR="009D5D3E" w:rsidRPr="00915FC0">
        <w:rPr>
          <w:color w:val="auto"/>
        </w:rPr>
        <w:t>mocy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bezpośrednio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przed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rozpoczęciem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nowego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programu</w:t>
      </w:r>
      <w:proofErr w:type="spellEnd"/>
      <w:r w:rsidR="009D5D3E" w:rsidRPr="00915FC0">
        <w:rPr>
          <w:color w:val="auto"/>
        </w:rPr>
        <w:t xml:space="preserve">, </w:t>
      </w:r>
      <w:proofErr w:type="spellStart"/>
      <w:r w:rsidR="009D5D3E" w:rsidRPr="00915FC0">
        <w:rPr>
          <w:color w:val="auto"/>
        </w:rPr>
        <w:t>powinny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zostać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objęte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nową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ochroną</w:t>
      </w:r>
      <w:proofErr w:type="spellEnd"/>
      <w:r w:rsidR="009D5D3E" w:rsidRPr="00915FC0">
        <w:rPr>
          <w:color w:val="auto"/>
        </w:rPr>
        <w:t xml:space="preserve"> od </w:t>
      </w:r>
      <w:proofErr w:type="spellStart"/>
      <w:r w:rsidR="009D5D3E" w:rsidRPr="00915FC0">
        <w:rPr>
          <w:color w:val="auto"/>
        </w:rPr>
        <w:t>pierwszego</w:t>
      </w:r>
      <w:proofErr w:type="spellEnd"/>
      <w:r w:rsidR="009D5D3E" w:rsidRPr="00915FC0">
        <w:rPr>
          <w:color w:val="auto"/>
        </w:rPr>
        <w:t xml:space="preserve"> dnia </w:t>
      </w:r>
      <w:proofErr w:type="spellStart"/>
      <w:r w:rsidR="009D5D3E" w:rsidRPr="00915FC0">
        <w:rPr>
          <w:color w:val="auto"/>
        </w:rPr>
        <w:t>jej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obowiązywania</w:t>
      </w:r>
      <w:proofErr w:type="spellEnd"/>
      <w:r w:rsidR="009D5D3E" w:rsidRPr="00915FC0">
        <w:rPr>
          <w:color w:val="auto"/>
        </w:rPr>
        <w:t xml:space="preserve">, bez </w:t>
      </w:r>
      <w:proofErr w:type="spellStart"/>
      <w:r w:rsidR="009D5D3E" w:rsidRPr="00915FC0">
        <w:rPr>
          <w:color w:val="auto"/>
        </w:rPr>
        <w:t>karencji</w:t>
      </w:r>
      <w:proofErr w:type="spellEnd"/>
      <w:r w:rsidR="009D5D3E" w:rsidRPr="00915FC0">
        <w:rPr>
          <w:color w:val="auto"/>
        </w:rPr>
        <w:t xml:space="preserve">, </w:t>
      </w:r>
      <w:proofErr w:type="spellStart"/>
      <w:r w:rsidR="009D5D3E" w:rsidRPr="00915FC0">
        <w:rPr>
          <w:color w:val="auto"/>
        </w:rPr>
        <w:t>okresów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wyczekiwania</w:t>
      </w:r>
      <w:proofErr w:type="spellEnd"/>
      <w:r w:rsidR="009D5D3E" w:rsidRPr="00915FC0">
        <w:rPr>
          <w:color w:val="auto"/>
        </w:rPr>
        <w:t xml:space="preserve">, </w:t>
      </w:r>
      <w:proofErr w:type="spellStart"/>
      <w:r w:rsidR="009D5D3E" w:rsidRPr="00915FC0">
        <w:rPr>
          <w:color w:val="auto"/>
        </w:rPr>
        <w:t>czasowego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ograniczania</w:t>
      </w:r>
      <w:proofErr w:type="spellEnd"/>
      <w:r w:rsidR="009D5D3E" w:rsidRPr="00915FC0">
        <w:rPr>
          <w:color w:val="auto"/>
        </w:rPr>
        <w:t xml:space="preserve"> sum </w:t>
      </w:r>
      <w:proofErr w:type="spellStart"/>
      <w:r w:rsidR="009D5D3E" w:rsidRPr="00915FC0">
        <w:rPr>
          <w:color w:val="auto"/>
        </w:rPr>
        <w:t>świadczeń</w:t>
      </w:r>
      <w:proofErr w:type="spellEnd"/>
      <w:r w:rsidR="009D5D3E" w:rsidRPr="00915FC0">
        <w:rPr>
          <w:color w:val="auto"/>
        </w:rPr>
        <w:t xml:space="preserve"> ani </w:t>
      </w:r>
      <w:proofErr w:type="spellStart"/>
      <w:r w:rsidR="009D5D3E" w:rsidRPr="00915FC0">
        <w:rPr>
          <w:color w:val="auto"/>
        </w:rPr>
        <w:t>odrębnych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karencji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na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zwiększoną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sumę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lub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poszerzony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zakres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ochrony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przewidziane</w:t>
      </w:r>
      <w:proofErr w:type="spellEnd"/>
      <w:r w:rsidR="009D5D3E" w:rsidRPr="00915FC0">
        <w:rPr>
          <w:color w:val="auto"/>
        </w:rPr>
        <w:t xml:space="preserve"> w </w:t>
      </w:r>
      <w:proofErr w:type="spellStart"/>
      <w:r w:rsidR="009D5D3E" w:rsidRPr="00915FC0">
        <w:rPr>
          <w:color w:val="auto"/>
        </w:rPr>
        <w:t>wariancie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wybranym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przy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uruchomieniu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programu</w:t>
      </w:r>
      <w:proofErr w:type="spellEnd"/>
      <w:r w:rsidR="009D5D3E" w:rsidRPr="00915FC0">
        <w:rPr>
          <w:color w:val="auto"/>
        </w:rPr>
        <w:t xml:space="preserve">. </w:t>
      </w:r>
      <w:proofErr w:type="spellStart"/>
      <w:r w:rsidR="009D5D3E" w:rsidRPr="00915FC0">
        <w:rPr>
          <w:color w:val="auto"/>
        </w:rPr>
        <w:t>Podstaw</w:t>
      </w:r>
      <w:r w:rsidR="009D5D3E" w:rsidRPr="00915FC0">
        <w:rPr>
          <w:rFonts w:hint="cs"/>
          <w:color w:val="auto"/>
        </w:rPr>
        <w:t>ą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potwierdzenia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dotychczasowego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ubezpieczenia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b</w:t>
      </w:r>
      <w:r w:rsidR="009D5D3E" w:rsidRPr="00915FC0">
        <w:rPr>
          <w:rFonts w:hint="cs"/>
          <w:color w:val="auto"/>
        </w:rPr>
        <w:t>ę</w:t>
      </w:r>
      <w:r w:rsidR="009D5D3E" w:rsidRPr="00915FC0">
        <w:rPr>
          <w:color w:val="auto"/>
        </w:rPr>
        <w:t>dzie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wykaz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os</w:t>
      </w:r>
      <w:r w:rsidR="009D5D3E" w:rsidRPr="00915FC0">
        <w:rPr>
          <w:rFonts w:hint="cs"/>
          <w:color w:val="auto"/>
        </w:rPr>
        <w:t>ó</w:t>
      </w:r>
      <w:r w:rsidR="009D5D3E" w:rsidRPr="00915FC0">
        <w:rPr>
          <w:color w:val="auto"/>
        </w:rPr>
        <w:t>b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przekazany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przez</w:t>
      </w:r>
      <w:proofErr w:type="spellEnd"/>
      <w:r w:rsidR="009D5D3E" w:rsidRPr="00915FC0">
        <w:rPr>
          <w:color w:val="auto"/>
        </w:rPr>
        <w:t xml:space="preserve"> GIG-PIB.</w:t>
      </w:r>
    </w:p>
    <w:p w14:paraId="799BD52D" w14:textId="77777777" w:rsidR="003158F7" w:rsidRPr="00915FC0" w:rsidRDefault="003B56E7" w:rsidP="00CC5695">
      <w:pPr>
        <w:jc w:val="both"/>
        <w:rPr>
          <w:rFonts w:hint="eastAsia"/>
          <w:color w:val="auto"/>
        </w:rPr>
      </w:pPr>
      <w:r>
        <w:rPr>
          <w:color w:val="auto"/>
        </w:rPr>
        <w:t>5</w:t>
      </w:r>
      <w:r w:rsidR="009D5D3E" w:rsidRPr="00915FC0">
        <w:rPr>
          <w:color w:val="auto"/>
        </w:rPr>
        <w:t xml:space="preserve">.2. </w:t>
      </w:r>
      <w:proofErr w:type="spellStart"/>
      <w:r w:rsidR="009D5D3E" w:rsidRPr="00915FC0">
        <w:rPr>
          <w:color w:val="auto"/>
        </w:rPr>
        <w:t>Powyższy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warunek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dotyczy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również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opcji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dodatkowych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wybranych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przez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dotychczas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0C26D7">
        <w:rPr>
          <w:color w:val="auto"/>
        </w:rPr>
        <w:t>ubezpieczoną</w:t>
      </w:r>
      <w:proofErr w:type="spellEnd"/>
      <w:r w:rsidR="000C26D7">
        <w:rPr>
          <w:color w:val="auto"/>
        </w:rPr>
        <w:t xml:space="preserve"> </w:t>
      </w:r>
      <w:proofErr w:type="spellStart"/>
      <w:r w:rsidR="000C26D7">
        <w:rPr>
          <w:color w:val="auto"/>
        </w:rPr>
        <w:t>osobę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na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dzień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rozpoczęcia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nowej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umowy</w:t>
      </w:r>
      <w:proofErr w:type="spellEnd"/>
      <w:r w:rsidR="009D5D3E" w:rsidRPr="00915FC0">
        <w:rPr>
          <w:color w:val="auto"/>
        </w:rPr>
        <w:t xml:space="preserve">, w </w:t>
      </w:r>
      <w:proofErr w:type="spellStart"/>
      <w:r w:rsidR="009D5D3E" w:rsidRPr="00915FC0">
        <w:rPr>
          <w:color w:val="auto"/>
        </w:rPr>
        <w:t>zakresie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zdarzeń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objętych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tymi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opcjami</w:t>
      </w:r>
      <w:proofErr w:type="spellEnd"/>
      <w:r w:rsidR="009D5D3E" w:rsidRPr="00915FC0">
        <w:rPr>
          <w:color w:val="auto"/>
        </w:rPr>
        <w:t xml:space="preserve">. </w:t>
      </w:r>
      <w:proofErr w:type="spellStart"/>
      <w:r w:rsidR="009D5D3E" w:rsidRPr="00915FC0">
        <w:rPr>
          <w:color w:val="auto"/>
        </w:rPr>
        <w:t>Oferent</w:t>
      </w:r>
      <w:proofErr w:type="spellEnd"/>
      <w:r w:rsidR="009D5D3E" w:rsidRPr="00915FC0">
        <w:rPr>
          <w:color w:val="auto"/>
        </w:rPr>
        <w:t xml:space="preserve"> ma </w:t>
      </w:r>
      <w:proofErr w:type="spellStart"/>
      <w:r w:rsidR="009D5D3E" w:rsidRPr="00915FC0">
        <w:rPr>
          <w:color w:val="auto"/>
        </w:rPr>
        <w:t>wskazać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wprost</w:t>
      </w:r>
      <w:proofErr w:type="spellEnd"/>
      <w:r w:rsidR="009D5D3E" w:rsidRPr="00915FC0">
        <w:rPr>
          <w:color w:val="auto"/>
        </w:rPr>
        <w:t xml:space="preserve">, </w:t>
      </w:r>
      <w:proofErr w:type="spellStart"/>
      <w:r w:rsidR="009D5D3E" w:rsidRPr="00915FC0">
        <w:rPr>
          <w:color w:val="auto"/>
        </w:rPr>
        <w:t>że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warunek</w:t>
      </w:r>
      <w:proofErr w:type="spellEnd"/>
      <w:r w:rsidR="009D5D3E" w:rsidRPr="00915FC0">
        <w:rPr>
          <w:color w:val="auto"/>
        </w:rPr>
        <w:t xml:space="preserve"> ten ma </w:t>
      </w:r>
      <w:proofErr w:type="spellStart"/>
      <w:r w:rsidR="009D5D3E" w:rsidRPr="00915FC0">
        <w:rPr>
          <w:color w:val="auto"/>
        </w:rPr>
        <w:t>pierwszeństwo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przed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odmiennymi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postanowieniami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jego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ogólnych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warunków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ubezpieczenia</w:t>
      </w:r>
      <w:proofErr w:type="spellEnd"/>
      <w:r w:rsidR="009D5D3E" w:rsidRPr="00915FC0">
        <w:rPr>
          <w:color w:val="auto"/>
        </w:rPr>
        <w:t>.</w:t>
      </w:r>
    </w:p>
    <w:p w14:paraId="6A4E2A0A" w14:textId="77777777" w:rsidR="003158F7" w:rsidRPr="00915FC0" w:rsidRDefault="003B56E7" w:rsidP="00CC5695">
      <w:pPr>
        <w:jc w:val="both"/>
        <w:rPr>
          <w:rFonts w:hint="eastAsia"/>
          <w:color w:val="auto"/>
        </w:rPr>
      </w:pPr>
      <w:r>
        <w:rPr>
          <w:color w:val="auto"/>
        </w:rPr>
        <w:lastRenderedPageBreak/>
        <w:t>5</w:t>
      </w:r>
      <w:r w:rsidR="009D5D3E" w:rsidRPr="00915FC0">
        <w:rPr>
          <w:color w:val="auto"/>
        </w:rPr>
        <w:t xml:space="preserve">.3. W </w:t>
      </w:r>
      <w:proofErr w:type="spellStart"/>
      <w:r w:rsidR="009D5D3E" w:rsidRPr="00915FC0">
        <w:rPr>
          <w:color w:val="auto"/>
        </w:rPr>
        <w:t>odniesieniu</w:t>
      </w:r>
      <w:proofErr w:type="spellEnd"/>
      <w:r w:rsidR="009D5D3E" w:rsidRPr="00915FC0">
        <w:rPr>
          <w:color w:val="auto"/>
        </w:rPr>
        <w:t xml:space="preserve"> do </w:t>
      </w:r>
      <w:proofErr w:type="spellStart"/>
      <w:r w:rsidR="009D5D3E" w:rsidRPr="00915FC0">
        <w:rPr>
          <w:color w:val="auto"/>
        </w:rPr>
        <w:t>pracowników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nieobjętych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dotychczas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grupowym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ubezpieczeniem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oraz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innych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osób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przystępujących</w:t>
      </w:r>
      <w:proofErr w:type="spellEnd"/>
      <w:r w:rsidR="009D5D3E" w:rsidRPr="00915FC0">
        <w:rPr>
          <w:color w:val="auto"/>
        </w:rPr>
        <w:t xml:space="preserve"> po </w:t>
      </w:r>
      <w:proofErr w:type="spellStart"/>
      <w:r w:rsidR="009D5D3E" w:rsidRPr="00915FC0">
        <w:rPr>
          <w:color w:val="auto"/>
        </w:rPr>
        <w:t>uruchomieniu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programu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dopuszcza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się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karencje</w:t>
      </w:r>
      <w:proofErr w:type="spellEnd"/>
      <w:r w:rsidR="009D5D3E" w:rsidRPr="00915FC0">
        <w:rPr>
          <w:color w:val="auto"/>
        </w:rPr>
        <w:t xml:space="preserve">, o </w:t>
      </w:r>
      <w:proofErr w:type="spellStart"/>
      <w:r w:rsidR="009D5D3E" w:rsidRPr="00915FC0">
        <w:rPr>
          <w:color w:val="auto"/>
        </w:rPr>
        <w:t>ile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zostaną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jednoznacznie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opisane</w:t>
      </w:r>
      <w:proofErr w:type="spellEnd"/>
      <w:r w:rsidR="009D5D3E" w:rsidRPr="00915FC0">
        <w:rPr>
          <w:color w:val="auto"/>
        </w:rPr>
        <w:t xml:space="preserve"> w </w:t>
      </w:r>
      <w:proofErr w:type="spellStart"/>
      <w:r w:rsidR="009D5D3E" w:rsidRPr="00915FC0">
        <w:rPr>
          <w:color w:val="auto"/>
        </w:rPr>
        <w:t>formularzu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oferty</w:t>
      </w:r>
      <w:proofErr w:type="spellEnd"/>
      <w:r w:rsidR="009D5D3E" w:rsidRPr="00915FC0">
        <w:rPr>
          <w:color w:val="auto"/>
        </w:rPr>
        <w:t xml:space="preserve">: </w:t>
      </w:r>
      <w:proofErr w:type="spellStart"/>
      <w:r w:rsidR="009D5D3E" w:rsidRPr="00915FC0">
        <w:rPr>
          <w:color w:val="auto"/>
        </w:rPr>
        <w:t>według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ryzyka</w:t>
      </w:r>
      <w:proofErr w:type="spellEnd"/>
      <w:r w:rsidR="009D5D3E" w:rsidRPr="00915FC0">
        <w:rPr>
          <w:color w:val="auto"/>
        </w:rPr>
        <w:t xml:space="preserve">, </w:t>
      </w:r>
      <w:proofErr w:type="spellStart"/>
      <w:r w:rsidR="009D5D3E" w:rsidRPr="00915FC0">
        <w:rPr>
          <w:color w:val="auto"/>
        </w:rPr>
        <w:t>długości</w:t>
      </w:r>
      <w:proofErr w:type="spellEnd"/>
      <w:r w:rsidR="009D5D3E" w:rsidRPr="00915FC0">
        <w:rPr>
          <w:color w:val="auto"/>
        </w:rPr>
        <w:t xml:space="preserve">, </w:t>
      </w:r>
      <w:proofErr w:type="spellStart"/>
      <w:r w:rsidR="009D5D3E" w:rsidRPr="00915FC0">
        <w:rPr>
          <w:color w:val="auto"/>
        </w:rPr>
        <w:t>okoliczności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wyłączenia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i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sposobu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naliczania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przy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zmianie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wariantu</w:t>
      </w:r>
      <w:proofErr w:type="spellEnd"/>
      <w:r w:rsidR="009D5D3E" w:rsidRPr="00915FC0">
        <w:rPr>
          <w:color w:val="auto"/>
        </w:rPr>
        <w:t>.</w:t>
      </w:r>
    </w:p>
    <w:p w14:paraId="53AFA3DD" w14:textId="77777777" w:rsidR="003158F7" w:rsidRPr="00915FC0" w:rsidRDefault="003B56E7" w:rsidP="00CC5695">
      <w:pPr>
        <w:jc w:val="both"/>
        <w:rPr>
          <w:rFonts w:hint="eastAsia"/>
          <w:color w:val="auto"/>
        </w:rPr>
      </w:pPr>
      <w:r>
        <w:rPr>
          <w:color w:val="auto"/>
        </w:rPr>
        <w:t>5</w:t>
      </w:r>
      <w:r w:rsidR="009D5D3E" w:rsidRPr="00915FC0">
        <w:rPr>
          <w:color w:val="auto"/>
        </w:rPr>
        <w:t xml:space="preserve">.4. Brak </w:t>
      </w:r>
      <w:proofErr w:type="spellStart"/>
      <w:r w:rsidR="009D5D3E" w:rsidRPr="00915FC0">
        <w:rPr>
          <w:color w:val="auto"/>
        </w:rPr>
        <w:t>karencji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nie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wyłącza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innych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warunków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i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wyłączeń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odpowiedzialności</w:t>
      </w:r>
      <w:proofErr w:type="spellEnd"/>
      <w:r w:rsidR="009D5D3E" w:rsidRPr="00915FC0">
        <w:rPr>
          <w:color w:val="auto"/>
        </w:rPr>
        <w:t xml:space="preserve">; </w:t>
      </w:r>
      <w:proofErr w:type="spellStart"/>
      <w:r w:rsidR="009D5D3E" w:rsidRPr="00915FC0">
        <w:rPr>
          <w:color w:val="auto"/>
        </w:rPr>
        <w:t>oferent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musi</w:t>
      </w:r>
      <w:proofErr w:type="spellEnd"/>
      <w:r w:rsidR="009D5D3E" w:rsidRPr="00915FC0">
        <w:rPr>
          <w:color w:val="auto"/>
        </w:rPr>
        <w:t xml:space="preserve"> je </w:t>
      </w:r>
      <w:proofErr w:type="spellStart"/>
      <w:r w:rsidR="009D5D3E" w:rsidRPr="00915FC0">
        <w:rPr>
          <w:color w:val="auto"/>
        </w:rPr>
        <w:t>ujawnić</w:t>
      </w:r>
      <w:proofErr w:type="spellEnd"/>
      <w:r w:rsidR="009D5D3E" w:rsidRPr="00915FC0">
        <w:rPr>
          <w:color w:val="auto"/>
        </w:rPr>
        <w:t xml:space="preserve">, </w:t>
      </w:r>
      <w:proofErr w:type="spellStart"/>
      <w:r w:rsidR="009D5D3E" w:rsidRPr="00915FC0">
        <w:rPr>
          <w:color w:val="auto"/>
        </w:rPr>
        <w:t>zwłaszcza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dotyczące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chorób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uprzednio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rozpoznanych</w:t>
      </w:r>
      <w:proofErr w:type="spellEnd"/>
      <w:r w:rsidR="009D5D3E" w:rsidRPr="00915FC0">
        <w:rPr>
          <w:color w:val="auto"/>
        </w:rPr>
        <w:t xml:space="preserve">, </w:t>
      </w:r>
      <w:proofErr w:type="spellStart"/>
      <w:r w:rsidR="009D5D3E" w:rsidRPr="00915FC0">
        <w:rPr>
          <w:color w:val="auto"/>
        </w:rPr>
        <w:t>rozpoczętej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diagnostyki</w:t>
      </w:r>
      <w:proofErr w:type="spellEnd"/>
      <w:r w:rsidR="009D5D3E" w:rsidRPr="00915FC0">
        <w:rPr>
          <w:color w:val="auto"/>
        </w:rPr>
        <w:t xml:space="preserve">, </w:t>
      </w:r>
      <w:proofErr w:type="spellStart"/>
      <w:r w:rsidR="009D5D3E" w:rsidRPr="00915FC0">
        <w:rPr>
          <w:color w:val="auto"/>
        </w:rPr>
        <w:t>zdarzeń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których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przyczyna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wystąpiła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przed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początkiem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umowy</w:t>
      </w:r>
      <w:proofErr w:type="spellEnd"/>
      <w:r w:rsidR="009D5D3E" w:rsidRPr="00915FC0">
        <w:rPr>
          <w:color w:val="auto"/>
        </w:rPr>
        <w:t xml:space="preserve">, </w:t>
      </w:r>
      <w:proofErr w:type="spellStart"/>
      <w:r w:rsidR="009D5D3E" w:rsidRPr="00915FC0">
        <w:rPr>
          <w:color w:val="auto"/>
        </w:rPr>
        <w:t>czy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zgłoszeń</w:t>
      </w:r>
      <w:proofErr w:type="spellEnd"/>
      <w:r w:rsidR="009D5D3E" w:rsidRPr="00915FC0">
        <w:rPr>
          <w:color w:val="auto"/>
        </w:rPr>
        <w:t xml:space="preserve"> o </w:t>
      </w:r>
      <w:proofErr w:type="spellStart"/>
      <w:r w:rsidR="009D5D3E" w:rsidRPr="00915FC0">
        <w:rPr>
          <w:color w:val="auto"/>
        </w:rPr>
        <w:t>stanie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zdrowia</w:t>
      </w:r>
      <w:proofErr w:type="spellEnd"/>
      <w:r w:rsidR="009D5D3E" w:rsidRPr="00915FC0">
        <w:rPr>
          <w:color w:val="auto"/>
        </w:rPr>
        <w:t xml:space="preserve">. W </w:t>
      </w:r>
      <w:proofErr w:type="spellStart"/>
      <w:r w:rsidR="009D5D3E" w:rsidRPr="00915FC0">
        <w:rPr>
          <w:color w:val="auto"/>
        </w:rPr>
        <w:t>przypadku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ubezpieczonych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kontynuujących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ochronę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wymagane</w:t>
      </w:r>
      <w:proofErr w:type="spellEnd"/>
      <w:r w:rsidR="009D5D3E" w:rsidRPr="00915FC0">
        <w:rPr>
          <w:color w:val="auto"/>
        </w:rPr>
        <w:t xml:space="preserve"> jest </w:t>
      </w:r>
      <w:proofErr w:type="spellStart"/>
      <w:r w:rsidR="009D5D3E" w:rsidRPr="00915FC0">
        <w:rPr>
          <w:color w:val="auto"/>
        </w:rPr>
        <w:t>potwierdzenie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ochrony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zdarzeń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zaszłych</w:t>
      </w:r>
      <w:proofErr w:type="spellEnd"/>
      <w:r w:rsidR="009D5D3E" w:rsidRPr="00915FC0">
        <w:rPr>
          <w:color w:val="auto"/>
        </w:rPr>
        <w:t xml:space="preserve"> w </w:t>
      </w:r>
      <w:proofErr w:type="spellStart"/>
      <w:r w:rsidR="009D5D3E" w:rsidRPr="00915FC0">
        <w:rPr>
          <w:color w:val="auto"/>
        </w:rPr>
        <w:t>nowym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okresie</w:t>
      </w:r>
      <w:proofErr w:type="spellEnd"/>
      <w:r w:rsidR="009D5D3E" w:rsidRPr="00915FC0">
        <w:rPr>
          <w:color w:val="auto"/>
        </w:rPr>
        <w:t xml:space="preserve">, </w:t>
      </w:r>
      <w:proofErr w:type="spellStart"/>
      <w:r w:rsidR="009D5D3E" w:rsidRPr="00915FC0">
        <w:rPr>
          <w:color w:val="auto"/>
        </w:rPr>
        <w:t>których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przyczyna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wystąpiła</w:t>
      </w:r>
      <w:proofErr w:type="spellEnd"/>
      <w:r w:rsidR="009D5D3E" w:rsidRPr="00915FC0">
        <w:rPr>
          <w:color w:val="auto"/>
        </w:rPr>
        <w:t xml:space="preserve"> w </w:t>
      </w:r>
      <w:proofErr w:type="spellStart"/>
      <w:r w:rsidR="009D5D3E" w:rsidRPr="00915FC0">
        <w:rPr>
          <w:color w:val="auto"/>
        </w:rPr>
        <w:t>okresie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poprzedniej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nieprzerwanej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ochrony</w:t>
      </w:r>
      <w:proofErr w:type="spellEnd"/>
      <w:r w:rsidR="009D5D3E" w:rsidRPr="00915FC0">
        <w:rPr>
          <w:color w:val="auto"/>
        </w:rPr>
        <w:t>.</w:t>
      </w:r>
    </w:p>
    <w:p w14:paraId="142E3426" w14:textId="77777777" w:rsidR="003158F7" w:rsidRPr="00915FC0" w:rsidRDefault="00A267DB" w:rsidP="00CC5695">
      <w:pPr>
        <w:pStyle w:val="Nagwek1"/>
        <w:jc w:val="both"/>
        <w:rPr>
          <w:color w:val="auto"/>
        </w:rPr>
      </w:pPr>
      <w:r>
        <w:rPr>
          <w:color w:val="auto"/>
        </w:rPr>
        <w:t>6</w:t>
      </w:r>
      <w:r w:rsidR="009D5D3E" w:rsidRPr="00915FC0">
        <w:rPr>
          <w:color w:val="auto"/>
        </w:rPr>
        <w:t xml:space="preserve">. </w:t>
      </w:r>
      <w:proofErr w:type="spellStart"/>
      <w:r w:rsidR="009D5D3E" w:rsidRPr="00915FC0">
        <w:rPr>
          <w:color w:val="auto"/>
        </w:rPr>
        <w:t>Zasady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porównywania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ofert</w:t>
      </w:r>
      <w:proofErr w:type="spellEnd"/>
    </w:p>
    <w:p w14:paraId="4B9347A2" w14:textId="77777777" w:rsidR="003158F7" w:rsidRPr="00915FC0" w:rsidRDefault="009D5D3E" w:rsidP="00CC5695">
      <w:pPr>
        <w:jc w:val="both"/>
        <w:rPr>
          <w:rFonts w:hint="eastAsia"/>
          <w:color w:val="auto"/>
        </w:rPr>
      </w:pPr>
      <w:proofErr w:type="spellStart"/>
      <w:r w:rsidRPr="00915FC0">
        <w:rPr>
          <w:color w:val="auto"/>
        </w:rPr>
        <w:t>Kwoty</w:t>
      </w:r>
      <w:proofErr w:type="spellEnd"/>
      <w:r w:rsidRPr="00915FC0">
        <w:rPr>
          <w:color w:val="auto"/>
        </w:rPr>
        <w:t xml:space="preserve"> w Załącznikach 1–3 </w:t>
      </w:r>
      <w:proofErr w:type="spellStart"/>
      <w:r w:rsidRPr="00915FC0">
        <w:rPr>
          <w:color w:val="auto"/>
        </w:rPr>
        <w:t>stanowią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wymagany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poziom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świadczeń</w:t>
      </w:r>
      <w:proofErr w:type="spellEnd"/>
      <w:r w:rsidRPr="00915FC0">
        <w:rPr>
          <w:color w:val="auto"/>
        </w:rPr>
        <w:t xml:space="preserve">. W </w:t>
      </w:r>
      <w:proofErr w:type="spellStart"/>
      <w:r w:rsidRPr="00915FC0">
        <w:rPr>
          <w:color w:val="auto"/>
        </w:rPr>
        <w:t>przypadku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kwot</w:t>
      </w:r>
      <w:proofErr w:type="spellEnd"/>
      <w:r w:rsidRPr="00915FC0">
        <w:rPr>
          <w:color w:val="auto"/>
        </w:rPr>
        <w:t xml:space="preserve"> z </w:t>
      </w:r>
      <w:proofErr w:type="spellStart"/>
      <w:r w:rsidRPr="00915FC0">
        <w:rPr>
          <w:color w:val="auto"/>
        </w:rPr>
        <w:t>oznaczeniem</w:t>
      </w:r>
      <w:proofErr w:type="spellEnd"/>
      <w:r w:rsidRPr="00915FC0">
        <w:rPr>
          <w:color w:val="auto"/>
        </w:rPr>
        <w:t xml:space="preserve"> „</w:t>
      </w:r>
      <w:proofErr w:type="spellStart"/>
      <w:r w:rsidRPr="00915FC0">
        <w:rPr>
          <w:color w:val="auto"/>
        </w:rPr>
        <w:t>dodatkowa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kwota</w:t>
      </w:r>
      <w:proofErr w:type="spellEnd"/>
      <w:r w:rsidRPr="00915FC0">
        <w:rPr>
          <w:color w:val="auto"/>
        </w:rPr>
        <w:t xml:space="preserve">” </w:t>
      </w:r>
      <w:proofErr w:type="spellStart"/>
      <w:r w:rsidRPr="00915FC0">
        <w:rPr>
          <w:color w:val="auto"/>
        </w:rPr>
        <w:t>podano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świadczenie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ponad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wypłaty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należne</w:t>
      </w:r>
      <w:proofErr w:type="spellEnd"/>
      <w:r w:rsidRPr="00915FC0">
        <w:rPr>
          <w:color w:val="auto"/>
        </w:rPr>
        <w:t xml:space="preserve"> z </w:t>
      </w:r>
      <w:proofErr w:type="spellStart"/>
      <w:r w:rsidRPr="00915FC0">
        <w:rPr>
          <w:color w:val="auto"/>
        </w:rPr>
        <w:t>innych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tytułów</w:t>
      </w:r>
      <w:proofErr w:type="spellEnd"/>
      <w:r w:rsidRPr="00915FC0">
        <w:rPr>
          <w:color w:val="auto"/>
        </w:rPr>
        <w:t xml:space="preserve">. Pozostałe </w:t>
      </w:r>
      <w:proofErr w:type="spellStart"/>
      <w:r w:rsidRPr="00915FC0">
        <w:rPr>
          <w:color w:val="auto"/>
        </w:rPr>
        <w:t>kwoty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dotyczące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śmierci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ubezpieczonego</w:t>
      </w:r>
      <w:proofErr w:type="spellEnd"/>
      <w:r w:rsidRPr="00915FC0">
        <w:rPr>
          <w:color w:val="auto"/>
        </w:rPr>
        <w:t xml:space="preserve"> w </w:t>
      </w:r>
      <w:proofErr w:type="spellStart"/>
      <w:r w:rsidRPr="00915FC0">
        <w:rPr>
          <w:color w:val="auto"/>
        </w:rPr>
        <w:t>określonych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okolicznościach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oznaczają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całkowitą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skumulowaną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kwotę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wypłaty</w:t>
      </w:r>
      <w:proofErr w:type="spellEnd"/>
      <w:r w:rsidRPr="00915FC0">
        <w:rPr>
          <w:color w:val="auto"/>
        </w:rPr>
        <w:t xml:space="preserve"> w </w:t>
      </w:r>
      <w:proofErr w:type="spellStart"/>
      <w:r w:rsidRPr="00915FC0">
        <w:rPr>
          <w:color w:val="auto"/>
        </w:rPr>
        <w:t>danym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wariancie</w:t>
      </w:r>
      <w:proofErr w:type="spellEnd"/>
      <w:r w:rsidRPr="00915FC0">
        <w:rPr>
          <w:color w:val="auto"/>
        </w:rPr>
        <w:t xml:space="preserve">. </w:t>
      </w:r>
      <w:proofErr w:type="spellStart"/>
      <w:r w:rsidRPr="00915FC0">
        <w:rPr>
          <w:color w:val="auto"/>
        </w:rPr>
        <w:t>Jeżeli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katalog</w:t>
      </w:r>
      <w:proofErr w:type="spellEnd"/>
      <w:r w:rsidRPr="00915FC0">
        <w:rPr>
          <w:color w:val="auto"/>
        </w:rPr>
        <w:t xml:space="preserve"> OWU </w:t>
      </w:r>
      <w:proofErr w:type="spellStart"/>
      <w:r w:rsidRPr="00915FC0">
        <w:rPr>
          <w:color w:val="auto"/>
        </w:rPr>
        <w:t>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pozwala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zaoferować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świadczenia</w:t>
      </w:r>
      <w:proofErr w:type="spellEnd"/>
      <w:r w:rsidRPr="00915FC0">
        <w:rPr>
          <w:color w:val="auto"/>
        </w:rPr>
        <w:t xml:space="preserve"> w </w:t>
      </w:r>
      <w:proofErr w:type="spellStart"/>
      <w:r w:rsidRPr="00915FC0">
        <w:rPr>
          <w:color w:val="auto"/>
        </w:rPr>
        <w:t>przedstawionej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postaci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oferent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wskaże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różnicę</w:t>
      </w:r>
      <w:proofErr w:type="spellEnd"/>
      <w:r w:rsidRPr="00915FC0">
        <w:rPr>
          <w:color w:val="auto"/>
        </w:rPr>
        <w:t xml:space="preserve"> w </w:t>
      </w:r>
      <w:proofErr w:type="spellStart"/>
      <w:r w:rsidRPr="00915FC0">
        <w:rPr>
          <w:color w:val="auto"/>
        </w:rPr>
        <w:t>osobnym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wykazie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odstępstw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modyfikując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tabeli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wymagań</w:t>
      </w:r>
      <w:proofErr w:type="spellEnd"/>
      <w:r w:rsidRPr="00915FC0">
        <w:rPr>
          <w:color w:val="auto"/>
        </w:rPr>
        <w:t>.</w:t>
      </w:r>
    </w:p>
    <w:p w14:paraId="6C2FE3AC" w14:textId="77777777" w:rsidR="003158F7" w:rsidRPr="00915FC0" w:rsidRDefault="009D5D3E" w:rsidP="00CC5695">
      <w:pPr>
        <w:jc w:val="both"/>
        <w:rPr>
          <w:rFonts w:hint="eastAsia"/>
          <w:color w:val="auto"/>
        </w:rPr>
      </w:pPr>
      <w:proofErr w:type="spellStart"/>
      <w:r w:rsidRPr="00915FC0">
        <w:rPr>
          <w:color w:val="auto"/>
        </w:rPr>
        <w:t>Dla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potrzeb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rozeznania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oferent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wypełni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Załącznik</w:t>
      </w:r>
      <w:proofErr w:type="spellEnd"/>
      <w:r w:rsidRPr="00915FC0">
        <w:rPr>
          <w:color w:val="auto"/>
        </w:rPr>
        <w:t xml:space="preserve"> nr 4. Oferta </w:t>
      </w:r>
      <w:proofErr w:type="spellStart"/>
      <w:r w:rsidRPr="00915FC0">
        <w:rPr>
          <w:color w:val="auto"/>
        </w:rPr>
        <w:t>musi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wskazywać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brutto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składkę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miesięczną</w:t>
      </w:r>
      <w:proofErr w:type="spellEnd"/>
      <w:r w:rsidRPr="00915FC0">
        <w:rPr>
          <w:color w:val="auto"/>
        </w:rPr>
        <w:t xml:space="preserve"> w PLN, </w:t>
      </w:r>
      <w:proofErr w:type="spellStart"/>
      <w:r w:rsidRPr="00915FC0">
        <w:rPr>
          <w:color w:val="auto"/>
        </w:rPr>
        <w:t>pełen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zakres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dokumenty</w:t>
      </w:r>
      <w:proofErr w:type="spellEnd"/>
      <w:r w:rsidRPr="00915FC0">
        <w:rPr>
          <w:color w:val="auto"/>
        </w:rPr>
        <w:t xml:space="preserve"> OWU, </w:t>
      </w:r>
      <w:proofErr w:type="spellStart"/>
      <w:r w:rsidRPr="00915FC0">
        <w:rPr>
          <w:color w:val="auto"/>
        </w:rPr>
        <w:t>tabelę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uszczerbków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katalog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operacji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wyłączenia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karencje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minimalną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partycypację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model </w:t>
      </w:r>
      <w:proofErr w:type="spellStart"/>
      <w:r w:rsidRPr="00915FC0">
        <w:rPr>
          <w:color w:val="auto"/>
        </w:rPr>
        <w:t>organizacyjny</w:t>
      </w:r>
      <w:proofErr w:type="spellEnd"/>
      <w:r w:rsidRPr="00915FC0">
        <w:rPr>
          <w:color w:val="auto"/>
        </w:rPr>
        <w:t xml:space="preserve">. </w:t>
      </w:r>
      <w:proofErr w:type="spellStart"/>
      <w:r w:rsidRPr="00915FC0">
        <w:rPr>
          <w:color w:val="auto"/>
        </w:rPr>
        <w:t>Zastosowane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przez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oferenta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nazwy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produktów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są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wiążące</w:t>
      </w:r>
      <w:proofErr w:type="spellEnd"/>
      <w:r w:rsidRPr="00915FC0">
        <w:rPr>
          <w:color w:val="auto"/>
        </w:rPr>
        <w:t xml:space="preserve">: </w:t>
      </w:r>
      <w:proofErr w:type="spellStart"/>
      <w:r w:rsidRPr="00915FC0">
        <w:rPr>
          <w:color w:val="auto"/>
        </w:rPr>
        <w:t>dopuszcza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się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równoważne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konstrukcje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techniki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wypłaty</w:t>
      </w:r>
      <w:proofErr w:type="spellEnd"/>
      <w:r w:rsidRPr="00915FC0">
        <w:rPr>
          <w:color w:val="auto"/>
        </w:rPr>
        <w:t xml:space="preserve">, o </w:t>
      </w:r>
      <w:proofErr w:type="spellStart"/>
      <w:r w:rsidRPr="00915FC0">
        <w:rPr>
          <w:color w:val="auto"/>
        </w:rPr>
        <w:t>ile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zapewniają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świadczenia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mniejsze</w:t>
      </w:r>
      <w:proofErr w:type="spellEnd"/>
      <w:r w:rsidRPr="00915FC0">
        <w:rPr>
          <w:color w:val="auto"/>
        </w:rPr>
        <w:t xml:space="preserve"> od </w:t>
      </w:r>
      <w:proofErr w:type="spellStart"/>
      <w:r w:rsidRPr="00915FC0">
        <w:rPr>
          <w:color w:val="auto"/>
        </w:rPr>
        <w:t>wymaganych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oraz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porównywalne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przesłanki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odpowiedzialności</w:t>
      </w:r>
      <w:proofErr w:type="spellEnd"/>
      <w:r w:rsidRPr="00915FC0">
        <w:rPr>
          <w:color w:val="auto"/>
        </w:rPr>
        <w:t>.</w:t>
      </w:r>
    </w:p>
    <w:p w14:paraId="043E24D1" w14:textId="77777777" w:rsidR="003158F7" w:rsidRPr="00915FC0" w:rsidRDefault="009D5D3E" w:rsidP="00CC5695">
      <w:pPr>
        <w:jc w:val="both"/>
        <w:rPr>
          <w:rFonts w:hint="eastAsia"/>
          <w:color w:val="auto"/>
        </w:rPr>
      </w:pPr>
      <w:proofErr w:type="spellStart"/>
      <w:r w:rsidRPr="00915FC0">
        <w:rPr>
          <w:color w:val="auto"/>
        </w:rPr>
        <w:t>Podstawowym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parametrem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porównania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będą</w:t>
      </w:r>
      <w:proofErr w:type="spellEnd"/>
      <w:r w:rsidRPr="00915FC0">
        <w:rPr>
          <w:color w:val="auto"/>
        </w:rPr>
        <w:t xml:space="preserve">: </w:t>
      </w:r>
      <w:proofErr w:type="spellStart"/>
      <w:r w:rsidRPr="00915FC0">
        <w:rPr>
          <w:color w:val="auto"/>
        </w:rPr>
        <w:t>wspólna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składka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dla</w:t>
      </w:r>
      <w:proofErr w:type="spellEnd"/>
      <w:r w:rsidRPr="00915FC0">
        <w:rPr>
          <w:color w:val="auto"/>
        </w:rPr>
        <w:t xml:space="preserve"> A–C, </w:t>
      </w:r>
      <w:proofErr w:type="spellStart"/>
      <w:r w:rsidRPr="00915FC0">
        <w:rPr>
          <w:color w:val="auto"/>
        </w:rPr>
        <w:t>odrębne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składki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dla</w:t>
      </w:r>
      <w:proofErr w:type="spellEnd"/>
      <w:r w:rsidRPr="00915FC0">
        <w:rPr>
          <w:color w:val="auto"/>
        </w:rPr>
        <w:t xml:space="preserve"> D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E </w:t>
      </w:r>
      <w:proofErr w:type="spellStart"/>
      <w:r w:rsidRPr="00915FC0">
        <w:rPr>
          <w:color w:val="auto"/>
        </w:rPr>
        <w:t>oraz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koszty</w:t>
      </w:r>
      <w:proofErr w:type="spellEnd"/>
      <w:r w:rsidRPr="00915FC0">
        <w:rPr>
          <w:color w:val="auto"/>
        </w:rPr>
        <w:t xml:space="preserve"> D1–D4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N1–N2. Analiza </w:t>
      </w:r>
      <w:proofErr w:type="spellStart"/>
      <w:r w:rsidRPr="00915FC0">
        <w:rPr>
          <w:color w:val="auto"/>
        </w:rPr>
        <w:t>jakościowa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obejmie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pełną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zgodność</w:t>
      </w:r>
      <w:proofErr w:type="spellEnd"/>
      <w:r w:rsidRPr="00915FC0">
        <w:rPr>
          <w:color w:val="auto"/>
        </w:rPr>
        <w:t xml:space="preserve"> z </w:t>
      </w:r>
      <w:proofErr w:type="spellStart"/>
      <w:r w:rsidRPr="00915FC0">
        <w:rPr>
          <w:color w:val="auto"/>
        </w:rPr>
        <w:t>zakresem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warunki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braku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karencji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ograniczenia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wieku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wyłączenia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realną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dostępność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usług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medycznych</w:t>
      </w:r>
      <w:proofErr w:type="spellEnd"/>
      <w:r w:rsidRPr="00915FC0">
        <w:rPr>
          <w:color w:val="auto"/>
        </w:rPr>
        <w:t xml:space="preserve">. </w:t>
      </w:r>
      <w:proofErr w:type="spellStart"/>
      <w:r w:rsidRPr="00915FC0">
        <w:rPr>
          <w:color w:val="auto"/>
        </w:rPr>
        <w:t>Ewentualny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wybór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formalne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kryteria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oceny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zostaną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określone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dalszym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etapie</w:t>
      </w:r>
      <w:proofErr w:type="spellEnd"/>
      <w:r w:rsidRPr="00915FC0">
        <w:rPr>
          <w:color w:val="auto"/>
        </w:rPr>
        <w:t>.</w:t>
      </w:r>
    </w:p>
    <w:p w14:paraId="5F17059E" w14:textId="77777777" w:rsidR="003158F7" w:rsidRPr="00915FC0" w:rsidRDefault="00A267DB" w:rsidP="00CC5695">
      <w:pPr>
        <w:pStyle w:val="Nagwek1"/>
        <w:jc w:val="both"/>
        <w:rPr>
          <w:color w:val="auto"/>
        </w:rPr>
      </w:pPr>
      <w:r>
        <w:rPr>
          <w:color w:val="auto"/>
        </w:rPr>
        <w:t>7</w:t>
      </w:r>
      <w:r w:rsidR="009D5D3E" w:rsidRPr="00915FC0">
        <w:rPr>
          <w:color w:val="auto"/>
        </w:rPr>
        <w:t xml:space="preserve">. Organizacja </w:t>
      </w:r>
      <w:proofErr w:type="spellStart"/>
      <w:r w:rsidR="009D5D3E" w:rsidRPr="00915FC0">
        <w:rPr>
          <w:color w:val="auto"/>
        </w:rPr>
        <w:t>i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przepływy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pieniężne</w:t>
      </w:r>
      <w:proofErr w:type="spellEnd"/>
    </w:p>
    <w:p w14:paraId="113F783C" w14:textId="77777777" w:rsidR="003158F7" w:rsidRPr="00915FC0" w:rsidRDefault="009D5D3E" w:rsidP="00CC5695">
      <w:pPr>
        <w:jc w:val="both"/>
        <w:rPr>
          <w:rFonts w:hint="eastAsia"/>
          <w:color w:val="auto"/>
        </w:rPr>
      </w:pPr>
      <w:proofErr w:type="spellStart"/>
      <w:r w:rsidRPr="00915FC0">
        <w:rPr>
          <w:color w:val="auto"/>
        </w:rPr>
        <w:t>Instytut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dopuszcza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uzyskanie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propozycji</w:t>
      </w:r>
      <w:proofErr w:type="spellEnd"/>
      <w:r w:rsidRPr="00915FC0">
        <w:rPr>
          <w:color w:val="auto"/>
        </w:rPr>
        <w:t xml:space="preserve"> w </w:t>
      </w:r>
      <w:proofErr w:type="spellStart"/>
      <w:r w:rsidRPr="00915FC0">
        <w:rPr>
          <w:color w:val="auto"/>
        </w:rPr>
        <w:t>różnych</w:t>
      </w:r>
      <w:proofErr w:type="spellEnd"/>
      <w:r w:rsidRPr="00915FC0">
        <w:rPr>
          <w:color w:val="auto"/>
        </w:rPr>
        <w:t xml:space="preserve"> prawnie </w:t>
      </w:r>
      <w:proofErr w:type="spellStart"/>
      <w:r w:rsidRPr="00915FC0">
        <w:rPr>
          <w:color w:val="auto"/>
        </w:rPr>
        <w:t>dopuszczalnych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modelach</w:t>
      </w:r>
      <w:proofErr w:type="spellEnd"/>
      <w:r w:rsidRPr="00915FC0">
        <w:rPr>
          <w:color w:val="auto"/>
        </w:rPr>
        <w:t xml:space="preserve">, w </w:t>
      </w:r>
      <w:proofErr w:type="spellStart"/>
      <w:r w:rsidRPr="00915FC0">
        <w:rPr>
          <w:color w:val="auto"/>
        </w:rPr>
        <w:t>tym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przy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ubezpieczającym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będącym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podmiotem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zewnętrznym</w:t>
      </w:r>
      <w:proofErr w:type="spellEnd"/>
      <w:r w:rsidRPr="00915FC0">
        <w:rPr>
          <w:color w:val="auto"/>
        </w:rPr>
        <w:t xml:space="preserve">. </w:t>
      </w:r>
      <w:proofErr w:type="spellStart"/>
      <w:r w:rsidRPr="00915FC0">
        <w:rPr>
          <w:color w:val="auto"/>
        </w:rPr>
        <w:t>Każdy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oferent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wskaże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strony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umowy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ubezpieczenia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stronę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zobowiązaną</w:t>
      </w:r>
      <w:proofErr w:type="spellEnd"/>
      <w:r w:rsidRPr="00915FC0">
        <w:rPr>
          <w:color w:val="auto"/>
        </w:rPr>
        <w:t xml:space="preserve"> do </w:t>
      </w:r>
      <w:proofErr w:type="spellStart"/>
      <w:r w:rsidRPr="00915FC0">
        <w:rPr>
          <w:color w:val="auto"/>
        </w:rPr>
        <w:t>zapłaty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składki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rolę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Instytutu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zasady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potrącania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składek</w:t>
      </w:r>
      <w:proofErr w:type="spellEnd"/>
      <w:r w:rsidRPr="00915FC0">
        <w:rPr>
          <w:color w:val="auto"/>
        </w:rPr>
        <w:t xml:space="preserve"> za </w:t>
      </w:r>
      <w:proofErr w:type="spellStart"/>
      <w:r w:rsidRPr="00915FC0">
        <w:rPr>
          <w:color w:val="auto"/>
        </w:rPr>
        <w:t>pisemną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zgodą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pracownika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zakres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obsługi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przetwarzania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danych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odpowiedzialność</w:t>
      </w:r>
      <w:proofErr w:type="spellEnd"/>
      <w:r w:rsidRPr="00915FC0">
        <w:rPr>
          <w:color w:val="auto"/>
        </w:rPr>
        <w:t xml:space="preserve"> za </w:t>
      </w:r>
      <w:proofErr w:type="spellStart"/>
      <w:r w:rsidRPr="00915FC0">
        <w:rPr>
          <w:color w:val="auto"/>
        </w:rPr>
        <w:t>opóźnienie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wpłaty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oraz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ewentualne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wynagrodzenie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dystrybutora</w:t>
      </w:r>
      <w:proofErr w:type="spellEnd"/>
      <w:r w:rsidRPr="00915FC0">
        <w:rPr>
          <w:color w:val="auto"/>
        </w:rPr>
        <w:t xml:space="preserve">. </w:t>
      </w:r>
      <w:proofErr w:type="spellStart"/>
      <w:r w:rsidR="00915FC0" w:rsidRPr="00915FC0">
        <w:rPr>
          <w:color w:val="auto"/>
        </w:rPr>
        <w:t>Niniejsze</w:t>
      </w:r>
      <w:proofErr w:type="spellEnd"/>
      <w:r w:rsidR="00915FC0" w:rsidRPr="00915FC0">
        <w:rPr>
          <w:color w:val="auto"/>
        </w:rPr>
        <w:t xml:space="preserve"> </w:t>
      </w:r>
      <w:proofErr w:type="spellStart"/>
      <w:r w:rsidR="00915FC0" w:rsidRPr="00915FC0">
        <w:rPr>
          <w:color w:val="auto"/>
        </w:rPr>
        <w:t>rozeznanie</w:t>
      </w:r>
      <w:proofErr w:type="spellEnd"/>
      <w:r w:rsidR="00915FC0" w:rsidRPr="00915FC0">
        <w:rPr>
          <w:color w:val="auto"/>
        </w:rPr>
        <w:t xml:space="preserve"> </w:t>
      </w:r>
      <w:proofErr w:type="spellStart"/>
      <w:r w:rsidR="00915FC0" w:rsidRPr="00915FC0">
        <w:rPr>
          <w:color w:val="auto"/>
        </w:rPr>
        <w:t>rynku</w:t>
      </w:r>
      <w:proofErr w:type="spellEnd"/>
      <w:r w:rsidR="00915FC0" w:rsidRPr="00915FC0">
        <w:rPr>
          <w:color w:val="auto"/>
        </w:rPr>
        <w:t xml:space="preserve"> ma </w:t>
      </w:r>
      <w:proofErr w:type="spellStart"/>
      <w:r w:rsidR="00915FC0" w:rsidRPr="00915FC0">
        <w:rPr>
          <w:color w:val="auto"/>
        </w:rPr>
        <w:t>charakter</w:t>
      </w:r>
      <w:proofErr w:type="spellEnd"/>
      <w:r w:rsidR="00915FC0" w:rsidRPr="00915FC0">
        <w:rPr>
          <w:color w:val="auto"/>
        </w:rPr>
        <w:t xml:space="preserve"> </w:t>
      </w:r>
      <w:proofErr w:type="spellStart"/>
      <w:r w:rsidR="00915FC0" w:rsidRPr="00915FC0">
        <w:rPr>
          <w:color w:val="auto"/>
        </w:rPr>
        <w:t>informacyjny</w:t>
      </w:r>
      <w:proofErr w:type="spellEnd"/>
      <w:r w:rsidR="00915FC0" w:rsidRPr="00915FC0">
        <w:rPr>
          <w:color w:val="auto"/>
        </w:rPr>
        <w:t xml:space="preserve"> </w:t>
      </w:r>
      <w:proofErr w:type="spellStart"/>
      <w:r w:rsidR="00915FC0" w:rsidRPr="00915FC0">
        <w:rPr>
          <w:color w:val="auto"/>
        </w:rPr>
        <w:t>i</w:t>
      </w:r>
      <w:proofErr w:type="spellEnd"/>
      <w:r w:rsidR="00915FC0" w:rsidRPr="00915FC0">
        <w:rPr>
          <w:color w:val="auto"/>
        </w:rPr>
        <w:t xml:space="preserve"> </w:t>
      </w:r>
      <w:proofErr w:type="spellStart"/>
      <w:r w:rsidR="00915FC0" w:rsidRPr="00915FC0">
        <w:rPr>
          <w:color w:val="auto"/>
        </w:rPr>
        <w:t>s</w:t>
      </w:r>
      <w:r w:rsidR="00915FC0" w:rsidRPr="00915FC0">
        <w:rPr>
          <w:rFonts w:hint="cs"/>
          <w:color w:val="auto"/>
        </w:rPr>
        <w:t>ł</w:t>
      </w:r>
      <w:r w:rsidR="00915FC0" w:rsidRPr="00915FC0">
        <w:rPr>
          <w:color w:val="auto"/>
        </w:rPr>
        <w:t>u</w:t>
      </w:r>
      <w:r w:rsidR="00915FC0" w:rsidRPr="00915FC0">
        <w:rPr>
          <w:rFonts w:hint="cs"/>
          <w:color w:val="auto"/>
        </w:rPr>
        <w:t>ż</w:t>
      </w:r>
      <w:r w:rsidR="00915FC0" w:rsidRPr="00915FC0">
        <w:rPr>
          <w:color w:val="auto"/>
        </w:rPr>
        <w:t>y</w:t>
      </w:r>
      <w:proofErr w:type="spellEnd"/>
      <w:r w:rsidR="00915FC0" w:rsidRPr="00915FC0">
        <w:rPr>
          <w:color w:val="auto"/>
        </w:rPr>
        <w:t xml:space="preserve"> </w:t>
      </w:r>
      <w:proofErr w:type="spellStart"/>
      <w:r w:rsidR="00915FC0" w:rsidRPr="00915FC0">
        <w:rPr>
          <w:color w:val="auto"/>
        </w:rPr>
        <w:t>ustaleniu</w:t>
      </w:r>
      <w:proofErr w:type="spellEnd"/>
      <w:r w:rsidR="00915FC0" w:rsidRPr="00915FC0">
        <w:rPr>
          <w:color w:val="auto"/>
        </w:rPr>
        <w:t xml:space="preserve"> </w:t>
      </w:r>
      <w:proofErr w:type="spellStart"/>
      <w:r w:rsidR="00915FC0" w:rsidRPr="00915FC0">
        <w:rPr>
          <w:color w:val="auto"/>
        </w:rPr>
        <w:t>dost</w:t>
      </w:r>
      <w:r w:rsidR="00915FC0" w:rsidRPr="00915FC0">
        <w:rPr>
          <w:rFonts w:hint="cs"/>
          <w:color w:val="auto"/>
        </w:rPr>
        <w:t>ę</w:t>
      </w:r>
      <w:r w:rsidR="00915FC0" w:rsidRPr="00915FC0">
        <w:rPr>
          <w:color w:val="auto"/>
        </w:rPr>
        <w:t>pnych</w:t>
      </w:r>
      <w:proofErr w:type="spellEnd"/>
      <w:r w:rsidR="00915FC0" w:rsidRPr="00915FC0">
        <w:rPr>
          <w:color w:val="auto"/>
        </w:rPr>
        <w:t xml:space="preserve"> </w:t>
      </w:r>
      <w:proofErr w:type="spellStart"/>
      <w:r w:rsidR="00915FC0" w:rsidRPr="00915FC0">
        <w:rPr>
          <w:color w:val="auto"/>
        </w:rPr>
        <w:t>warunk</w:t>
      </w:r>
      <w:r w:rsidR="00915FC0" w:rsidRPr="00915FC0">
        <w:rPr>
          <w:rFonts w:hint="cs"/>
          <w:color w:val="auto"/>
        </w:rPr>
        <w:t>ó</w:t>
      </w:r>
      <w:r w:rsidR="00915FC0" w:rsidRPr="00915FC0">
        <w:rPr>
          <w:color w:val="auto"/>
        </w:rPr>
        <w:t>w</w:t>
      </w:r>
      <w:proofErr w:type="spellEnd"/>
      <w:r w:rsidR="00915FC0" w:rsidRPr="00915FC0">
        <w:rPr>
          <w:color w:val="auto"/>
        </w:rPr>
        <w:t xml:space="preserve"> </w:t>
      </w:r>
      <w:proofErr w:type="spellStart"/>
      <w:r w:rsidR="00915FC0" w:rsidRPr="00915FC0">
        <w:rPr>
          <w:color w:val="auto"/>
        </w:rPr>
        <w:t>oraz</w:t>
      </w:r>
      <w:proofErr w:type="spellEnd"/>
      <w:r w:rsidR="00915FC0" w:rsidRPr="00915FC0">
        <w:rPr>
          <w:color w:val="auto"/>
        </w:rPr>
        <w:t xml:space="preserve"> </w:t>
      </w:r>
      <w:proofErr w:type="spellStart"/>
      <w:r w:rsidR="00915FC0" w:rsidRPr="00915FC0">
        <w:rPr>
          <w:color w:val="auto"/>
        </w:rPr>
        <w:t>cen</w:t>
      </w:r>
      <w:proofErr w:type="spellEnd"/>
      <w:r w:rsidR="00915FC0" w:rsidRPr="00915FC0">
        <w:rPr>
          <w:color w:val="auto"/>
        </w:rPr>
        <w:t xml:space="preserve"> </w:t>
      </w:r>
      <w:proofErr w:type="spellStart"/>
      <w:r w:rsidR="00915FC0" w:rsidRPr="00915FC0">
        <w:rPr>
          <w:color w:val="auto"/>
        </w:rPr>
        <w:t>grupowego</w:t>
      </w:r>
      <w:proofErr w:type="spellEnd"/>
      <w:r w:rsidR="00915FC0" w:rsidRPr="00915FC0">
        <w:rPr>
          <w:color w:val="auto"/>
        </w:rPr>
        <w:t xml:space="preserve"> </w:t>
      </w:r>
      <w:proofErr w:type="spellStart"/>
      <w:r w:rsidR="00915FC0" w:rsidRPr="00915FC0">
        <w:rPr>
          <w:color w:val="auto"/>
        </w:rPr>
        <w:t>ubezpieczenia</w:t>
      </w:r>
      <w:proofErr w:type="spellEnd"/>
      <w:r w:rsidR="00915FC0" w:rsidRPr="00915FC0">
        <w:rPr>
          <w:color w:val="auto"/>
        </w:rPr>
        <w:t xml:space="preserve"> </w:t>
      </w:r>
      <w:proofErr w:type="spellStart"/>
      <w:r w:rsidR="00915FC0" w:rsidRPr="00915FC0">
        <w:rPr>
          <w:color w:val="auto"/>
        </w:rPr>
        <w:t>na</w:t>
      </w:r>
      <w:proofErr w:type="spellEnd"/>
      <w:r w:rsidR="00915FC0" w:rsidRPr="00915FC0">
        <w:rPr>
          <w:color w:val="auto"/>
        </w:rPr>
        <w:t xml:space="preserve"> </w:t>
      </w:r>
      <w:proofErr w:type="spellStart"/>
      <w:r w:rsidR="00915FC0" w:rsidRPr="00915FC0">
        <w:rPr>
          <w:rFonts w:hint="cs"/>
          <w:color w:val="auto"/>
        </w:rPr>
        <w:t>ż</w:t>
      </w:r>
      <w:r w:rsidR="00915FC0" w:rsidRPr="00915FC0">
        <w:rPr>
          <w:color w:val="auto"/>
        </w:rPr>
        <w:t>ycie</w:t>
      </w:r>
      <w:proofErr w:type="spellEnd"/>
      <w:r w:rsidR="00915FC0" w:rsidRPr="00915FC0">
        <w:rPr>
          <w:color w:val="auto"/>
        </w:rPr>
        <w:t xml:space="preserve"> </w:t>
      </w:r>
      <w:proofErr w:type="spellStart"/>
      <w:r w:rsidR="00915FC0" w:rsidRPr="00915FC0">
        <w:rPr>
          <w:color w:val="auto"/>
        </w:rPr>
        <w:t>i</w:t>
      </w:r>
      <w:proofErr w:type="spellEnd"/>
      <w:r w:rsidR="00915FC0" w:rsidRPr="00915FC0">
        <w:rPr>
          <w:color w:val="auto"/>
        </w:rPr>
        <w:t xml:space="preserve"> </w:t>
      </w:r>
      <w:proofErr w:type="spellStart"/>
      <w:r w:rsidR="00915FC0" w:rsidRPr="00915FC0">
        <w:rPr>
          <w:color w:val="auto"/>
        </w:rPr>
        <w:t>nast</w:t>
      </w:r>
      <w:r w:rsidR="00915FC0" w:rsidRPr="00915FC0">
        <w:rPr>
          <w:rFonts w:hint="cs"/>
          <w:color w:val="auto"/>
        </w:rPr>
        <w:t>ę</w:t>
      </w:r>
      <w:r w:rsidR="00915FC0" w:rsidRPr="00915FC0">
        <w:rPr>
          <w:color w:val="auto"/>
        </w:rPr>
        <w:t>pstw</w:t>
      </w:r>
      <w:proofErr w:type="spellEnd"/>
      <w:r w:rsidR="00915FC0" w:rsidRPr="00915FC0">
        <w:rPr>
          <w:color w:val="auto"/>
        </w:rPr>
        <w:t xml:space="preserve"> </w:t>
      </w:r>
      <w:proofErr w:type="spellStart"/>
      <w:r w:rsidR="00915FC0" w:rsidRPr="00915FC0">
        <w:rPr>
          <w:color w:val="auto"/>
        </w:rPr>
        <w:t>nieszcz</w:t>
      </w:r>
      <w:r w:rsidR="00915FC0" w:rsidRPr="00915FC0">
        <w:rPr>
          <w:rFonts w:hint="cs"/>
          <w:color w:val="auto"/>
        </w:rPr>
        <w:t>ęś</w:t>
      </w:r>
      <w:r w:rsidR="00915FC0" w:rsidRPr="00915FC0">
        <w:rPr>
          <w:color w:val="auto"/>
        </w:rPr>
        <w:t>liwych</w:t>
      </w:r>
      <w:proofErr w:type="spellEnd"/>
      <w:r w:rsidR="00915FC0" w:rsidRPr="00915FC0">
        <w:rPr>
          <w:color w:val="auto"/>
        </w:rPr>
        <w:t xml:space="preserve"> </w:t>
      </w:r>
      <w:proofErr w:type="spellStart"/>
      <w:r w:rsidR="00915FC0" w:rsidRPr="00915FC0">
        <w:rPr>
          <w:color w:val="auto"/>
        </w:rPr>
        <w:t>wypadk</w:t>
      </w:r>
      <w:r w:rsidR="00915FC0" w:rsidRPr="00915FC0">
        <w:rPr>
          <w:rFonts w:hint="cs"/>
          <w:color w:val="auto"/>
        </w:rPr>
        <w:t>ó</w:t>
      </w:r>
      <w:r w:rsidR="00915FC0" w:rsidRPr="00915FC0">
        <w:rPr>
          <w:color w:val="auto"/>
        </w:rPr>
        <w:t>w</w:t>
      </w:r>
      <w:proofErr w:type="spellEnd"/>
      <w:r w:rsidR="00915FC0" w:rsidRPr="00915FC0">
        <w:rPr>
          <w:color w:val="auto"/>
        </w:rPr>
        <w:t xml:space="preserve"> </w:t>
      </w:r>
      <w:proofErr w:type="spellStart"/>
      <w:r w:rsidR="00915FC0" w:rsidRPr="00915FC0">
        <w:rPr>
          <w:color w:val="auto"/>
        </w:rPr>
        <w:t>dla</w:t>
      </w:r>
      <w:proofErr w:type="spellEnd"/>
      <w:r w:rsidR="00915FC0" w:rsidRPr="00915FC0">
        <w:rPr>
          <w:color w:val="auto"/>
        </w:rPr>
        <w:t xml:space="preserve"> </w:t>
      </w:r>
      <w:proofErr w:type="spellStart"/>
      <w:r w:rsidR="00915FC0" w:rsidRPr="00915FC0">
        <w:rPr>
          <w:color w:val="auto"/>
        </w:rPr>
        <w:t>pracownik</w:t>
      </w:r>
      <w:r w:rsidR="00915FC0" w:rsidRPr="00915FC0">
        <w:rPr>
          <w:rFonts w:hint="cs"/>
          <w:color w:val="auto"/>
        </w:rPr>
        <w:t>ó</w:t>
      </w:r>
      <w:r w:rsidR="00915FC0" w:rsidRPr="00915FC0">
        <w:rPr>
          <w:color w:val="auto"/>
        </w:rPr>
        <w:t>w</w:t>
      </w:r>
      <w:proofErr w:type="spellEnd"/>
      <w:r w:rsidR="00915FC0" w:rsidRPr="00915FC0">
        <w:rPr>
          <w:color w:val="auto"/>
        </w:rPr>
        <w:t xml:space="preserve"> GIG-PIB. </w:t>
      </w:r>
      <w:proofErr w:type="spellStart"/>
      <w:r w:rsidR="00915FC0" w:rsidRPr="00915FC0">
        <w:rPr>
          <w:color w:val="auto"/>
        </w:rPr>
        <w:t>Przekazanie</w:t>
      </w:r>
      <w:proofErr w:type="spellEnd"/>
      <w:r w:rsidR="00915FC0" w:rsidRPr="00915FC0">
        <w:rPr>
          <w:color w:val="auto"/>
        </w:rPr>
        <w:t xml:space="preserve"> </w:t>
      </w:r>
      <w:proofErr w:type="spellStart"/>
      <w:r w:rsidR="00915FC0" w:rsidRPr="00915FC0">
        <w:rPr>
          <w:color w:val="auto"/>
        </w:rPr>
        <w:t>oferty</w:t>
      </w:r>
      <w:proofErr w:type="spellEnd"/>
      <w:r w:rsidR="00915FC0" w:rsidRPr="00915FC0">
        <w:rPr>
          <w:color w:val="auto"/>
        </w:rPr>
        <w:t xml:space="preserve"> </w:t>
      </w:r>
      <w:proofErr w:type="spellStart"/>
      <w:r w:rsidR="00915FC0" w:rsidRPr="00915FC0">
        <w:rPr>
          <w:color w:val="auto"/>
        </w:rPr>
        <w:t>cenowej</w:t>
      </w:r>
      <w:proofErr w:type="spellEnd"/>
      <w:r w:rsidR="00915FC0" w:rsidRPr="00915FC0">
        <w:rPr>
          <w:color w:val="auto"/>
        </w:rPr>
        <w:t xml:space="preserve"> </w:t>
      </w:r>
      <w:proofErr w:type="spellStart"/>
      <w:r w:rsidR="00915FC0" w:rsidRPr="00915FC0">
        <w:rPr>
          <w:color w:val="auto"/>
        </w:rPr>
        <w:t>nie</w:t>
      </w:r>
      <w:proofErr w:type="spellEnd"/>
      <w:r w:rsidR="00915FC0" w:rsidRPr="00915FC0">
        <w:rPr>
          <w:color w:val="auto"/>
        </w:rPr>
        <w:t xml:space="preserve"> </w:t>
      </w:r>
      <w:proofErr w:type="spellStart"/>
      <w:r w:rsidR="00915FC0" w:rsidRPr="00915FC0">
        <w:rPr>
          <w:color w:val="auto"/>
        </w:rPr>
        <w:t>stanowi</w:t>
      </w:r>
      <w:proofErr w:type="spellEnd"/>
      <w:r w:rsidR="00915FC0" w:rsidRPr="00915FC0">
        <w:rPr>
          <w:color w:val="auto"/>
        </w:rPr>
        <w:t xml:space="preserve"> </w:t>
      </w:r>
      <w:proofErr w:type="spellStart"/>
      <w:r w:rsidR="00915FC0" w:rsidRPr="00915FC0">
        <w:rPr>
          <w:color w:val="auto"/>
        </w:rPr>
        <w:t>podstawy</w:t>
      </w:r>
      <w:proofErr w:type="spellEnd"/>
      <w:r w:rsidR="00915FC0" w:rsidRPr="00915FC0">
        <w:rPr>
          <w:color w:val="auto"/>
        </w:rPr>
        <w:t xml:space="preserve"> do </w:t>
      </w:r>
      <w:proofErr w:type="spellStart"/>
      <w:r w:rsidR="00915FC0" w:rsidRPr="00915FC0">
        <w:rPr>
          <w:color w:val="auto"/>
        </w:rPr>
        <w:t>roszcze</w:t>
      </w:r>
      <w:r w:rsidR="00915FC0" w:rsidRPr="00915FC0">
        <w:rPr>
          <w:rFonts w:hint="cs"/>
          <w:color w:val="auto"/>
        </w:rPr>
        <w:t>ń</w:t>
      </w:r>
      <w:proofErr w:type="spellEnd"/>
      <w:r w:rsidR="00915FC0" w:rsidRPr="00915FC0">
        <w:rPr>
          <w:color w:val="auto"/>
        </w:rPr>
        <w:t xml:space="preserve"> </w:t>
      </w:r>
      <w:proofErr w:type="spellStart"/>
      <w:r w:rsidR="00915FC0" w:rsidRPr="00915FC0">
        <w:rPr>
          <w:color w:val="auto"/>
        </w:rPr>
        <w:t>wobec</w:t>
      </w:r>
      <w:proofErr w:type="spellEnd"/>
      <w:r w:rsidR="00915FC0" w:rsidRPr="00915FC0">
        <w:rPr>
          <w:color w:val="auto"/>
        </w:rPr>
        <w:t xml:space="preserve"> GIG-PIB ani </w:t>
      </w:r>
      <w:proofErr w:type="spellStart"/>
      <w:r w:rsidR="00915FC0" w:rsidRPr="00915FC0">
        <w:rPr>
          <w:color w:val="auto"/>
        </w:rPr>
        <w:t>nie</w:t>
      </w:r>
      <w:proofErr w:type="spellEnd"/>
      <w:r w:rsidR="00915FC0" w:rsidRPr="00915FC0">
        <w:rPr>
          <w:color w:val="auto"/>
        </w:rPr>
        <w:t xml:space="preserve"> </w:t>
      </w:r>
      <w:proofErr w:type="spellStart"/>
      <w:r w:rsidR="00915FC0" w:rsidRPr="00915FC0">
        <w:rPr>
          <w:color w:val="auto"/>
        </w:rPr>
        <w:t>zobowi</w:t>
      </w:r>
      <w:r w:rsidR="00915FC0" w:rsidRPr="00915FC0">
        <w:rPr>
          <w:rFonts w:hint="cs"/>
          <w:color w:val="auto"/>
        </w:rPr>
        <w:t>ą</w:t>
      </w:r>
      <w:r w:rsidR="00915FC0" w:rsidRPr="00915FC0">
        <w:rPr>
          <w:color w:val="auto"/>
        </w:rPr>
        <w:t>zuje</w:t>
      </w:r>
      <w:proofErr w:type="spellEnd"/>
      <w:r w:rsidR="00915FC0" w:rsidRPr="00915FC0">
        <w:rPr>
          <w:color w:val="auto"/>
        </w:rPr>
        <w:t xml:space="preserve"> </w:t>
      </w:r>
      <w:proofErr w:type="spellStart"/>
      <w:r w:rsidR="00915FC0" w:rsidRPr="00915FC0">
        <w:rPr>
          <w:color w:val="auto"/>
        </w:rPr>
        <w:t>Instytutu</w:t>
      </w:r>
      <w:proofErr w:type="spellEnd"/>
      <w:r w:rsidR="00915FC0" w:rsidRPr="00915FC0">
        <w:rPr>
          <w:color w:val="auto"/>
        </w:rPr>
        <w:t xml:space="preserve"> do </w:t>
      </w:r>
      <w:proofErr w:type="spellStart"/>
      <w:r w:rsidR="00915FC0" w:rsidRPr="00915FC0">
        <w:rPr>
          <w:color w:val="auto"/>
        </w:rPr>
        <w:t>zawarcia</w:t>
      </w:r>
      <w:proofErr w:type="spellEnd"/>
      <w:r w:rsidR="00915FC0" w:rsidRPr="00915FC0">
        <w:rPr>
          <w:color w:val="auto"/>
        </w:rPr>
        <w:t xml:space="preserve"> </w:t>
      </w:r>
      <w:proofErr w:type="spellStart"/>
      <w:r w:rsidR="00915FC0" w:rsidRPr="00915FC0">
        <w:rPr>
          <w:color w:val="auto"/>
        </w:rPr>
        <w:t>umowy</w:t>
      </w:r>
      <w:proofErr w:type="spellEnd"/>
      <w:r w:rsidR="00915FC0" w:rsidRPr="00915FC0">
        <w:rPr>
          <w:color w:val="auto"/>
        </w:rPr>
        <w:t xml:space="preserve"> z </w:t>
      </w:r>
      <w:proofErr w:type="spellStart"/>
      <w:r w:rsidR="00915FC0" w:rsidRPr="00915FC0">
        <w:rPr>
          <w:color w:val="auto"/>
        </w:rPr>
        <w:t>kt</w:t>
      </w:r>
      <w:r w:rsidR="00915FC0" w:rsidRPr="00915FC0">
        <w:rPr>
          <w:rFonts w:hint="cs"/>
          <w:color w:val="auto"/>
        </w:rPr>
        <w:t>ó</w:t>
      </w:r>
      <w:r w:rsidR="00915FC0" w:rsidRPr="00915FC0">
        <w:rPr>
          <w:color w:val="auto"/>
        </w:rPr>
        <w:t>rymkolwiek</w:t>
      </w:r>
      <w:proofErr w:type="spellEnd"/>
      <w:r w:rsidR="00915FC0" w:rsidRPr="00915FC0">
        <w:rPr>
          <w:color w:val="auto"/>
        </w:rPr>
        <w:t xml:space="preserve"> z </w:t>
      </w:r>
      <w:proofErr w:type="spellStart"/>
      <w:r w:rsidR="00915FC0" w:rsidRPr="00915FC0">
        <w:rPr>
          <w:color w:val="auto"/>
        </w:rPr>
        <w:t>oferent</w:t>
      </w:r>
      <w:r w:rsidR="00915FC0" w:rsidRPr="00915FC0">
        <w:rPr>
          <w:rFonts w:hint="cs"/>
          <w:color w:val="auto"/>
        </w:rPr>
        <w:t>ó</w:t>
      </w:r>
      <w:r w:rsidR="00915FC0" w:rsidRPr="00915FC0">
        <w:rPr>
          <w:color w:val="auto"/>
        </w:rPr>
        <w:t>w</w:t>
      </w:r>
      <w:proofErr w:type="spellEnd"/>
      <w:r w:rsidR="00915FC0" w:rsidRPr="00915FC0">
        <w:rPr>
          <w:color w:val="auto"/>
        </w:rPr>
        <w:t>.</w:t>
      </w:r>
      <w:r w:rsidRPr="00915FC0">
        <w:rPr>
          <w:color w:val="auto"/>
        </w:rPr>
        <w:t>.</w:t>
      </w:r>
    </w:p>
    <w:p w14:paraId="4AF4569C" w14:textId="77777777" w:rsidR="003158F7" w:rsidRPr="00915FC0" w:rsidRDefault="00A267DB" w:rsidP="00CC5695">
      <w:pPr>
        <w:pStyle w:val="Nagwek1"/>
        <w:jc w:val="both"/>
        <w:rPr>
          <w:color w:val="auto"/>
        </w:rPr>
      </w:pPr>
      <w:r>
        <w:rPr>
          <w:color w:val="auto"/>
        </w:rPr>
        <w:t>8</w:t>
      </w:r>
      <w:r w:rsidR="009D5D3E" w:rsidRPr="00915FC0">
        <w:rPr>
          <w:color w:val="auto"/>
        </w:rPr>
        <w:t xml:space="preserve">. </w:t>
      </w:r>
      <w:proofErr w:type="spellStart"/>
      <w:r w:rsidR="009D5D3E" w:rsidRPr="00915FC0">
        <w:rPr>
          <w:color w:val="auto"/>
        </w:rPr>
        <w:t>Sposób</w:t>
      </w:r>
      <w:proofErr w:type="spellEnd"/>
      <w:r w:rsidR="009D5D3E" w:rsidRPr="00915FC0">
        <w:rPr>
          <w:color w:val="auto"/>
        </w:rPr>
        <w:t xml:space="preserve"> </w:t>
      </w:r>
      <w:proofErr w:type="spellStart"/>
      <w:r w:rsidR="009D5D3E" w:rsidRPr="00915FC0">
        <w:rPr>
          <w:color w:val="auto"/>
        </w:rPr>
        <w:t>odpowiedzi</w:t>
      </w:r>
      <w:proofErr w:type="spellEnd"/>
    </w:p>
    <w:p w14:paraId="1B9C5981" w14:textId="5F4A1D0A" w:rsidR="0024733F" w:rsidRDefault="009D5D3E" w:rsidP="00CC5695">
      <w:pPr>
        <w:jc w:val="both"/>
        <w:rPr>
          <w:color w:val="auto"/>
        </w:rPr>
      </w:pPr>
      <w:proofErr w:type="spellStart"/>
      <w:r w:rsidRPr="00915FC0">
        <w:rPr>
          <w:color w:val="auto"/>
        </w:rPr>
        <w:t>Odpowiedź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należy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przedstawić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formularzu</w:t>
      </w:r>
      <w:proofErr w:type="spellEnd"/>
      <w:r w:rsidRPr="00915FC0">
        <w:rPr>
          <w:color w:val="auto"/>
        </w:rPr>
        <w:t xml:space="preserve"> w </w:t>
      </w:r>
      <w:proofErr w:type="spellStart"/>
      <w:r w:rsidRPr="00915FC0">
        <w:rPr>
          <w:color w:val="auto"/>
        </w:rPr>
        <w:t>Załączniku</w:t>
      </w:r>
      <w:proofErr w:type="spellEnd"/>
      <w:r w:rsidRPr="00915FC0">
        <w:rPr>
          <w:color w:val="auto"/>
        </w:rPr>
        <w:t xml:space="preserve"> nr 4, </w:t>
      </w:r>
      <w:proofErr w:type="spellStart"/>
      <w:r w:rsidRPr="00915FC0">
        <w:rPr>
          <w:color w:val="auto"/>
        </w:rPr>
        <w:t>wraz</w:t>
      </w:r>
      <w:proofErr w:type="spellEnd"/>
      <w:r w:rsidRPr="00915FC0">
        <w:rPr>
          <w:color w:val="auto"/>
        </w:rPr>
        <w:t xml:space="preserve"> z </w:t>
      </w:r>
      <w:proofErr w:type="spellStart"/>
      <w:r w:rsidRPr="00915FC0">
        <w:rPr>
          <w:color w:val="auto"/>
        </w:rPr>
        <w:t>zestawieniem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wszystkich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odstępstw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od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wymagań</w:t>
      </w:r>
      <w:proofErr w:type="spellEnd"/>
      <w:r w:rsidRPr="00915FC0">
        <w:rPr>
          <w:color w:val="auto"/>
        </w:rPr>
        <w:t xml:space="preserve">. </w:t>
      </w:r>
      <w:proofErr w:type="spellStart"/>
      <w:r w:rsidRPr="00915FC0">
        <w:rPr>
          <w:color w:val="auto"/>
        </w:rPr>
        <w:t>Oferent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może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dodatkowo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dołączyć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alternatywny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wariant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cenowy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lecz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zamiast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odpowiedzi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zakres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referencyjny</w:t>
      </w:r>
      <w:proofErr w:type="spellEnd"/>
      <w:r w:rsidRPr="00915FC0">
        <w:rPr>
          <w:color w:val="auto"/>
        </w:rPr>
        <w:t xml:space="preserve">. Termin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adres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złożenia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informacji</w:t>
      </w:r>
      <w:proofErr w:type="spellEnd"/>
      <w:r w:rsidR="0024733F">
        <w:rPr>
          <w:color w:val="auto"/>
        </w:rPr>
        <w:t xml:space="preserve">: </w:t>
      </w:r>
      <w:r w:rsidR="0024733F" w:rsidRPr="0024733F">
        <w:rPr>
          <w:b/>
          <w:bCs/>
          <w:color w:val="auto"/>
        </w:rPr>
        <w:t xml:space="preserve">do 04.11.2026r. </w:t>
      </w:r>
      <w:proofErr w:type="spellStart"/>
      <w:r w:rsidR="0024733F" w:rsidRPr="0024733F">
        <w:rPr>
          <w:b/>
          <w:bCs/>
          <w:color w:val="auto"/>
        </w:rPr>
        <w:t>adres</w:t>
      </w:r>
      <w:proofErr w:type="spellEnd"/>
      <w:r w:rsidR="0024733F" w:rsidRPr="0024733F">
        <w:rPr>
          <w:b/>
          <w:bCs/>
          <w:color w:val="auto"/>
        </w:rPr>
        <w:t xml:space="preserve"> e-mail: </w:t>
      </w:r>
      <w:hyperlink r:id="rId8" w:history="1">
        <w:r w:rsidR="0024733F" w:rsidRPr="0024733F">
          <w:rPr>
            <w:rStyle w:val="Hipercze"/>
            <w:b/>
            <w:bCs/>
          </w:rPr>
          <w:t>skolinska@gig.eu</w:t>
        </w:r>
      </w:hyperlink>
      <w:r w:rsidR="0024733F">
        <w:rPr>
          <w:color w:val="auto"/>
        </w:rPr>
        <w:t xml:space="preserve"> </w:t>
      </w:r>
    </w:p>
    <w:p w14:paraId="1AAB7D16" w14:textId="7F2077AE" w:rsidR="003158F7" w:rsidRPr="00915FC0" w:rsidRDefault="009D5D3E" w:rsidP="00CC5695">
      <w:pPr>
        <w:jc w:val="both"/>
        <w:rPr>
          <w:rFonts w:hint="eastAsia"/>
          <w:color w:val="auto"/>
        </w:rPr>
      </w:pPr>
      <w:proofErr w:type="spellStart"/>
      <w:r w:rsidRPr="00915FC0">
        <w:rPr>
          <w:color w:val="auto"/>
        </w:rPr>
        <w:t>Okres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związania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informacją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cenową</w:t>
      </w:r>
      <w:proofErr w:type="spellEnd"/>
      <w:r w:rsidRPr="00915FC0">
        <w:rPr>
          <w:color w:val="auto"/>
        </w:rPr>
        <w:t xml:space="preserve">: [do </w:t>
      </w:r>
      <w:proofErr w:type="spellStart"/>
      <w:r w:rsidRPr="00915FC0">
        <w:rPr>
          <w:color w:val="auto"/>
        </w:rPr>
        <w:t>określenia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przez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oferenta</w:t>
      </w:r>
      <w:proofErr w:type="spellEnd"/>
      <w:r w:rsidRPr="00915FC0">
        <w:rPr>
          <w:color w:val="auto"/>
        </w:rPr>
        <w:t>].</w:t>
      </w:r>
    </w:p>
    <w:p w14:paraId="3FEA6360" w14:textId="77777777" w:rsidR="003158F7" w:rsidRPr="00915FC0" w:rsidRDefault="009D5D3E" w:rsidP="00CC5695">
      <w:pPr>
        <w:jc w:val="both"/>
        <w:rPr>
          <w:rFonts w:hint="eastAsia"/>
          <w:color w:val="auto"/>
        </w:rPr>
      </w:pPr>
      <w:r w:rsidRPr="00915FC0">
        <w:rPr>
          <w:color w:val="auto"/>
        </w:rPr>
        <w:br w:type="page"/>
      </w:r>
    </w:p>
    <w:p w14:paraId="1DF31E10" w14:textId="77777777" w:rsidR="003158F7" w:rsidRPr="00915FC0" w:rsidRDefault="009D5D3E" w:rsidP="00CC5695">
      <w:pPr>
        <w:pStyle w:val="Nagwek1"/>
        <w:jc w:val="both"/>
        <w:rPr>
          <w:color w:val="auto"/>
        </w:rPr>
      </w:pPr>
      <w:r w:rsidRPr="00915FC0">
        <w:rPr>
          <w:color w:val="auto"/>
        </w:rPr>
        <w:lastRenderedPageBreak/>
        <w:t xml:space="preserve">ZAŁĄCZNIK NR 1. </w:t>
      </w:r>
      <w:proofErr w:type="spellStart"/>
      <w:r w:rsidRPr="00915FC0">
        <w:rPr>
          <w:color w:val="auto"/>
        </w:rPr>
        <w:t>Wymagane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świadczenia</w:t>
      </w:r>
      <w:proofErr w:type="spellEnd"/>
      <w:r w:rsidRPr="00915FC0">
        <w:rPr>
          <w:color w:val="auto"/>
        </w:rPr>
        <w:t xml:space="preserve"> w </w:t>
      </w:r>
      <w:proofErr w:type="spellStart"/>
      <w:r w:rsidRPr="00915FC0">
        <w:rPr>
          <w:color w:val="auto"/>
        </w:rPr>
        <w:t>pięciu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wariantach</w:t>
      </w:r>
      <w:proofErr w:type="spellEnd"/>
    </w:p>
    <w:p w14:paraId="12D50A88" w14:textId="77777777" w:rsidR="003158F7" w:rsidRPr="00915FC0" w:rsidRDefault="009D5D3E" w:rsidP="00CC5695">
      <w:pPr>
        <w:jc w:val="both"/>
        <w:rPr>
          <w:rFonts w:hint="eastAsia"/>
          <w:color w:val="auto"/>
        </w:rPr>
      </w:pPr>
      <w:proofErr w:type="spellStart"/>
      <w:r w:rsidRPr="00915FC0">
        <w:rPr>
          <w:color w:val="auto"/>
        </w:rPr>
        <w:t>Wszystkie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świadczenia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ich </w:t>
      </w:r>
      <w:proofErr w:type="spellStart"/>
      <w:r w:rsidRPr="00915FC0">
        <w:rPr>
          <w:color w:val="auto"/>
        </w:rPr>
        <w:t>rozkład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pomiędzy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wariantami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muszą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być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zachowane</w:t>
      </w:r>
      <w:proofErr w:type="spellEnd"/>
      <w:r w:rsidRPr="00915FC0">
        <w:rPr>
          <w:color w:val="auto"/>
        </w:rPr>
        <w:t xml:space="preserve">. </w:t>
      </w:r>
      <w:proofErr w:type="spellStart"/>
      <w:r w:rsidRPr="00915FC0">
        <w:rPr>
          <w:color w:val="auto"/>
        </w:rPr>
        <w:t>Oznaczenie</w:t>
      </w:r>
      <w:proofErr w:type="spellEnd"/>
      <w:r w:rsidRPr="00915FC0">
        <w:rPr>
          <w:color w:val="auto"/>
        </w:rPr>
        <w:t xml:space="preserve"> „—” </w:t>
      </w:r>
      <w:proofErr w:type="spellStart"/>
      <w:r w:rsidRPr="00915FC0">
        <w:rPr>
          <w:color w:val="auto"/>
        </w:rPr>
        <w:t>oznacza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brak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danego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świadczenia</w:t>
      </w:r>
      <w:proofErr w:type="spellEnd"/>
      <w:r w:rsidRPr="00915FC0">
        <w:rPr>
          <w:color w:val="auto"/>
        </w:rPr>
        <w:t xml:space="preserve">. „TAK” </w:t>
      </w:r>
      <w:proofErr w:type="spellStart"/>
      <w:r w:rsidRPr="00915FC0">
        <w:rPr>
          <w:color w:val="auto"/>
        </w:rPr>
        <w:t>oznacza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wymagane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objęcie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ochroną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zgodnie</w:t>
      </w:r>
      <w:proofErr w:type="spellEnd"/>
      <w:r w:rsidRPr="00915FC0">
        <w:rPr>
          <w:color w:val="auto"/>
        </w:rPr>
        <w:t xml:space="preserve"> z </w:t>
      </w:r>
      <w:proofErr w:type="spellStart"/>
      <w:r w:rsidRPr="00915FC0">
        <w:rPr>
          <w:color w:val="auto"/>
        </w:rPr>
        <w:t>opisem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szczegółowym</w:t>
      </w:r>
      <w:proofErr w:type="spellEnd"/>
      <w:r w:rsidRPr="00915FC0">
        <w:rPr>
          <w:color w:val="auto"/>
        </w:rPr>
        <w:t xml:space="preserve">. W </w:t>
      </w:r>
      <w:proofErr w:type="spellStart"/>
      <w:r w:rsidRPr="00915FC0">
        <w:rPr>
          <w:color w:val="auto"/>
        </w:rPr>
        <w:t>kolumnach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podano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kwoty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świadczeń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składki</w:t>
      </w:r>
      <w:proofErr w:type="spellEnd"/>
      <w:r w:rsidRPr="00915FC0">
        <w:rPr>
          <w:color w:val="auto"/>
        </w:rPr>
        <w:t>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901"/>
        <w:gridCol w:w="1191"/>
        <w:gridCol w:w="1191"/>
        <w:gridCol w:w="1191"/>
        <w:gridCol w:w="1191"/>
        <w:gridCol w:w="1191"/>
      </w:tblGrid>
      <w:tr w:rsidR="003158F7" w:rsidRPr="00915FC0" w14:paraId="08A6B0D6" w14:textId="77777777">
        <w:trPr>
          <w:cantSplit/>
          <w:tblHeader/>
          <w:jc w:val="center"/>
        </w:trPr>
        <w:tc>
          <w:tcPr>
            <w:tcW w:w="8901" w:type="dxa"/>
            <w:shd w:val="clear" w:color="auto" w:fill="E5F1F6"/>
            <w:vAlign w:val="center"/>
          </w:tcPr>
          <w:p w14:paraId="1201B829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b/>
                <w:color w:val="auto"/>
                <w:sz w:val="14"/>
              </w:rPr>
              <w:t>Zdarzenie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/ </w:t>
            </w:r>
            <w:proofErr w:type="spellStart"/>
            <w:r w:rsidRPr="00915FC0">
              <w:rPr>
                <w:b/>
                <w:color w:val="auto"/>
                <w:sz w:val="14"/>
              </w:rPr>
              <w:t>świadczenie</w:t>
            </w:r>
            <w:proofErr w:type="spellEnd"/>
          </w:p>
        </w:tc>
        <w:tc>
          <w:tcPr>
            <w:tcW w:w="1191" w:type="dxa"/>
            <w:shd w:val="clear" w:color="auto" w:fill="E5F1F6"/>
            <w:vAlign w:val="center"/>
          </w:tcPr>
          <w:p w14:paraId="6702AB9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b/>
                <w:color w:val="auto"/>
                <w:sz w:val="14"/>
              </w:rPr>
              <w:t>A</w:t>
            </w:r>
          </w:p>
        </w:tc>
        <w:tc>
          <w:tcPr>
            <w:tcW w:w="1191" w:type="dxa"/>
            <w:shd w:val="clear" w:color="auto" w:fill="E5F1F6"/>
            <w:vAlign w:val="center"/>
          </w:tcPr>
          <w:p w14:paraId="6C7D0675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b/>
                <w:color w:val="auto"/>
                <w:sz w:val="14"/>
              </w:rPr>
              <w:t>B</w:t>
            </w:r>
          </w:p>
        </w:tc>
        <w:tc>
          <w:tcPr>
            <w:tcW w:w="1191" w:type="dxa"/>
            <w:shd w:val="clear" w:color="auto" w:fill="E5F1F6"/>
            <w:vAlign w:val="center"/>
          </w:tcPr>
          <w:p w14:paraId="136DB17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b/>
                <w:color w:val="auto"/>
                <w:sz w:val="14"/>
              </w:rPr>
              <w:t>C</w:t>
            </w:r>
          </w:p>
        </w:tc>
        <w:tc>
          <w:tcPr>
            <w:tcW w:w="1191" w:type="dxa"/>
            <w:shd w:val="clear" w:color="auto" w:fill="E5F1F6"/>
            <w:vAlign w:val="center"/>
          </w:tcPr>
          <w:p w14:paraId="723DD88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b/>
                <w:color w:val="auto"/>
                <w:sz w:val="14"/>
              </w:rPr>
              <w:t>D</w:t>
            </w:r>
          </w:p>
        </w:tc>
        <w:tc>
          <w:tcPr>
            <w:tcW w:w="1191" w:type="dxa"/>
            <w:shd w:val="clear" w:color="auto" w:fill="E5F1F6"/>
            <w:vAlign w:val="center"/>
          </w:tcPr>
          <w:p w14:paraId="49A98D8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b/>
                <w:color w:val="auto"/>
                <w:sz w:val="14"/>
              </w:rPr>
              <w:t>E</w:t>
            </w:r>
          </w:p>
        </w:tc>
      </w:tr>
      <w:tr w:rsidR="003158F7" w:rsidRPr="00915FC0" w14:paraId="4ACB927D" w14:textId="77777777">
        <w:trPr>
          <w:cantSplit/>
          <w:jc w:val="center"/>
        </w:trPr>
        <w:tc>
          <w:tcPr>
            <w:tcW w:w="1191" w:type="dxa"/>
            <w:gridSpan w:val="6"/>
            <w:shd w:val="clear" w:color="auto" w:fill="EDF5F7"/>
            <w:vAlign w:val="center"/>
          </w:tcPr>
          <w:p w14:paraId="7DDAB7D6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b/>
                <w:color w:val="auto"/>
                <w:sz w:val="14"/>
              </w:rPr>
              <w:t xml:space="preserve">A. </w:t>
            </w:r>
            <w:proofErr w:type="spellStart"/>
            <w:r w:rsidRPr="00915FC0">
              <w:rPr>
                <w:b/>
                <w:color w:val="auto"/>
                <w:sz w:val="14"/>
              </w:rPr>
              <w:t>Śmierć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b/>
                <w:color w:val="auto"/>
                <w:sz w:val="14"/>
              </w:rPr>
              <w:t>osoby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b/>
                <w:color w:val="auto"/>
                <w:sz w:val="14"/>
              </w:rPr>
              <w:t>ubezpieczonej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b/>
                <w:color w:val="auto"/>
                <w:sz w:val="14"/>
              </w:rPr>
              <w:t>oraz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b/>
                <w:color w:val="auto"/>
                <w:sz w:val="14"/>
              </w:rPr>
              <w:t>ochrona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b/>
                <w:color w:val="auto"/>
                <w:sz w:val="14"/>
              </w:rPr>
              <w:t>bliskich</w:t>
            </w:r>
            <w:proofErr w:type="spellEnd"/>
          </w:p>
        </w:tc>
      </w:tr>
      <w:tr w:rsidR="003158F7" w:rsidRPr="00915FC0" w14:paraId="35BE27B9" w14:textId="77777777">
        <w:trPr>
          <w:cantSplit/>
          <w:jc w:val="center"/>
        </w:trPr>
        <w:tc>
          <w:tcPr>
            <w:tcW w:w="8901" w:type="dxa"/>
            <w:shd w:val="clear" w:color="auto" w:fill="FAFCFD"/>
            <w:vAlign w:val="center"/>
          </w:tcPr>
          <w:p w14:paraId="7EBFA816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Śmierć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osoby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ubezpieczonej</w:t>
            </w:r>
            <w:proofErr w:type="spellEnd"/>
            <w:r w:rsidRPr="00915FC0">
              <w:rPr>
                <w:color w:val="auto"/>
                <w:sz w:val="14"/>
              </w:rPr>
              <w:t xml:space="preserve"> – </w:t>
            </w:r>
            <w:proofErr w:type="spellStart"/>
            <w:r w:rsidRPr="00915FC0">
              <w:rPr>
                <w:color w:val="auto"/>
                <w:sz w:val="14"/>
              </w:rPr>
              <w:t>niezależnie</w:t>
            </w:r>
            <w:proofErr w:type="spellEnd"/>
            <w:r w:rsidRPr="00915FC0">
              <w:rPr>
                <w:color w:val="auto"/>
                <w:sz w:val="14"/>
              </w:rPr>
              <w:t xml:space="preserve"> od </w:t>
            </w:r>
            <w:proofErr w:type="spellStart"/>
            <w:r w:rsidRPr="00915FC0">
              <w:rPr>
                <w:color w:val="auto"/>
                <w:sz w:val="14"/>
              </w:rPr>
              <w:t>przyczyny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19A05CA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45 000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380FA539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50 000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4B424FC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95 000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49FB577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100 000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4A583A3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100 000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46BA7FC9" w14:textId="77777777">
        <w:trPr>
          <w:cantSplit/>
          <w:jc w:val="center"/>
        </w:trPr>
        <w:tc>
          <w:tcPr>
            <w:tcW w:w="8901" w:type="dxa"/>
            <w:vAlign w:val="center"/>
          </w:tcPr>
          <w:p w14:paraId="5B06B295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Śmierć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wskutek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nieszczęśliwego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wypadku</w:t>
            </w:r>
            <w:proofErr w:type="spellEnd"/>
            <w:r w:rsidRPr="00915FC0">
              <w:rPr>
                <w:color w:val="auto"/>
                <w:sz w:val="14"/>
              </w:rPr>
              <w:t xml:space="preserve"> – </w:t>
            </w:r>
            <w:proofErr w:type="spellStart"/>
            <w:r w:rsidRPr="00915FC0">
              <w:rPr>
                <w:color w:val="auto"/>
                <w:sz w:val="14"/>
              </w:rPr>
              <w:t>wypłata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łączna</w:t>
            </w:r>
            <w:proofErr w:type="spellEnd"/>
          </w:p>
        </w:tc>
        <w:tc>
          <w:tcPr>
            <w:tcW w:w="1191" w:type="dxa"/>
            <w:vAlign w:val="center"/>
          </w:tcPr>
          <w:p w14:paraId="2AFDD7D2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90 000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674D5706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100 000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1D1062D0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190 000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18AB930B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220 000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0934B96F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210 000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66D43643" w14:textId="77777777">
        <w:trPr>
          <w:cantSplit/>
          <w:jc w:val="center"/>
        </w:trPr>
        <w:tc>
          <w:tcPr>
            <w:tcW w:w="8901" w:type="dxa"/>
            <w:shd w:val="clear" w:color="auto" w:fill="FAFCFD"/>
            <w:vAlign w:val="center"/>
          </w:tcPr>
          <w:p w14:paraId="7BC51F2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Śmierć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wskutek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wypadku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komunikacyjnego</w:t>
            </w:r>
            <w:proofErr w:type="spellEnd"/>
            <w:r w:rsidRPr="00915FC0">
              <w:rPr>
                <w:color w:val="auto"/>
                <w:sz w:val="14"/>
              </w:rPr>
              <w:t xml:space="preserve"> – </w:t>
            </w:r>
            <w:proofErr w:type="spellStart"/>
            <w:r w:rsidRPr="00915FC0">
              <w:rPr>
                <w:color w:val="auto"/>
                <w:sz w:val="14"/>
              </w:rPr>
              <w:t>wypłata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łączna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544912E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135 000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12670BF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160 000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16422F90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295 000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04276954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340 000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77006FF6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320 000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4055DC4D" w14:textId="77777777">
        <w:trPr>
          <w:cantSplit/>
          <w:jc w:val="center"/>
        </w:trPr>
        <w:tc>
          <w:tcPr>
            <w:tcW w:w="8901" w:type="dxa"/>
            <w:vAlign w:val="center"/>
          </w:tcPr>
          <w:p w14:paraId="763298F4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Śmierć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wskutek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wypadku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przy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pracy</w:t>
            </w:r>
            <w:proofErr w:type="spellEnd"/>
            <w:r w:rsidRPr="00915FC0">
              <w:rPr>
                <w:color w:val="auto"/>
                <w:sz w:val="14"/>
              </w:rPr>
              <w:t xml:space="preserve"> – </w:t>
            </w:r>
            <w:proofErr w:type="spellStart"/>
            <w:r w:rsidRPr="00915FC0">
              <w:rPr>
                <w:color w:val="auto"/>
                <w:sz w:val="14"/>
              </w:rPr>
              <w:t>wypłata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łączna</w:t>
            </w:r>
            <w:proofErr w:type="spellEnd"/>
          </w:p>
        </w:tc>
        <w:tc>
          <w:tcPr>
            <w:tcW w:w="1191" w:type="dxa"/>
            <w:vAlign w:val="center"/>
          </w:tcPr>
          <w:p w14:paraId="0E22C912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135 000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678877E6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160 000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796CB3E1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295 000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5A3DAC35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380 000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0B0455A2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320 000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0D78BF2C" w14:textId="77777777">
        <w:trPr>
          <w:cantSplit/>
          <w:jc w:val="center"/>
        </w:trPr>
        <w:tc>
          <w:tcPr>
            <w:tcW w:w="8901" w:type="dxa"/>
            <w:shd w:val="clear" w:color="auto" w:fill="FAFCFD"/>
            <w:vAlign w:val="center"/>
          </w:tcPr>
          <w:p w14:paraId="38F15582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Śmierć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wskutek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wypadku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komunikacyjnego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przy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pracy</w:t>
            </w:r>
            <w:proofErr w:type="spellEnd"/>
            <w:r w:rsidRPr="00915FC0">
              <w:rPr>
                <w:color w:val="auto"/>
                <w:sz w:val="14"/>
              </w:rPr>
              <w:t xml:space="preserve"> – </w:t>
            </w:r>
            <w:proofErr w:type="spellStart"/>
            <w:r w:rsidRPr="00915FC0">
              <w:rPr>
                <w:color w:val="auto"/>
                <w:sz w:val="14"/>
              </w:rPr>
              <w:t>wypłata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łączna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1D6A2668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180 000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0C5036E1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220 000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7C561A12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400 000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0E33178F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500 000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591B7588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430 000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5CD26793" w14:textId="77777777">
        <w:trPr>
          <w:cantSplit/>
          <w:jc w:val="center"/>
        </w:trPr>
        <w:tc>
          <w:tcPr>
            <w:tcW w:w="8901" w:type="dxa"/>
            <w:vAlign w:val="center"/>
          </w:tcPr>
          <w:p w14:paraId="6C4AA98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Śmierć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wskutek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zawału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serca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lub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udaru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mózgu</w:t>
            </w:r>
            <w:proofErr w:type="spellEnd"/>
            <w:r w:rsidRPr="00915FC0">
              <w:rPr>
                <w:color w:val="auto"/>
                <w:sz w:val="14"/>
              </w:rPr>
              <w:t xml:space="preserve"> – </w:t>
            </w:r>
            <w:proofErr w:type="spellStart"/>
            <w:r w:rsidRPr="00915FC0">
              <w:rPr>
                <w:color w:val="auto"/>
                <w:sz w:val="14"/>
              </w:rPr>
              <w:t>wypłata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łączna</w:t>
            </w:r>
            <w:proofErr w:type="spellEnd"/>
          </w:p>
        </w:tc>
        <w:tc>
          <w:tcPr>
            <w:tcW w:w="1191" w:type="dxa"/>
            <w:vAlign w:val="center"/>
          </w:tcPr>
          <w:p w14:paraId="0755FF14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90 000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092758BE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100 000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45842686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190 000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79C6B0A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220 000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5674E06C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200 000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1CEBE63F" w14:textId="77777777">
        <w:trPr>
          <w:cantSplit/>
          <w:jc w:val="center"/>
        </w:trPr>
        <w:tc>
          <w:tcPr>
            <w:tcW w:w="8901" w:type="dxa"/>
            <w:shd w:val="clear" w:color="auto" w:fill="FAFCFD"/>
            <w:vAlign w:val="center"/>
          </w:tcPr>
          <w:p w14:paraId="0EDC522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Osierocenie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  <w:r w:rsidRPr="00915FC0">
              <w:rPr>
                <w:color w:val="auto"/>
                <w:sz w:val="14"/>
              </w:rPr>
              <w:t xml:space="preserve"> (</w:t>
            </w:r>
            <w:proofErr w:type="spellStart"/>
            <w:r w:rsidRPr="00915FC0">
              <w:rPr>
                <w:color w:val="auto"/>
                <w:sz w:val="14"/>
              </w:rPr>
              <w:t>świadczenie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na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uprawnione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dziecko</w:t>
            </w:r>
            <w:proofErr w:type="spellEnd"/>
            <w:r w:rsidRPr="00915FC0">
              <w:rPr>
                <w:color w:val="auto"/>
                <w:sz w:val="14"/>
              </w:rPr>
              <w:t>)</w:t>
            </w:r>
          </w:p>
        </w:tc>
        <w:tc>
          <w:tcPr>
            <w:tcW w:w="1191" w:type="dxa"/>
            <w:shd w:val="clear" w:color="auto" w:fill="FAFCFD"/>
            <w:vAlign w:val="center"/>
          </w:tcPr>
          <w:p w14:paraId="3548CDFB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6 000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4512DCE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7 000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7FB1E8D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8 000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673DF57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9 000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4EFEB829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35BC91DA" w14:textId="77777777">
        <w:trPr>
          <w:cantSplit/>
          <w:jc w:val="center"/>
        </w:trPr>
        <w:tc>
          <w:tcPr>
            <w:tcW w:w="1191" w:type="dxa"/>
            <w:gridSpan w:val="6"/>
            <w:shd w:val="clear" w:color="auto" w:fill="EDF5F7"/>
            <w:vAlign w:val="center"/>
          </w:tcPr>
          <w:p w14:paraId="20ECC13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b/>
                <w:color w:val="auto"/>
                <w:sz w:val="14"/>
              </w:rPr>
              <w:t xml:space="preserve">B. </w:t>
            </w:r>
            <w:proofErr w:type="spellStart"/>
            <w:r w:rsidRPr="00915FC0">
              <w:rPr>
                <w:b/>
                <w:color w:val="auto"/>
                <w:sz w:val="14"/>
              </w:rPr>
              <w:t>Zdarzenia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w </w:t>
            </w:r>
            <w:proofErr w:type="spellStart"/>
            <w:r w:rsidRPr="00915FC0">
              <w:rPr>
                <w:b/>
                <w:color w:val="auto"/>
                <w:sz w:val="14"/>
              </w:rPr>
              <w:t>życiu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b/>
                <w:color w:val="auto"/>
                <w:sz w:val="14"/>
              </w:rPr>
              <w:t>rodzinnym</w:t>
            </w:r>
            <w:proofErr w:type="spellEnd"/>
          </w:p>
        </w:tc>
      </w:tr>
      <w:tr w:rsidR="003158F7" w:rsidRPr="00915FC0" w14:paraId="76943BE2" w14:textId="77777777">
        <w:trPr>
          <w:cantSplit/>
          <w:jc w:val="center"/>
        </w:trPr>
        <w:tc>
          <w:tcPr>
            <w:tcW w:w="8901" w:type="dxa"/>
            <w:shd w:val="clear" w:color="auto" w:fill="FAFCFD"/>
            <w:vAlign w:val="center"/>
          </w:tcPr>
          <w:p w14:paraId="1E34273F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Śmierć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małżonka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lub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partnera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życiowego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51D26790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25 000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0FDBEAB0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28 000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02C72095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40 000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2C39A1E9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45 000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3A0540D0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50 000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1A3CC203" w14:textId="77777777">
        <w:trPr>
          <w:cantSplit/>
          <w:jc w:val="center"/>
        </w:trPr>
        <w:tc>
          <w:tcPr>
            <w:tcW w:w="8901" w:type="dxa"/>
            <w:vAlign w:val="center"/>
          </w:tcPr>
          <w:p w14:paraId="2FCA4284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Śmierć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małżonka</w:t>
            </w:r>
            <w:proofErr w:type="spellEnd"/>
            <w:r w:rsidRPr="00915FC0">
              <w:rPr>
                <w:color w:val="auto"/>
                <w:sz w:val="14"/>
              </w:rPr>
              <w:t>/</w:t>
            </w:r>
            <w:proofErr w:type="spellStart"/>
            <w:r w:rsidRPr="00915FC0">
              <w:rPr>
                <w:color w:val="auto"/>
                <w:sz w:val="14"/>
              </w:rPr>
              <w:t>partnera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wskutek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nieszczę</w:t>
            </w:r>
            <w:r w:rsidR="006F6A09">
              <w:rPr>
                <w:color w:val="auto"/>
                <w:sz w:val="14"/>
              </w:rPr>
              <w:t>śliwego</w:t>
            </w:r>
            <w:proofErr w:type="spellEnd"/>
            <w:r w:rsidR="006F6A09">
              <w:rPr>
                <w:color w:val="auto"/>
                <w:sz w:val="14"/>
              </w:rPr>
              <w:t xml:space="preserve"> </w:t>
            </w:r>
            <w:proofErr w:type="spellStart"/>
            <w:r w:rsidR="006F6A09">
              <w:rPr>
                <w:color w:val="auto"/>
                <w:sz w:val="14"/>
              </w:rPr>
              <w:t>wypadku</w:t>
            </w:r>
            <w:proofErr w:type="spellEnd"/>
            <w:r w:rsidR="000F3A86">
              <w:rPr>
                <w:color w:val="auto"/>
                <w:sz w:val="14"/>
              </w:rPr>
              <w:t xml:space="preserve"> </w:t>
            </w:r>
            <w:r w:rsidR="000F3A86" w:rsidRPr="000F3A86">
              <w:rPr>
                <w:rFonts w:hint="cs"/>
                <w:color w:val="auto"/>
                <w:sz w:val="14"/>
              </w:rPr>
              <w:t>–</w:t>
            </w:r>
            <w:r w:rsidR="000F3A86" w:rsidRPr="000F3A86">
              <w:rPr>
                <w:color w:val="auto"/>
                <w:sz w:val="14"/>
              </w:rPr>
              <w:t xml:space="preserve"> </w:t>
            </w:r>
            <w:proofErr w:type="spellStart"/>
            <w:r w:rsidR="000F3A86" w:rsidRPr="000F3A86">
              <w:rPr>
                <w:color w:val="auto"/>
                <w:sz w:val="14"/>
              </w:rPr>
              <w:t>wyp</w:t>
            </w:r>
            <w:r w:rsidR="000F3A86" w:rsidRPr="000F3A86">
              <w:rPr>
                <w:rFonts w:hint="cs"/>
                <w:color w:val="auto"/>
                <w:sz w:val="14"/>
              </w:rPr>
              <w:t>ł</w:t>
            </w:r>
            <w:r w:rsidR="000F3A86" w:rsidRPr="000F3A86">
              <w:rPr>
                <w:color w:val="auto"/>
                <w:sz w:val="14"/>
              </w:rPr>
              <w:t>ata</w:t>
            </w:r>
            <w:proofErr w:type="spellEnd"/>
            <w:r w:rsidR="000F3A86" w:rsidRPr="000F3A86">
              <w:rPr>
                <w:color w:val="auto"/>
                <w:sz w:val="14"/>
              </w:rPr>
              <w:t xml:space="preserve"> </w:t>
            </w:r>
            <w:proofErr w:type="spellStart"/>
            <w:r w:rsidR="000F3A86" w:rsidRPr="000F3A86">
              <w:rPr>
                <w:rFonts w:hint="cs"/>
                <w:color w:val="auto"/>
                <w:sz w:val="14"/>
              </w:rPr>
              <w:t>łą</w:t>
            </w:r>
            <w:r w:rsidR="000F3A86" w:rsidRPr="000F3A86">
              <w:rPr>
                <w:color w:val="auto"/>
                <w:sz w:val="14"/>
              </w:rPr>
              <w:t>czna</w:t>
            </w:r>
            <w:proofErr w:type="spellEnd"/>
          </w:p>
        </w:tc>
        <w:tc>
          <w:tcPr>
            <w:tcW w:w="1191" w:type="dxa"/>
            <w:vAlign w:val="center"/>
          </w:tcPr>
          <w:p w14:paraId="7D668DB4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45 000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625724BB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50 000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4428FAF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60 000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7330B82F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65 000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2F16D6D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80 000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76B546A2" w14:textId="77777777">
        <w:trPr>
          <w:cantSplit/>
          <w:jc w:val="center"/>
        </w:trPr>
        <w:tc>
          <w:tcPr>
            <w:tcW w:w="8901" w:type="dxa"/>
            <w:shd w:val="clear" w:color="auto" w:fill="FAFCFD"/>
            <w:vAlign w:val="center"/>
          </w:tcPr>
          <w:p w14:paraId="27EBA0A4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Śmierć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małżonka</w:t>
            </w:r>
            <w:proofErr w:type="spellEnd"/>
            <w:r w:rsidRPr="00915FC0">
              <w:rPr>
                <w:color w:val="auto"/>
                <w:sz w:val="14"/>
              </w:rPr>
              <w:t>/</w:t>
            </w:r>
            <w:proofErr w:type="spellStart"/>
            <w:r w:rsidRPr="00915FC0">
              <w:rPr>
                <w:color w:val="auto"/>
                <w:sz w:val="14"/>
              </w:rPr>
              <w:t>partnera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wskutek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wypadku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komunikacyjnego</w:t>
            </w:r>
            <w:proofErr w:type="spellEnd"/>
            <w:r w:rsidRPr="00915FC0">
              <w:rPr>
                <w:color w:val="auto"/>
                <w:sz w:val="14"/>
              </w:rPr>
              <w:t xml:space="preserve"> – </w:t>
            </w:r>
            <w:proofErr w:type="spellStart"/>
            <w:r w:rsidRPr="00915FC0">
              <w:rPr>
                <w:color w:val="auto"/>
                <w:sz w:val="14"/>
              </w:rPr>
              <w:t>dodatkowa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kwota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157E8C39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32D6159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22 000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5A07F6A2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7E8D9371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185E5A2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30 000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0479BB88" w14:textId="77777777">
        <w:trPr>
          <w:cantSplit/>
          <w:jc w:val="center"/>
        </w:trPr>
        <w:tc>
          <w:tcPr>
            <w:tcW w:w="8901" w:type="dxa"/>
            <w:vAlign w:val="center"/>
          </w:tcPr>
          <w:p w14:paraId="2363A519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Śmierć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</w:p>
        </w:tc>
        <w:tc>
          <w:tcPr>
            <w:tcW w:w="1191" w:type="dxa"/>
            <w:vAlign w:val="center"/>
          </w:tcPr>
          <w:p w14:paraId="40C16774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4 000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56AAAFE5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5 000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6D2ACD7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7 000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1E192FF0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8 000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4750DEA2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—</w:t>
            </w:r>
          </w:p>
        </w:tc>
      </w:tr>
      <w:tr w:rsidR="003158F7" w:rsidRPr="00915FC0" w14:paraId="4D9E7362" w14:textId="77777777">
        <w:trPr>
          <w:cantSplit/>
          <w:jc w:val="center"/>
        </w:trPr>
        <w:tc>
          <w:tcPr>
            <w:tcW w:w="8901" w:type="dxa"/>
            <w:shd w:val="clear" w:color="auto" w:fill="FAFCFD"/>
            <w:vAlign w:val="center"/>
          </w:tcPr>
          <w:p w14:paraId="4D1BF93E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Śmierć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wskutek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nieszczę</w:t>
            </w:r>
            <w:r w:rsidR="006F6A09">
              <w:rPr>
                <w:color w:val="auto"/>
                <w:sz w:val="14"/>
              </w:rPr>
              <w:t>śliwego</w:t>
            </w:r>
            <w:proofErr w:type="spellEnd"/>
            <w:r w:rsidR="006F6A09">
              <w:rPr>
                <w:color w:val="auto"/>
                <w:sz w:val="14"/>
              </w:rPr>
              <w:t xml:space="preserve"> </w:t>
            </w:r>
            <w:proofErr w:type="spellStart"/>
            <w:r w:rsidR="006F6A09">
              <w:rPr>
                <w:color w:val="auto"/>
                <w:sz w:val="14"/>
              </w:rPr>
              <w:t>wypadku</w:t>
            </w:r>
            <w:proofErr w:type="spellEnd"/>
            <w:r w:rsidR="000F3A86">
              <w:rPr>
                <w:color w:val="auto"/>
                <w:sz w:val="14"/>
              </w:rPr>
              <w:t xml:space="preserve"> </w:t>
            </w:r>
            <w:r w:rsidR="000F3A86" w:rsidRPr="000F3A86">
              <w:rPr>
                <w:rFonts w:hint="cs"/>
                <w:color w:val="auto"/>
                <w:sz w:val="14"/>
              </w:rPr>
              <w:t>–</w:t>
            </w:r>
            <w:r w:rsidR="000F3A86" w:rsidRPr="000F3A86">
              <w:rPr>
                <w:color w:val="auto"/>
                <w:sz w:val="14"/>
              </w:rPr>
              <w:t xml:space="preserve"> </w:t>
            </w:r>
            <w:proofErr w:type="spellStart"/>
            <w:r w:rsidR="000F3A86" w:rsidRPr="000F3A86">
              <w:rPr>
                <w:color w:val="auto"/>
                <w:sz w:val="14"/>
              </w:rPr>
              <w:t>wyp</w:t>
            </w:r>
            <w:r w:rsidR="000F3A86" w:rsidRPr="000F3A86">
              <w:rPr>
                <w:rFonts w:hint="cs"/>
                <w:color w:val="auto"/>
                <w:sz w:val="14"/>
              </w:rPr>
              <w:t>ł</w:t>
            </w:r>
            <w:r w:rsidR="000F3A86" w:rsidRPr="000F3A86">
              <w:rPr>
                <w:color w:val="auto"/>
                <w:sz w:val="14"/>
              </w:rPr>
              <w:t>ata</w:t>
            </w:r>
            <w:proofErr w:type="spellEnd"/>
            <w:r w:rsidR="000F3A86" w:rsidRPr="000F3A86">
              <w:rPr>
                <w:color w:val="auto"/>
                <w:sz w:val="14"/>
              </w:rPr>
              <w:t xml:space="preserve"> </w:t>
            </w:r>
            <w:proofErr w:type="spellStart"/>
            <w:r w:rsidR="000F3A86" w:rsidRPr="000F3A86">
              <w:rPr>
                <w:rFonts w:hint="cs"/>
                <w:color w:val="auto"/>
                <w:sz w:val="14"/>
              </w:rPr>
              <w:t>łą</w:t>
            </w:r>
            <w:r w:rsidR="000F3A86" w:rsidRPr="000F3A86">
              <w:rPr>
                <w:color w:val="auto"/>
                <w:sz w:val="14"/>
              </w:rPr>
              <w:t>czna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4535992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7 000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3440B6D9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31B36239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14 000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49CBF1CF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17 000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30086885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—</w:t>
            </w:r>
          </w:p>
        </w:tc>
      </w:tr>
      <w:tr w:rsidR="003158F7" w:rsidRPr="00915FC0" w14:paraId="7931601A" w14:textId="77777777">
        <w:trPr>
          <w:cantSplit/>
          <w:jc w:val="center"/>
        </w:trPr>
        <w:tc>
          <w:tcPr>
            <w:tcW w:w="8901" w:type="dxa"/>
            <w:vAlign w:val="center"/>
          </w:tcPr>
          <w:p w14:paraId="52BD51D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Śmierć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wskutek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wypadku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komunikacyjnego</w:t>
            </w:r>
            <w:proofErr w:type="spellEnd"/>
            <w:r w:rsidRPr="00915FC0">
              <w:rPr>
                <w:color w:val="auto"/>
                <w:sz w:val="14"/>
              </w:rPr>
              <w:t xml:space="preserve"> – </w:t>
            </w:r>
            <w:proofErr w:type="spellStart"/>
            <w:r w:rsidRPr="00915FC0">
              <w:rPr>
                <w:color w:val="auto"/>
                <w:sz w:val="14"/>
              </w:rPr>
              <w:t>dodatkowa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kwota</w:t>
            </w:r>
            <w:proofErr w:type="spellEnd"/>
          </w:p>
        </w:tc>
        <w:tc>
          <w:tcPr>
            <w:tcW w:w="1191" w:type="dxa"/>
            <w:vAlign w:val="center"/>
          </w:tcPr>
          <w:p w14:paraId="43FA6E44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3 000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7964FE84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5 000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328509A9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7 000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34D06E0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9 000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3B1A40B6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—</w:t>
            </w:r>
          </w:p>
        </w:tc>
      </w:tr>
      <w:tr w:rsidR="003158F7" w:rsidRPr="00915FC0" w14:paraId="5BDCB897" w14:textId="77777777">
        <w:trPr>
          <w:cantSplit/>
          <w:jc w:val="center"/>
        </w:trPr>
        <w:tc>
          <w:tcPr>
            <w:tcW w:w="8901" w:type="dxa"/>
            <w:shd w:val="clear" w:color="auto" w:fill="FAFCFD"/>
            <w:vAlign w:val="center"/>
          </w:tcPr>
          <w:p w14:paraId="7640CB6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Śmierć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rodzica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ubezpieczonego</w:t>
            </w:r>
            <w:proofErr w:type="spellEnd"/>
            <w:r w:rsidRPr="00915FC0">
              <w:rPr>
                <w:color w:val="auto"/>
                <w:sz w:val="14"/>
              </w:rPr>
              <w:t xml:space="preserve"> / </w:t>
            </w:r>
            <w:proofErr w:type="spellStart"/>
            <w:r w:rsidRPr="00915FC0">
              <w:rPr>
                <w:color w:val="auto"/>
                <w:sz w:val="14"/>
              </w:rPr>
              <w:t>rodzica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małżonka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lub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partnera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2EC89905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2 900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60A323D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3 300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6DA3C75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—</w:t>
            </w:r>
          </w:p>
        </w:tc>
        <w:tc>
          <w:tcPr>
            <w:tcW w:w="1191" w:type="dxa"/>
            <w:shd w:val="clear" w:color="auto" w:fill="FAFCFD"/>
            <w:vAlign w:val="center"/>
          </w:tcPr>
          <w:p w14:paraId="3F22A686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3 500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2F5B47C2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—</w:t>
            </w:r>
          </w:p>
        </w:tc>
      </w:tr>
      <w:tr w:rsidR="003158F7" w:rsidRPr="00915FC0" w14:paraId="1D27B1E5" w14:textId="77777777">
        <w:trPr>
          <w:cantSplit/>
          <w:jc w:val="center"/>
        </w:trPr>
        <w:tc>
          <w:tcPr>
            <w:tcW w:w="8901" w:type="dxa"/>
            <w:vAlign w:val="center"/>
          </w:tcPr>
          <w:p w14:paraId="3DA24DE6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Śmierć</w:t>
            </w:r>
            <w:proofErr w:type="spellEnd"/>
            <w:r w:rsidRPr="00915FC0">
              <w:rPr>
                <w:color w:val="auto"/>
                <w:sz w:val="14"/>
              </w:rPr>
              <w:t xml:space="preserve"> ww. </w:t>
            </w:r>
            <w:proofErr w:type="spellStart"/>
            <w:r w:rsidRPr="00915FC0">
              <w:rPr>
                <w:color w:val="auto"/>
                <w:sz w:val="14"/>
              </w:rPr>
              <w:t>rodzica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wskutek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nieszczę</w:t>
            </w:r>
            <w:r w:rsidR="006F6A09">
              <w:rPr>
                <w:color w:val="auto"/>
                <w:sz w:val="14"/>
              </w:rPr>
              <w:t>śliwego</w:t>
            </w:r>
            <w:proofErr w:type="spellEnd"/>
            <w:r w:rsidR="006F6A09">
              <w:rPr>
                <w:color w:val="auto"/>
                <w:sz w:val="14"/>
              </w:rPr>
              <w:t xml:space="preserve"> </w:t>
            </w:r>
            <w:proofErr w:type="spellStart"/>
            <w:r w:rsidR="006F6A09">
              <w:rPr>
                <w:color w:val="auto"/>
                <w:sz w:val="14"/>
              </w:rPr>
              <w:t>wypadku</w:t>
            </w:r>
            <w:proofErr w:type="spellEnd"/>
            <w:r w:rsidR="000F3A86">
              <w:rPr>
                <w:color w:val="auto"/>
                <w:sz w:val="14"/>
              </w:rPr>
              <w:t xml:space="preserve"> </w:t>
            </w:r>
            <w:r w:rsidR="000F3A86" w:rsidRPr="000F3A86">
              <w:rPr>
                <w:rFonts w:hint="cs"/>
                <w:color w:val="auto"/>
                <w:sz w:val="14"/>
              </w:rPr>
              <w:t>–</w:t>
            </w:r>
            <w:r w:rsidR="000F3A86" w:rsidRPr="000F3A86">
              <w:rPr>
                <w:color w:val="auto"/>
                <w:sz w:val="14"/>
              </w:rPr>
              <w:t xml:space="preserve"> </w:t>
            </w:r>
            <w:proofErr w:type="spellStart"/>
            <w:r w:rsidR="000F3A86" w:rsidRPr="000F3A86">
              <w:rPr>
                <w:color w:val="auto"/>
                <w:sz w:val="14"/>
              </w:rPr>
              <w:t>wyp</w:t>
            </w:r>
            <w:r w:rsidR="000F3A86" w:rsidRPr="000F3A86">
              <w:rPr>
                <w:rFonts w:hint="cs"/>
                <w:color w:val="auto"/>
                <w:sz w:val="14"/>
              </w:rPr>
              <w:t>ł</w:t>
            </w:r>
            <w:r w:rsidR="000F3A86" w:rsidRPr="000F3A86">
              <w:rPr>
                <w:color w:val="auto"/>
                <w:sz w:val="14"/>
              </w:rPr>
              <w:t>ata</w:t>
            </w:r>
            <w:proofErr w:type="spellEnd"/>
            <w:r w:rsidR="000F3A86" w:rsidRPr="000F3A86">
              <w:rPr>
                <w:color w:val="auto"/>
                <w:sz w:val="14"/>
              </w:rPr>
              <w:t xml:space="preserve"> </w:t>
            </w:r>
            <w:proofErr w:type="spellStart"/>
            <w:r w:rsidR="000F3A86" w:rsidRPr="000F3A86">
              <w:rPr>
                <w:rFonts w:hint="cs"/>
                <w:color w:val="auto"/>
                <w:sz w:val="14"/>
              </w:rPr>
              <w:t>łą</w:t>
            </w:r>
            <w:r w:rsidR="000F3A86" w:rsidRPr="000F3A86">
              <w:rPr>
                <w:color w:val="auto"/>
                <w:sz w:val="14"/>
              </w:rPr>
              <w:t>czna</w:t>
            </w:r>
            <w:proofErr w:type="spellEnd"/>
          </w:p>
        </w:tc>
        <w:tc>
          <w:tcPr>
            <w:tcW w:w="1191" w:type="dxa"/>
            <w:vAlign w:val="center"/>
          </w:tcPr>
          <w:p w14:paraId="1693509E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5 800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2C886BA1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7 500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0895DC1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—</w:t>
            </w:r>
          </w:p>
        </w:tc>
        <w:tc>
          <w:tcPr>
            <w:tcW w:w="1191" w:type="dxa"/>
            <w:vAlign w:val="center"/>
          </w:tcPr>
          <w:p w14:paraId="78299866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8 000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6EC881C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—</w:t>
            </w:r>
          </w:p>
        </w:tc>
      </w:tr>
      <w:tr w:rsidR="003158F7" w:rsidRPr="00915FC0" w14:paraId="70E42184" w14:textId="77777777">
        <w:trPr>
          <w:cantSplit/>
          <w:jc w:val="center"/>
        </w:trPr>
        <w:tc>
          <w:tcPr>
            <w:tcW w:w="8901" w:type="dxa"/>
            <w:shd w:val="clear" w:color="auto" w:fill="FAFCFD"/>
            <w:vAlign w:val="center"/>
          </w:tcPr>
          <w:p w14:paraId="16E068BF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Śmierć</w:t>
            </w:r>
            <w:proofErr w:type="spellEnd"/>
            <w:r w:rsidRPr="00915FC0">
              <w:rPr>
                <w:color w:val="auto"/>
                <w:sz w:val="14"/>
              </w:rPr>
              <w:t xml:space="preserve"> ww. </w:t>
            </w:r>
            <w:proofErr w:type="spellStart"/>
            <w:r w:rsidRPr="00915FC0">
              <w:rPr>
                <w:color w:val="auto"/>
                <w:sz w:val="14"/>
              </w:rPr>
              <w:t>rodzica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wskutek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wypadku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komunikacyjnego</w:t>
            </w:r>
            <w:proofErr w:type="spellEnd"/>
            <w:r w:rsidRPr="00915FC0">
              <w:rPr>
                <w:color w:val="auto"/>
                <w:sz w:val="14"/>
              </w:rPr>
              <w:t xml:space="preserve"> – </w:t>
            </w:r>
            <w:proofErr w:type="spellStart"/>
            <w:r w:rsidRPr="00915FC0">
              <w:rPr>
                <w:color w:val="auto"/>
                <w:sz w:val="14"/>
              </w:rPr>
              <w:t>dodatkowa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kwota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3A1F36F6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2 900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5A8C5175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4 200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541DEA64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—</w:t>
            </w:r>
          </w:p>
        </w:tc>
        <w:tc>
          <w:tcPr>
            <w:tcW w:w="1191" w:type="dxa"/>
            <w:shd w:val="clear" w:color="auto" w:fill="FAFCFD"/>
            <w:vAlign w:val="center"/>
          </w:tcPr>
          <w:p w14:paraId="1AB5E5F5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4 500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4F43A37F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—</w:t>
            </w:r>
          </w:p>
        </w:tc>
      </w:tr>
      <w:tr w:rsidR="003158F7" w:rsidRPr="00915FC0" w14:paraId="7E4388B8" w14:textId="77777777">
        <w:trPr>
          <w:cantSplit/>
          <w:jc w:val="center"/>
        </w:trPr>
        <w:tc>
          <w:tcPr>
            <w:tcW w:w="8901" w:type="dxa"/>
            <w:vAlign w:val="center"/>
          </w:tcPr>
          <w:p w14:paraId="7AE6B1BF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Urodzenie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żywego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  <w:r w:rsidRPr="00915FC0">
              <w:rPr>
                <w:color w:val="auto"/>
                <w:sz w:val="14"/>
              </w:rPr>
              <w:t xml:space="preserve"> (</w:t>
            </w:r>
            <w:proofErr w:type="spellStart"/>
            <w:r w:rsidRPr="00915FC0">
              <w:rPr>
                <w:color w:val="auto"/>
                <w:sz w:val="14"/>
              </w:rPr>
              <w:t>także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przysposobienie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zgodnie</w:t>
            </w:r>
            <w:proofErr w:type="spellEnd"/>
            <w:r w:rsidRPr="00915FC0">
              <w:rPr>
                <w:color w:val="auto"/>
                <w:sz w:val="14"/>
              </w:rPr>
              <w:t xml:space="preserve"> z </w:t>
            </w:r>
            <w:proofErr w:type="spellStart"/>
            <w:r w:rsidRPr="00915FC0">
              <w:rPr>
                <w:color w:val="auto"/>
                <w:sz w:val="14"/>
              </w:rPr>
              <w:t>warunkami</w:t>
            </w:r>
            <w:proofErr w:type="spellEnd"/>
            <w:r w:rsidRPr="00915FC0">
              <w:rPr>
                <w:color w:val="auto"/>
                <w:sz w:val="14"/>
              </w:rPr>
              <w:t>)</w:t>
            </w:r>
          </w:p>
        </w:tc>
        <w:tc>
          <w:tcPr>
            <w:tcW w:w="1191" w:type="dxa"/>
            <w:vAlign w:val="center"/>
          </w:tcPr>
          <w:p w14:paraId="7F3DE2B2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042EBFA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—</w:t>
            </w:r>
          </w:p>
        </w:tc>
        <w:tc>
          <w:tcPr>
            <w:tcW w:w="1191" w:type="dxa"/>
            <w:vAlign w:val="center"/>
          </w:tcPr>
          <w:p w14:paraId="107C10D0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—</w:t>
            </w:r>
          </w:p>
        </w:tc>
        <w:tc>
          <w:tcPr>
            <w:tcW w:w="1191" w:type="dxa"/>
            <w:vAlign w:val="center"/>
          </w:tcPr>
          <w:p w14:paraId="029DC18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7916E45C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—</w:t>
            </w:r>
          </w:p>
        </w:tc>
      </w:tr>
      <w:tr w:rsidR="003158F7" w:rsidRPr="00915FC0" w14:paraId="1C55A00A" w14:textId="77777777">
        <w:trPr>
          <w:cantSplit/>
          <w:jc w:val="center"/>
        </w:trPr>
        <w:tc>
          <w:tcPr>
            <w:tcW w:w="8901" w:type="dxa"/>
            <w:shd w:val="clear" w:color="auto" w:fill="FAFCFD"/>
            <w:vAlign w:val="center"/>
          </w:tcPr>
          <w:p w14:paraId="7FE0EFF4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Urodzenie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martwego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7362603E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4 000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20132D6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—</w:t>
            </w:r>
          </w:p>
        </w:tc>
        <w:tc>
          <w:tcPr>
            <w:tcW w:w="1191" w:type="dxa"/>
            <w:shd w:val="clear" w:color="auto" w:fill="FAFCFD"/>
            <w:vAlign w:val="center"/>
          </w:tcPr>
          <w:p w14:paraId="1AC26EA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—</w:t>
            </w:r>
          </w:p>
        </w:tc>
        <w:tc>
          <w:tcPr>
            <w:tcW w:w="1191" w:type="dxa"/>
            <w:shd w:val="clear" w:color="auto" w:fill="FAFCFD"/>
            <w:vAlign w:val="center"/>
          </w:tcPr>
          <w:p w14:paraId="301C2ED9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443E126C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—</w:t>
            </w:r>
          </w:p>
        </w:tc>
      </w:tr>
      <w:tr w:rsidR="003158F7" w:rsidRPr="00915FC0" w14:paraId="625C9CE0" w14:textId="77777777">
        <w:trPr>
          <w:cantSplit/>
          <w:jc w:val="center"/>
        </w:trPr>
        <w:tc>
          <w:tcPr>
            <w:tcW w:w="1191" w:type="dxa"/>
            <w:gridSpan w:val="6"/>
            <w:shd w:val="clear" w:color="auto" w:fill="EDF5F7"/>
            <w:vAlign w:val="center"/>
          </w:tcPr>
          <w:p w14:paraId="1BE95B34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b/>
                <w:color w:val="auto"/>
                <w:sz w:val="14"/>
              </w:rPr>
              <w:t xml:space="preserve">C. </w:t>
            </w:r>
            <w:proofErr w:type="spellStart"/>
            <w:r w:rsidRPr="00915FC0">
              <w:rPr>
                <w:b/>
                <w:color w:val="auto"/>
                <w:sz w:val="14"/>
              </w:rPr>
              <w:t>Poważne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b/>
                <w:color w:val="auto"/>
                <w:sz w:val="14"/>
              </w:rPr>
              <w:t>zachorowania</w:t>
            </w:r>
            <w:proofErr w:type="spellEnd"/>
          </w:p>
        </w:tc>
      </w:tr>
      <w:tr w:rsidR="003158F7" w:rsidRPr="00915FC0" w14:paraId="69D49B32" w14:textId="77777777">
        <w:trPr>
          <w:cantSplit/>
          <w:jc w:val="center"/>
        </w:trPr>
        <w:tc>
          <w:tcPr>
            <w:tcW w:w="8901" w:type="dxa"/>
            <w:shd w:val="clear" w:color="auto" w:fill="FAFCFD"/>
            <w:vAlign w:val="center"/>
          </w:tcPr>
          <w:p w14:paraId="15FB260D" w14:textId="77777777" w:rsidR="003158F7" w:rsidRPr="00915FC0" w:rsidRDefault="009D5D3E" w:rsidP="006F6A09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Ciężka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choroba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oso</w:t>
            </w:r>
            <w:r w:rsidR="006F6A09">
              <w:rPr>
                <w:color w:val="auto"/>
                <w:sz w:val="14"/>
              </w:rPr>
              <w:t>by</w:t>
            </w:r>
            <w:proofErr w:type="spellEnd"/>
            <w:r w:rsidR="006F6A09">
              <w:rPr>
                <w:color w:val="auto"/>
                <w:sz w:val="14"/>
              </w:rPr>
              <w:t xml:space="preserve"> </w:t>
            </w:r>
            <w:proofErr w:type="spellStart"/>
            <w:r w:rsidR="006F6A09">
              <w:rPr>
                <w:color w:val="auto"/>
                <w:sz w:val="14"/>
              </w:rPr>
              <w:t>ubezpieczonej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5EEF910B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5 000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279C4869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6 000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3192AFD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8 000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636FF6A9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9 000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59569666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7CE0B51B" w14:textId="77777777">
        <w:trPr>
          <w:cantSplit/>
          <w:jc w:val="center"/>
        </w:trPr>
        <w:tc>
          <w:tcPr>
            <w:tcW w:w="8901" w:type="dxa"/>
            <w:vAlign w:val="center"/>
          </w:tcPr>
          <w:p w14:paraId="1C52CCB2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Zachorowanie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na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określoną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chorobę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zakaźną</w:t>
            </w:r>
            <w:proofErr w:type="spellEnd"/>
          </w:p>
        </w:tc>
        <w:tc>
          <w:tcPr>
            <w:tcW w:w="1191" w:type="dxa"/>
            <w:vAlign w:val="center"/>
          </w:tcPr>
          <w:p w14:paraId="2F8381FC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631E78A9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1 200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2307DC9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1 600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7FA7381E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1 800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4D20C2DF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32E7EBB1" w14:textId="77777777">
        <w:trPr>
          <w:cantSplit/>
          <w:jc w:val="center"/>
        </w:trPr>
        <w:tc>
          <w:tcPr>
            <w:tcW w:w="8901" w:type="dxa"/>
            <w:shd w:val="clear" w:color="auto" w:fill="FAFCFD"/>
            <w:vAlign w:val="center"/>
          </w:tcPr>
          <w:p w14:paraId="5390D3AE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Rozpoznanie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nowotworu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złośliwego</w:t>
            </w:r>
            <w:proofErr w:type="spellEnd"/>
            <w:r w:rsidRPr="00915FC0">
              <w:rPr>
                <w:color w:val="auto"/>
                <w:sz w:val="14"/>
              </w:rPr>
              <w:t xml:space="preserve"> we </w:t>
            </w:r>
            <w:proofErr w:type="spellStart"/>
            <w:r w:rsidRPr="00915FC0">
              <w:rPr>
                <w:color w:val="auto"/>
                <w:sz w:val="14"/>
              </w:rPr>
              <w:t>wczesnym</w:t>
            </w:r>
            <w:proofErr w:type="spellEnd"/>
            <w:r w:rsidRPr="00915FC0">
              <w:rPr>
                <w:color w:val="auto"/>
                <w:sz w:val="14"/>
              </w:rPr>
              <w:t xml:space="preserve"> stadium u </w:t>
            </w:r>
            <w:proofErr w:type="spellStart"/>
            <w:r w:rsidRPr="00915FC0">
              <w:rPr>
                <w:color w:val="auto"/>
                <w:sz w:val="14"/>
              </w:rPr>
              <w:t>ubezpieczonego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76159240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1 250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34988B80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1 500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5B2C76D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53D882B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2 250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341C0B3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2 500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62E5E551" w14:textId="77777777">
        <w:trPr>
          <w:cantSplit/>
          <w:jc w:val="center"/>
        </w:trPr>
        <w:tc>
          <w:tcPr>
            <w:tcW w:w="8901" w:type="dxa"/>
            <w:vAlign w:val="center"/>
          </w:tcPr>
          <w:p w14:paraId="0649B88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Ciężka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choroba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małżonka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lub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partnera</w:t>
            </w:r>
            <w:proofErr w:type="spellEnd"/>
            <w:r w:rsidR="006F6A09">
              <w:rPr>
                <w:color w:val="auto"/>
                <w:sz w:val="14"/>
              </w:rPr>
              <w:t xml:space="preserve"> </w:t>
            </w:r>
            <w:proofErr w:type="spellStart"/>
            <w:r w:rsidR="006F6A09">
              <w:rPr>
                <w:color w:val="auto"/>
                <w:sz w:val="14"/>
              </w:rPr>
              <w:t>życiowego</w:t>
            </w:r>
            <w:proofErr w:type="spellEnd"/>
            <w:r w:rsidR="006F6A09">
              <w:rPr>
                <w:color w:val="auto"/>
                <w:sz w:val="14"/>
              </w:rPr>
              <w:t xml:space="preserve"> </w:t>
            </w:r>
          </w:p>
        </w:tc>
        <w:tc>
          <w:tcPr>
            <w:tcW w:w="1191" w:type="dxa"/>
            <w:vAlign w:val="center"/>
          </w:tcPr>
          <w:p w14:paraId="5539A521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3 500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1F80CDC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6 000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2B628576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6 000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7DA6CE9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7 000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03515992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—</w:t>
            </w:r>
          </w:p>
        </w:tc>
      </w:tr>
      <w:tr w:rsidR="003158F7" w:rsidRPr="00915FC0" w14:paraId="371359B0" w14:textId="77777777">
        <w:trPr>
          <w:cantSplit/>
          <w:jc w:val="center"/>
        </w:trPr>
        <w:tc>
          <w:tcPr>
            <w:tcW w:w="8901" w:type="dxa"/>
            <w:shd w:val="clear" w:color="auto" w:fill="FAFCFD"/>
            <w:vAlign w:val="center"/>
          </w:tcPr>
          <w:p w14:paraId="289B45DF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Nowotwór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złośliwy</w:t>
            </w:r>
            <w:proofErr w:type="spellEnd"/>
            <w:r w:rsidRPr="00915FC0">
              <w:rPr>
                <w:color w:val="auto"/>
                <w:sz w:val="14"/>
              </w:rPr>
              <w:t xml:space="preserve"> we </w:t>
            </w:r>
            <w:proofErr w:type="spellStart"/>
            <w:r w:rsidRPr="00915FC0">
              <w:rPr>
                <w:color w:val="auto"/>
                <w:sz w:val="14"/>
              </w:rPr>
              <w:t>wczesnym</w:t>
            </w:r>
            <w:proofErr w:type="spellEnd"/>
            <w:r w:rsidRPr="00915FC0">
              <w:rPr>
                <w:color w:val="auto"/>
                <w:sz w:val="14"/>
              </w:rPr>
              <w:t xml:space="preserve"> stadium u </w:t>
            </w:r>
            <w:proofErr w:type="spellStart"/>
            <w:r w:rsidRPr="00915FC0">
              <w:rPr>
                <w:color w:val="auto"/>
                <w:sz w:val="14"/>
              </w:rPr>
              <w:t>małżonka</w:t>
            </w:r>
            <w:proofErr w:type="spellEnd"/>
            <w:r w:rsidRPr="00915FC0">
              <w:rPr>
                <w:color w:val="auto"/>
                <w:sz w:val="14"/>
              </w:rPr>
              <w:t>/</w:t>
            </w:r>
            <w:proofErr w:type="spellStart"/>
            <w:r w:rsidRPr="00915FC0">
              <w:rPr>
                <w:color w:val="auto"/>
                <w:sz w:val="14"/>
              </w:rPr>
              <w:t>partnera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67D446A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875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55A6D81F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1 500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7CBDEF3B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1 500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1D8F9FB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1 750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29EE53D8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—</w:t>
            </w:r>
          </w:p>
        </w:tc>
      </w:tr>
      <w:tr w:rsidR="003158F7" w:rsidRPr="00915FC0" w14:paraId="39B7AF1A" w14:textId="77777777">
        <w:trPr>
          <w:cantSplit/>
          <w:jc w:val="center"/>
        </w:trPr>
        <w:tc>
          <w:tcPr>
            <w:tcW w:w="1191" w:type="dxa"/>
            <w:gridSpan w:val="6"/>
            <w:shd w:val="clear" w:color="auto" w:fill="EDF5F7"/>
            <w:vAlign w:val="center"/>
          </w:tcPr>
          <w:p w14:paraId="7C649511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b/>
                <w:color w:val="auto"/>
                <w:sz w:val="14"/>
              </w:rPr>
              <w:t xml:space="preserve">D. </w:t>
            </w:r>
            <w:proofErr w:type="spellStart"/>
            <w:r w:rsidRPr="00915FC0">
              <w:rPr>
                <w:b/>
                <w:color w:val="auto"/>
                <w:sz w:val="14"/>
              </w:rPr>
              <w:t>Leczenie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b/>
                <w:color w:val="auto"/>
                <w:sz w:val="14"/>
              </w:rPr>
              <w:t>szpitalne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– </w:t>
            </w:r>
            <w:proofErr w:type="spellStart"/>
            <w:r w:rsidRPr="00915FC0">
              <w:rPr>
                <w:b/>
                <w:color w:val="auto"/>
                <w:sz w:val="14"/>
              </w:rPr>
              <w:t>wymagany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b/>
                <w:color w:val="auto"/>
                <w:sz w:val="14"/>
              </w:rPr>
              <w:t>minimalny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b/>
                <w:color w:val="auto"/>
                <w:sz w:val="14"/>
              </w:rPr>
              <w:t>pobyt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: 1 </w:t>
            </w:r>
            <w:proofErr w:type="spellStart"/>
            <w:r w:rsidRPr="00915FC0">
              <w:rPr>
                <w:b/>
                <w:color w:val="auto"/>
                <w:sz w:val="14"/>
              </w:rPr>
              <w:t>dzień</w:t>
            </w:r>
            <w:proofErr w:type="spellEnd"/>
          </w:p>
        </w:tc>
      </w:tr>
      <w:tr w:rsidR="003158F7" w:rsidRPr="00915FC0" w14:paraId="35E0AF1B" w14:textId="77777777">
        <w:trPr>
          <w:cantSplit/>
          <w:jc w:val="center"/>
        </w:trPr>
        <w:tc>
          <w:tcPr>
            <w:tcW w:w="8901" w:type="dxa"/>
            <w:shd w:val="clear" w:color="auto" w:fill="FAFCFD"/>
            <w:vAlign w:val="center"/>
          </w:tcPr>
          <w:p w14:paraId="56C55116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Dzienna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kwota</w:t>
            </w:r>
            <w:proofErr w:type="spellEnd"/>
            <w:r w:rsidRPr="00915FC0">
              <w:rPr>
                <w:color w:val="auto"/>
                <w:sz w:val="14"/>
              </w:rPr>
              <w:t xml:space="preserve"> za </w:t>
            </w:r>
            <w:proofErr w:type="spellStart"/>
            <w:r w:rsidRPr="00915FC0">
              <w:rPr>
                <w:color w:val="auto"/>
                <w:sz w:val="14"/>
              </w:rPr>
              <w:t>hospitalizację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wskutek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choroby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6AC48E42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70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11926EF1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80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39B6DBDB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90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371D454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110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78F6F9F9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120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3C9AB9E0" w14:textId="77777777">
        <w:trPr>
          <w:cantSplit/>
          <w:jc w:val="center"/>
        </w:trPr>
        <w:tc>
          <w:tcPr>
            <w:tcW w:w="8901" w:type="dxa"/>
            <w:vAlign w:val="center"/>
          </w:tcPr>
          <w:p w14:paraId="07AA7D26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Dzienna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kwota</w:t>
            </w:r>
            <w:proofErr w:type="spellEnd"/>
            <w:r w:rsidRPr="00915FC0">
              <w:rPr>
                <w:color w:val="auto"/>
                <w:sz w:val="14"/>
              </w:rPr>
              <w:t xml:space="preserve"> za </w:t>
            </w:r>
            <w:proofErr w:type="spellStart"/>
            <w:r w:rsidRPr="00915FC0">
              <w:rPr>
                <w:color w:val="auto"/>
                <w:sz w:val="14"/>
              </w:rPr>
              <w:t>hospitalizację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wskutek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nieszczęśliwego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wypadku</w:t>
            </w:r>
            <w:proofErr w:type="spellEnd"/>
            <w:r w:rsidRPr="00915FC0">
              <w:rPr>
                <w:color w:val="auto"/>
                <w:sz w:val="14"/>
              </w:rPr>
              <w:t xml:space="preserve">: </w:t>
            </w:r>
            <w:proofErr w:type="spellStart"/>
            <w:r w:rsidRPr="00915FC0">
              <w:rPr>
                <w:color w:val="auto"/>
                <w:sz w:val="14"/>
              </w:rPr>
              <w:t>dni</w:t>
            </w:r>
            <w:proofErr w:type="spellEnd"/>
            <w:r w:rsidRPr="00915FC0">
              <w:rPr>
                <w:color w:val="auto"/>
                <w:sz w:val="14"/>
              </w:rPr>
              <w:t xml:space="preserve"> 1–14</w:t>
            </w:r>
          </w:p>
        </w:tc>
        <w:tc>
          <w:tcPr>
            <w:tcW w:w="1191" w:type="dxa"/>
            <w:vAlign w:val="center"/>
          </w:tcPr>
          <w:p w14:paraId="328FC238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280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501AA6A6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320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2978130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360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7E7E125C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440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45933D12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480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61C684D2" w14:textId="77777777">
        <w:trPr>
          <w:cantSplit/>
          <w:jc w:val="center"/>
        </w:trPr>
        <w:tc>
          <w:tcPr>
            <w:tcW w:w="8901" w:type="dxa"/>
            <w:shd w:val="clear" w:color="auto" w:fill="FAFCFD"/>
            <w:vAlign w:val="center"/>
          </w:tcPr>
          <w:p w14:paraId="16D9942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Dzienna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kwota</w:t>
            </w:r>
            <w:proofErr w:type="spellEnd"/>
            <w:r w:rsidRPr="00915FC0">
              <w:rPr>
                <w:color w:val="auto"/>
                <w:sz w:val="14"/>
              </w:rPr>
              <w:t xml:space="preserve"> za </w:t>
            </w:r>
            <w:proofErr w:type="spellStart"/>
            <w:r w:rsidRPr="00915FC0">
              <w:rPr>
                <w:color w:val="auto"/>
                <w:sz w:val="14"/>
              </w:rPr>
              <w:t>hospitalizację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wskutek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nieszczęśliwego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wypadku</w:t>
            </w:r>
            <w:proofErr w:type="spellEnd"/>
            <w:r w:rsidRPr="00915FC0">
              <w:rPr>
                <w:color w:val="auto"/>
                <w:sz w:val="14"/>
              </w:rPr>
              <w:t>: od dnia 15</w:t>
            </w:r>
          </w:p>
        </w:tc>
        <w:tc>
          <w:tcPr>
            <w:tcW w:w="1191" w:type="dxa"/>
            <w:shd w:val="clear" w:color="auto" w:fill="FAFCFD"/>
            <w:vAlign w:val="center"/>
          </w:tcPr>
          <w:p w14:paraId="3415647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140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33BC5AA9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160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5BEEE40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180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76AECA30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220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2A8F97F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240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5708BBC3" w14:textId="77777777">
        <w:trPr>
          <w:cantSplit/>
          <w:jc w:val="center"/>
        </w:trPr>
        <w:tc>
          <w:tcPr>
            <w:tcW w:w="8901" w:type="dxa"/>
            <w:vAlign w:val="center"/>
          </w:tcPr>
          <w:p w14:paraId="17E26A2C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Dzienna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kwota</w:t>
            </w:r>
            <w:proofErr w:type="spellEnd"/>
            <w:r w:rsidRPr="00915FC0">
              <w:rPr>
                <w:color w:val="auto"/>
                <w:sz w:val="14"/>
              </w:rPr>
              <w:t xml:space="preserve"> za </w:t>
            </w:r>
            <w:proofErr w:type="spellStart"/>
            <w:r w:rsidRPr="00915FC0">
              <w:rPr>
                <w:color w:val="auto"/>
                <w:sz w:val="14"/>
              </w:rPr>
              <w:t>hospitalizację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wskutek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wypadku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komunikacyjnego</w:t>
            </w:r>
            <w:proofErr w:type="spellEnd"/>
            <w:r w:rsidRPr="00915FC0">
              <w:rPr>
                <w:color w:val="auto"/>
                <w:sz w:val="14"/>
              </w:rPr>
              <w:t xml:space="preserve">: </w:t>
            </w:r>
            <w:proofErr w:type="spellStart"/>
            <w:r w:rsidRPr="00915FC0">
              <w:rPr>
                <w:color w:val="auto"/>
                <w:sz w:val="14"/>
              </w:rPr>
              <w:t>dni</w:t>
            </w:r>
            <w:proofErr w:type="spellEnd"/>
            <w:r w:rsidRPr="00915FC0">
              <w:rPr>
                <w:color w:val="auto"/>
                <w:sz w:val="14"/>
              </w:rPr>
              <w:t xml:space="preserve"> 1–14</w:t>
            </w:r>
          </w:p>
        </w:tc>
        <w:tc>
          <w:tcPr>
            <w:tcW w:w="1191" w:type="dxa"/>
            <w:vAlign w:val="center"/>
          </w:tcPr>
          <w:p w14:paraId="640FD374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490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4E2FEF31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560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1FF813C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630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0B1B7F21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770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38E8D38E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840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51A91958" w14:textId="77777777">
        <w:trPr>
          <w:cantSplit/>
          <w:jc w:val="center"/>
        </w:trPr>
        <w:tc>
          <w:tcPr>
            <w:tcW w:w="8901" w:type="dxa"/>
            <w:shd w:val="clear" w:color="auto" w:fill="FAFCFD"/>
            <w:vAlign w:val="center"/>
          </w:tcPr>
          <w:p w14:paraId="05180521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Dzienna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kwota</w:t>
            </w:r>
            <w:proofErr w:type="spellEnd"/>
            <w:r w:rsidRPr="00915FC0">
              <w:rPr>
                <w:color w:val="auto"/>
                <w:sz w:val="14"/>
              </w:rPr>
              <w:t xml:space="preserve"> za </w:t>
            </w:r>
            <w:proofErr w:type="spellStart"/>
            <w:r w:rsidRPr="00915FC0">
              <w:rPr>
                <w:color w:val="auto"/>
                <w:sz w:val="14"/>
              </w:rPr>
              <w:t>hospitalizację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wskutek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wypadku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przy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pracy</w:t>
            </w:r>
            <w:proofErr w:type="spellEnd"/>
            <w:r w:rsidRPr="00915FC0">
              <w:rPr>
                <w:color w:val="auto"/>
                <w:sz w:val="14"/>
              </w:rPr>
              <w:t xml:space="preserve">: </w:t>
            </w:r>
            <w:proofErr w:type="spellStart"/>
            <w:r w:rsidRPr="00915FC0">
              <w:rPr>
                <w:color w:val="auto"/>
                <w:sz w:val="14"/>
              </w:rPr>
              <w:t>dni</w:t>
            </w:r>
            <w:proofErr w:type="spellEnd"/>
            <w:r w:rsidRPr="00915FC0">
              <w:rPr>
                <w:color w:val="auto"/>
                <w:sz w:val="14"/>
              </w:rPr>
              <w:t xml:space="preserve"> 1–14</w:t>
            </w:r>
          </w:p>
        </w:tc>
        <w:tc>
          <w:tcPr>
            <w:tcW w:w="1191" w:type="dxa"/>
            <w:shd w:val="clear" w:color="auto" w:fill="FAFCFD"/>
            <w:vAlign w:val="center"/>
          </w:tcPr>
          <w:p w14:paraId="05897BF0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490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06645B7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560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53159D5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630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7F4162B9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770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0A7550C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840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5048D06D" w14:textId="77777777">
        <w:trPr>
          <w:cantSplit/>
          <w:jc w:val="center"/>
        </w:trPr>
        <w:tc>
          <w:tcPr>
            <w:tcW w:w="8901" w:type="dxa"/>
            <w:vAlign w:val="center"/>
          </w:tcPr>
          <w:p w14:paraId="5F3E1524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Dzienna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kwota</w:t>
            </w:r>
            <w:proofErr w:type="spellEnd"/>
            <w:r w:rsidRPr="00915FC0">
              <w:rPr>
                <w:color w:val="auto"/>
                <w:sz w:val="14"/>
              </w:rPr>
              <w:t xml:space="preserve"> za </w:t>
            </w:r>
            <w:proofErr w:type="spellStart"/>
            <w:r w:rsidRPr="00915FC0">
              <w:rPr>
                <w:color w:val="auto"/>
                <w:sz w:val="14"/>
              </w:rPr>
              <w:t>hospitalizację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wskutek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wypadku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komunikacyjnego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przy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pracy</w:t>
            </w:r>
            <w:proofErr w:type="spellEnd"/>
            <w:r w:rsidRPr="00915FC0">
              <w:rPr>
                <w:color w:val="auto"/>
                <w:sz w:val="14"/>
              </w:rPr>
              <w:t xml:space="preserve">: </w:t>
            </w:r>
            <w:proofErr w:type="spellStart"/>
            <w:r w:rsidRPr="00915FC0">
              <w:rPr>
                <w:color w:val="auto"/>
                <w:sz w:val="14"/>
              </w:rPr>
              <w:t>dni</w:t>
            </w:r>
            <w:proofErr w:type="spellEnd"/>
            <w:r w:rsidRPr="00915FC0">
              <w:rPr>
                <w:color w:val="auto"/>
                <w:sz w:val="14"/>
              </w:rPr>
              <w:t xml:space="preserve"> 1–14</w:t>
            </w:r>
          </w:p>
        </w:tc>
        <w:tc>
          <w:tcPr>
            <w:tcW w:w="1191" w:type="dxa"/>
            <w:vAlign w:val="center"/>
          </w:tcPr>
          <w:p w14:paraId="6BBDED8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700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704F3481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800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299E237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900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32C4382B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1 100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2CABA795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1 200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31E38084" w14:textId="77777777">
        <w:trPr>
          <w:cantSplit/>
          <w:jc w:val="center"/>
        </w:trPr>
        <w:tc>
          <w:tcPr>
            <w:tcW w:w="8901" w:type="dxa"/>
            <w:shd w:val="clear" w:color="auto" w:fill="FAFCFD"/>
            <w:vAlign w:val="center"/>
          </w:tcPr>
          <w:p w14:paraId="1470C28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Dzienna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kwota</w:t>
            </w:r>
            <w:proofErr w:type="spellEnd"/>
            <w:r w:rsidRPr="00915FC0">
              <w:rPr>
                <w:color w:val="auto"/>
                <w:sz w:val="14"/>
              </w:rPr>
              <w:t xml:space="preserve"> za </w:t>
            </w:r>
            <w:proofErr w:type="spellStart"/>
            <w:r w:rsidRPr="00915FC0">
              <w:rPr>
                <w:color w:val="auto"/>
                <w:sz w:val="14"/>
              </w:rPr>
              <w:t>hospitalizację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wskutek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zawału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serca</w:t>
            </w:r>
            <w:proofErr w:type="spellEnd"/>
            <w:r w:rsidRPr="00915FC0">
              <w:rPr>
                <w:color w:val="auto"/>
                <w:sz w:val="14"/>
              </w:rPr>
              <w:t>/</w:t>
            </w:r>
            <w:proofErr w:type="spellStart"/>
            <w:r w:rsidRPr="00915FC0">
              <w:rPr>
                <w:color w:val="auto"/>
                <w:sz w:val="14"/>
              </w:rPr>
              <w:t>udaru</w:t>
            </w:r>
            <w:proofErr w:type="spellEnd"/>
            <w:r w:rsidRPr="00915FC0">
              <w:rPr>
                <w:color w:val="auto"/>
                <w:sz w:val="14"/>
              </w:rPr>
              <w:t xml:space="preserve">: </w:t>
            </w:r>
            <w:proofErr w:type="spellStart"/>
            <w:r w:rsidRPr="00915FC0">
              <w:rPr>
                <w:color w:val="auto"/>
                <w:sz w:val="14"/>
              </w:rPr>
              <w:t>dni</w:t>
            </w:r>
            <w:proofErr w:type="spellEnd"/>
            <w:r w:rsidRPr="00915FC0">
              <w:rPr>
                <w:color w:val="auto"/>
                <w:sz w:val="14"/>
              </w:rPr>
              <w:t xml:space="preserve"> 1–14 </w:t>
            </w:r>
            <w:proofErr w:type="spellStart"/>
            <w:r w:rsidRPr="00915FC0">
              <w:rPr>
                <w:color w:val="auto"/>
                <w:sz w:val="14"/>
              </w:rPr>
              <w:t>pierwszego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pobytu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44E2D80F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280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4D878154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320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62795119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360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6329274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440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3CD426DB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480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0B2D18AD" w14:textId="77777777">
        <w:trPr>
          <w:cantSplit/>
          <w:jc w:val="center"/>
        </w:trPr>
        <w:tc>
          <w:tcPr>
            <w:tcW w:w="8901" w:type="dxa"/>
            <w:vAlign w:val="center"/>
          </w:tcPr>
          <w:p w14:paraId="7FC62370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Pobyt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na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oddziale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intensywnej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terapii</w:t>
            </w:r>
            <w:proofErr w:type="spellEnd"/>
            <w:r w:rsidRPr="00915FC0">
              <w:rPr>
                <w:color w:val="auto"/>
                <w:sz w:val="14"/>
              </w:rPr>
              <w:t xml:space="preserve"> – </w:t>
            </w:r>
            <w:proofErr w:type="spellStart"/>
            <w:r w:rsidRPr="00915FC0">
              <w:rPr>
                <w:color w:val="auto"/>
                <w:sz w:val="14"/>
              </w:rPr>
              <w:t>świadczenie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jednorazowe</w:t>
            </w:r>
            <w:proofErr w:type="spellEnd"/>
          </w:p>
        </w:tc>
        <w:tc>
          <w:tcPr>
            <w:tcW w:w="1191" w:type="dxa"/>
            <w:vAlign w:val="center"/>
          </w:tcPr>
          <w:p w14:paraId="6F4A7792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700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16DA0DDC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800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4652611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900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6163F46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1 100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52A47BC5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1 200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3377FE67" w14:textId="77777777">
        <w:trPr>
          <w:cantSplit/>
          <w:jc w:val="center"/>
        </w:trPr>
        <w:tc>
          <w:tcPr>
            <w:tcW w:w="8901" w:type="dxa"/>
            <w:shd w:val="clear" w:color="auto" w:fill="FAFCFD"/>
            <w:vAlign w:val="center"/>
          </w:tcPr>
          <w:p w14:paraId="5C184BBC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Rekonwalescencja</w:t>
            </w:r>
            <w:proofErr w:type="spellEnd"/>
            <w:r w:rsidRPr="00915FC0">
              <w:rPr>
                <w:color w:val="auto"/>
                <w:sz w:val="14"/>
              </w:rPr>
              <w:t xml:space="preserve"> – za </w:t>
            </w:r>
            <w:proofErr w:type="spellStart"/>
            <w:r w:rsidRPr="00915FC0">
              <w:rPr>
                <w:color w:val="auto"/>
                <w:sz w:val="14"/>
              </w:rPr>
              <w:t>każdy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dzień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zwolnienia</w:t>
            </w:r>
            <w:proofErr w:type="spellEnd"/>
            <w:r w:rsidRPr="00915FC0">
              <w:rPr>
                <w:color w:val="auto"/>
                <w:sz w:val="14"/>
              </w:rPr>
              <w:t xml:space="preserve">, </w:t>
            </w:r>
            <w:proofErr w:type="spellStart"/>
            <w:r w:rsidRPr="00915FC0">
              <w:rPr>
                <w:color w:val="auto"/>
                <w:sz w:val="14"/>
              </w:rPr>
              <w:t>maks</w:t>
            </w:r>
            <w:proofErr w:type="spellEnd"/>
            <w:r w:rsidRPr="00915FC0">
              <w:rPr>
                <w:color w:val="auto"/>
                <w:sz w:val="14"/>
              </w:rPr>
              <w:t xml:space="preserve">. 30 </w:t>
            </w:r>
            <w:proofErr w:type="spellStart"/>
            <w:r w:rsidRPr="00915FC0">
              <w:rPr>
                <w:color w:val="auto"/>
                <w:sz w:val="14"/>
              </w:rPr>
              <w:t>dni</w:t>
            </w:r>
            <w:proofErr w:type="spellEnd"/>
            <w:r w:rsidRPr="00915FC0">
              <w:rPr>
                <w:color w:val="auto"/>
                <w:sz w:val="14"/>
              </w:rPr>
              <w:t xml:space="preserve"> po </w:t>
            </w:r>
            <w:proofErr w:type="spellStart"/>
            <w:r w:rsidRPr="00915FC0">
              <w:rPr>
                <w:color w:val="auto"/>
                <w:sz w:val="14"/>
              </w:rPr>
              <w:t>pobycie</w:t>
            </w:r>
            <w:proofErr w:type="spellEnd"/>
            <w:r w:rsidRPr="00915FC0">
              <w:rPr>
                <w:color w:val="auto"/>
                <w:sz w:val="14"/>
              </w:rPr>
              <w:t xml:space="preserve"> min. 14 </w:t>
            </w:r>
            <w:proofErr w:type="spellStart"/>
            <w:r w:rsidRPr="00915FC0">
              <w:rPr>
                <w:color w:val="auto"/>
                <w:sz w:val="14"/>
              </w:rPr>
              <w:t>dni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2B1E4F8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35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44DEAF69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40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2DFC2B28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45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3E107978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55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1910C591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60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7E68635F" w14:textId="77777777">
        <w:trPr>
          <w:cantSplit/>
          <w:jc w:val="center"/>
        </w:trPr>
        <w:tc>
          <w:tcPr>
            <w:tcW w:w="8901" w:type="dxa"/>
            <w:vAlign w:val="center"/>
          </w:tcPr>
          <w:p w14:paraId="1D678E2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Pobyt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na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oddziale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rehabilitacyjnym</w:t>
            </w:r>
            <w:proofErr w:type="spellEnd"/>
            <w:r w:rsidRPr="00915FC0">
              <w:rPr>
                <w:color w:val="auto"/>
                <w:sz w:val="14"/>
              </w:rPr>
              <w:t xml:space="preserve"> – za </w:t>
            </w:r>
            <w:proofErr w:type="spellStart"/>
            <w:r w:rsidRPr="00915FC0">
              <w:rPr>
                <w:color w:val="auto"/>
                <w:sz w:val="14"/>
              </w:rPr>
              <w:t>dzień</w:t>
            </w:r>
            <w:proofErr w:type="spellEnd"/>
            <w:r w:rsidRPr="00915FC0">
              <w:rPr>
                <w:color w:val="auto"/>
                <w:sz w:val="14"/>
              </w:rPr>
              <w:t xml:space="preserve">, </w:t>
            </w:r>
            <w:proofErr w:type="spellStart"/>
            <w:r w:rsidRPr="00915FC0">
              <w:rPr>
                <w:color w:val="auto"/>
                <w:sz w:val="14"/>
              </w:rPr>
              <w:t>przy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pobycie</w:t>
            </w:r>
            <w:proofErr w:type="spellEnd"/>
            <w:r w:rsidRPr="00915FC0">
              <w:rPr>
                <w:color w:val="auto"/>
                <w:sz w:val="14"/>
              </w:rPr>
              <w:t xml:space="preserve"> min. 4 </w:t>
            </w:r>
            <w:proofErr w:type="spellStart"/>
            <w:r w:rsidRPr="00915FC0">
              <w:rPr>
                <w:color w:val="auto"/>
                <w:sz w:val="14"/>
              </w:rPr>
              <w:t>dni</w:t>
            </w:r>
            <w:proofErr w:type="spellEnd"/>
          </w:p>
        </w:tc>
        <w:tc>
          <w:tcPr>
            <w:tcW w:w="1191" w:type="dxa"/>
            <w:vAlign w:val="center"/>
          </w:tcPr>
          <w:p w14:paraId="28C48A9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70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17058D56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80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4B0BE4D9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90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2257330C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110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064E218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120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2B8C160B" w14:textId="77777777">
        <w:trPr>
          <w:cantSplit/>
          <w:jc w:val="center"/>
        </w:trPr>
        <w:tc>
          <w:tcPr>
            <w:tcW w:w="1191" w:type="dxa"/>
            <w:gridSpan w:val="6"/>
            <w:shd w:val="clear" w:color="auto" w:fill="EDF5F7"/>
            <w:vAlign w:val="center"/>
          </w:tcPr>
          <w:p w14:paraId="05B929F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b/>
                <w:color w:val="auto"/>
                <w:sz w:val="14"/>
              </w:rPr>
              <w:t xml:space="preserve">E. </w:t>
            </w:r>
            <w:proofErr w:type="spellStart"/>
            <w:r w:rsidRPr="00915FC0">
              <w:rPr>
                <w:b/>
                <w:color w:val="auto"/>
                <w:sz w:val="14"/>
              </w:rPr>
              <w:t>Świadczenia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b/>
                <w:color w:val="auto"/>
                <w:sz w:val="14"/>
              </w:rPr>
              <w:t>apteczne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, </w:t>
            </w:r>
            <w:proofErr w:type="spellStart"/>
            <w:r w:rsidRPr="00915FC0">
              <w:rPr>
                <w:b/>
                <w:color w:val="auto"/>
                <w:sz w:val="14"/>
              </w:rPr>
              <w:t>specjalistyczne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b/>
                <w:color w:val="auto"/>
                <w:sz w:val="14"/>
              </w:rPr>
              <w:t>i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b/>
                <w:color w:val="auto"/>
                <w:sz w:val="14"/>
              </w:rPr>
              <w:t>operacje</w:t>
            </w:r>
            <w:proofErr w:type="spellEnd"/>
          </w:p>
        </w:tc>
      </w:tr>
      <w:tr w:rsidR="003158F7" w:rsidRPr="00915FC0" w14:paraId="48EF179C" w14:textId="77777777">
        <w:trPr>
          <w:cantSplit/>
          <w:jc w:val="center"/>
        </w:trPr>
        <w:tc>
          <w:tcPr>
            <w:tcW w:w="8901" w:type="dxa"/>
            <w:vAlign w:val="center"/>
          </w:tcPr>
          <w:p w14:paraId="38365CA5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Świadczenie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apteczne</w:t>
            </w:r>
            <w:proofErr w:type="spellEnd"/>
            <w:r w:rsidRPr="00915FC0">
              <w:rPr>
                <w:color w:val="auto"/>
                <w:sz w:val="14"/>
              </w:rPr>
              <w:t xml:space="preserve"> – </w:t>
            </w:r>
            <w:proofErr w:type="spellStart"/>
            <w:r w:rsidRPr="00915FC0">
              <w:rPr>
                <w:color w:val="auto"/>
                <w:sz w:val="14"/>
              </w:rPr>
              <w:t>wartość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udostępnionych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produktów</w:t>
            </w:r>
            <w:proofErr w:type="spellEnd"/>
          </w:p>
        </w:tc>
        <w:tc>
          <w:tcPr>
            <w:tcW w:w="1191" w:type="dxa"/>
            <w:vAlign w:val="center"/>
          </w:tcPr>
          <w:p w14:paraId="188CE5B5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250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70551A55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300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0BE016F5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350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2EDD7405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400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00B8B472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400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1A235EA3" w14:textId="77777777">
        <w:trPr>
          <w:cantSplit/>
          <w:jc w:val="center"/>
        </w:trPr>
        <w:tc>
          <w:tcPr>
            <w:tcW w:w="8901" w:type="dxa"/>
            <w:shd w:val="clear" w:color="auto" w:fill="FAFCFD"/>
            <w:vAlign w:val="center"/>
          </w:tcPr>
          <w:p w14:paraId="17699D3C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Specjalistyczne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leczenie</w:t>
            </w:r>
            <w:proofErr w:type="spellEnd"/>
            <w:r w:rsidRPr="00915FC0">
              <w:rPr>
                <w:color w:val="auto"/>
                <w:sz w:val="14"/>
              </w:rPr>
              <w:t xml:space="preserve"> (</w:t>
            </w:r>
            <w:proofErr w:type="spellStart"/>
            <w:r w:rsidRPr="00915FC0">
              <w:rPr>
                <w:color w:val="auto"/>
                <w:sz w:val="14"/>
              </w:rPr>
              <w:t>katalog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wymaganych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procedur</w:t>
            </w:r>
            <w:proofErr w:type="spellEnd"/>
            <w:r w:rsidRPr="00915FC0">
              <w:rPr>
                <w:color w:val="auto"/>
                <w:sz w:val="14"/>
              </w:rPr>
              <w:t>)</w:t>
            </w:r>
          </w:p>
        </w:tc>
        <w:tc>
          <w:tcPr>
            <w:tcW w:w="1191" w:type="dxa"/>
            <w:shd w:val="clear" w:color="auto" w:fill="FAFCFD"/>
            <w:vAlign w:val="center"/>
          </w:tcPr>
          <w:p w14:paraId="49C1B268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5 000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26E60EAF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6 000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62CE0D50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7 000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15E1A9AE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9 000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0D37361B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053A8404" w14:textId="77777777">
        <w:trPr>
          <w:cantSplit/>
          <w:jc w:val="center"/>
        </w:trPr>
        <w:tc>
          <w:tcPr>
            <w:tcW w:w="8901" w:type="dxa"/>
            <w:vAlign w:val="center"/>
          </w:tcPr>
          <w:p w14:paraId="59F248D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Operacja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chirurgiczna</w:t>
            </w:r>
            <w:proofErr w:type="spellEnd"/>
            <w:r w:rsidRPr="00915FC0">
              <w:rPr>
                <w:color w:val="auto"/>
                <w:sz w:val="14"/>
              </w:rPr>
              <w:t xml:space="preserve"> – </w:t>
            </w:r>
            <w:proofErr w:type="spellStart"/>
            <w:r w:rsidRPr="00915FC0">
              <w:rPr>
                <w:color w:val="auto"/>
                <w:sz w:val="14"/>
              </w:rPr>
              <w:t>klasa</w:t>
            </w:r>
            <w:proofErr w:type="spellEnd"/>
            <w:r w:rsidRPr="00915FC0">
              <w:rPr>
                <w:color w:val="auto"/>
                <w:sz w:val="14"/>
              </w:rPr>
              <w:t xml:space="preserve"> I</w:t>
            </w:r>
          </w:p>
        </w:tc>
        <w:tc>
          <w:tcPr>
            <w:tcW w:w="1191" w:type="dxa"/>
            <w:vAlign w:val="center"/>
          </w:tcPr>
          <w:p w14:paraId="3EE22239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5 000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0447B9AE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6 000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4EAAFAF0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7 000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1069A1E8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9 000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3F74F728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02B7EFBF" w14:textId="77777777">
        <w:trPr>
          <w:cantSplit/>
          <w:jc w:val="center"/>
        </w:trPr>
        <w:tc>
          <w:tcPr>
            <w:tcW w:w="8901" w:type="dxa"/>
            <w:shd w:val="clear" w:color="auto" w:fill="FAFCFD"/>
            <w:vAlign w:val="center"/>
          </w:tcPr>
          <w:p w14:paraId="30E72FB2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Operacja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chirurgiczna</w:t>
            </w:r>
            <w:proofErr w:type="spellEnd"/>
            <w:r w:rsidRPr="00915FC0">
              <w:rPr>
                <w:color w:val="auto"/>
                <w:sz w:val="14"/>
              </w:rPr>
              <w:t xml:space="preserve"> – </w:t>
            </w:r>
            <w:proofErr w:type="spellStart"/>
            <w:r w:rsidRPr="00915FC0">
              <w:rPr>
                <w:color w:val="auto"/>
                <w:sz w:val="14"/>
              </w:rPr>
              <w:t>klasa</w:t>
            </w:r>
            <w:proofErr w:type="spellEnd"/>
            <w:r w:rsidRPr="00915FC0">
              <w:rPr>
                <w:color w:val="auto"/>
                <w:sz w:val="14"/>
              </w:rPr>
              <w:t xml:space="preserve"> II</w:t>
            </w:r>
          </w:p>
        </w:tc>
        <w:tc>
          <w:tcPr>
            <w:tcW w:w="1191" w:type="dxa"/>
            <w:shd w:val="clear" w:color="auto" w:fill="FAFCFD"/>
            <w:vAlign w:val="center"/>
          </w:tcPr>
          <w:p w14:paraId="301D99E1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2 500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7AA51AE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3 000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2B05619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3 500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087E9449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4 500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7B0B7C99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5 000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125F34A3" w14:textId="77777777">
        <w:trPr>
          <w:cantSplit/>
          <w:jc w:val="center"/>
        </w:trPr>
        <w:tc>
          <w:tcPr>
            <w:tcW w:w="8901" w:type="dxa"/>
            <w:vAlign w:val="center"/>
          </w:tcPr>
          <w:p w14:paraId="65753718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Operacja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chirurgiczna</w:t>
            </w:r>
            <w:proofErr w:type="spellEnd"/>
            <w:r w:rsidRPr="00915FC0">
              <w:rPr>
                <w:color w:val="auto"/>
                <w:sz w:val="14"/>
              </w:rPr>
              <w:t xml:space="preserve"> – </w:t>
            </w:r>
            <w:proofErr w:type="spellStart"/>
            <w:r w:rsidRPr="00915FC0">
              <w:rPr>
                <w:color w:val="auto"/>
                <w:sz w:val="14"/>
              </w:rPr>
              <w:t>klasa</w:t>
            </w:r>
            <w:proofErr w:type="spellEnd"/>
            <w:r w:rsidRPr="00915FC0">
              <w:rPr>
                <w:color w:val="auto"/>
                <w:sz w:val="14"/>
              </w:rPr>
              <w:t xml:space="preserve"> III</w:t>
            </w:r>
          </w:p>
        </w:tc>
        <w:tc>
          <w:tcPr>
            <w:tcW w:w="1191" w:type="dxa"/>
            <w:vAlign w:val="center"/>
          </w:tcPr>
          <w:p w14:paraId="5CCF833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1 500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1FE9AA40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1 800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623527D9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2 100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2C469E6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2 700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2C389956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3 000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75D23D8C" w14:textId="77777777">
        <w:trPr>
          <w:cantSplit/>
          <w:jc w:val="center"/>
        </w:trPr>
        <w:tc>
          <w:tcPr>
            <w:tcW w:w="8901" w:type="dxa"/>
            <w:shd w:val="clear" w:color="auto" w:fill="FAFCFD"/>
            <w:vAlign w:val="center"/>
          </w:tcPr>
          <w:p w14:paraId="69731420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Operacja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chirurgiczna</w:t>
            </w:r>
            <w:proofErr w:type="spellEnd"/>
            <w:r w:rsidRPr="00915FC0">
              <w:rPr>
                <w:color w:val="auto"/>
                <w:sz w:val="14"/>
              </w:rPr>
              <w:t xml:space="preserve"> – </w:t>
            </w:r>
            <w:proofErr w:type="spellStart"/>
            <w:r w:rsidRPr="00915FC0">
              <w:rPr>
                <w:color w:val="auto"/>
                <w:sz w:val="14"/>
              </w:rPr>
              <w:t>klasa</w:t>
            </w:r>
            <w:proofErr w:type="spellEnd"/>
            <w:r w:rsidRPr="00915FC0">
              <w:rPr>
                <w:color w:val="auto"/>
                <w:sz w:val="14"/>
              </w:rPr>
              <w:t xml:space="preserve"> IV</w:t>
            </w:r>
          </w:p>
        </w:tc>
        <w:tc>
          <w:tcPr>
            <w:tcW w:w="1191" w:type="dxa"/>
            <w:shd w:val="clear" w:color="auto" w:fill="FAFCFD"/>
            <w:vAlign w:val="center"/>
          </w:tcPr>
          <w:p w14:paraId="7ED7F154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500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3D521E5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600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126224E8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700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5A2E8816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900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4627897C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38444BE8" w14:textId="77777777">
        <w:trPr>
          <w:cantSplit/>
          <w:jc w:val="center"/>
        </w:trPr>
        <w:tc>
          <w:tcPr>
            <w:tcW w:w="8901" w:type="dxa"/>
            <w:vAlign w:val="center"/>
          </w:tcPr>
          <w:p w14:paraId="1D902C75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Operacja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chirurgiczna</w:t>
            </w:r>
            <w:proofErr w:type="spellEnd"/>
            <w:r w:rsidRPr="00915FC0">
              <w:rPr>
                <w:color w:val="auto"/>
                <w:sz w:val="14"/>
              </w:rPr>
              <w:t xml:space="preserve"> – </w:t>
            </w:r>
            <w:proofErr w:type="spellStart"/>
            <w:r w:rsidRPr="00915FC0">
              <w:rPr>
                <w:color w:val="auto"/>
                <w:sz w:val="14"/>
              </w:rPr>
              <w:t>klasa</w:t>
            </w:r>
            <w:proofErr w:type="spellEnd"/>
            <w:r w:rsidRPr="00915FC0">
              <w:rPr>
                <w:color w:val="auto"/>
                <w:sz w:val="14"/>
              </w:rPr>
              <w:t xml:space="preserve"> V</w:t>
            </w:r>
          </w:p>
        </w:tc>
        <w:tc>
          <w:tcPr>
            <w:tcW w:w="1191" w:type="dxa"/>
            <w:vAlign w:val="center"/>
          </w:tcPr>
          <w:p w14:paraId="3F063D1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250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6D61E10F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300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5F03F08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350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352EB95E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450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5C8A1494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500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45E733A6" w14:textId="77777777">
        <w:trPr>
          <w:cantSplit/>
          <w:jc w:val="center"/>
        </w:trPr>
        <w:tc>
          <w:tcPr>
            <w:tcW w:w="8901" w:type="dxa"/>
            <w:shd w:val="clear" w:color="auto" w:fill="FAFCFD"/>
            <w:vAlign w:val="center"/>
          </w:tcPr>
          <w:p w14:paraId="2F20CA7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Operacja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poza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katalogiem</w:t>
            </w:r>
            <w:proofErr w:type="spellEnd"/>
            <w:r w:rsidRPr="00915FC0">
              <w:rPr>
                <w:color w:val="auto"/>
                <w:sz w:val="14"/>
              </w:rPr>
              <w:t xml:space="preserve">, </w:t>
            </w:r>
            <w:proofErr w:type="spellStart"/>
            <w:r w:rsidRPr="00915FC0">
              <w:rPr>
                <w:color w:val="auto"/>
                <w:sz w:val="14"/>
              </w:rPr>
              <w:t>wykonana</w:t>
            </w:r>
            <w:proofErr w:type="spellEnd"/>
            <w:r w:rsidRPr="00915FC0">
              <w:rPr>
                <w:color w:val="auto"/>
                <w:sz w:val="14"/>
              </w:rPr>
              <w:t xml:space="preserve"> w </w:t>
            </w:r>
            <w:proofErr w:type="spellStart"/>
            <w:r w:rsidRPr="00915FC0">
              <w:rPr>
                <w:color w:val="auto"/>
                <w:sz w:val="14"/>
              </w:rPr>
              <w:t>warunkach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określonych</w:t>
            </w:r>
            <w:proofErr w:type="spellEnd"/>
            <w:r w:rsidRPr="00915FC0">
              <w:rPr>
                <w:color w:val="auto"/>
                <w:sz w:val="14"/>
              </w:rPr>
              <w:t xml:space="preserve"> w SWZ</w:t>
            </w:r>
          </w:p>
        </w:tc>
        <w:tc>
          <w:tcPr>
            <w:tcW w:w="1191" w:type="dxa"/>
            <w:shd w:val="clear" w:color="auto" w:fill="FAFCFD"/>
            <w:vAlign w:val="center"/>
          </w:tcPr>
          <w:p w14:paraId="1804002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150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6C860E70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180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6DE4C2B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210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7C0ED33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270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5FC93AF2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300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765886FA" w14:textId="77777777">
        <w:trPr>
          <w:cantSplit/>
          <w:jc w:val="center"/>
        </w:trPr>
        <w:tc>
          <w:tcPr>
            <w:tcW w:w="8901" w:type="dxa"/>
            <w:vAlign w:val="center"/>
          </w:tcPr>
          <w:p w14:paraId="51B54A0F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Dodatkowe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świadczenie</w:t>
            </w:r>
            <w:proofErr w:type="spellEnd"/>
            <w:r w:rsidRPr="00915FC0">
              <w:rPr>
                <w:color w:val="auto"/>
                <w:sz w:val="14"/>
              </w:rPr>
              <w:t xml:space="preserve"> za </w:t>
            </w:r>
            <w:proofErr w:type="spellStart"/>
            <w:r w:rsidRPr="00915FC0">
              <w:rPr>
                <w:color w:val="auto"/>
                <w:sz w:val="14"/>
              </w:rPr>
              <w:t>operację</w:t>
            </w:r>
            <w:proofErr w:type="spellEnd"/>
            <w:r w:rsidRPr="00915FC0">
              <w:rPr>
                <w:color w:val="auto"/>
                <w:sz w:val="14"/>
              </w:rPr>
              <w:t xml:space="preserve"> w </w:t>
            </w:r>
            <w:proofErr w:type="spellStart"/>
            <w:r w:rsidRPr="00915FC0">
              <w:rPr>
                <w:color w:val="auto"/>
                <w:sz w:val="14"/>
              </w:rPr>
              <w:t>znieczuleniu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ogólnym</w:t>
            </w:r>
            <w:proofErr w:type="spellEnd"/>
          </w:p>
        </w:tc>
        <w:tc>
          <w:tcPr>
            <w:tcW w:w="1191" w:type="dxa"/>
            <w:vAlign w:val="center"/>
          </w:tcPr>
          <w:p w14:paraId="32E70AB9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250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64933CE9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300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7F94B17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350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06687DD2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450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71AF8A46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500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72E2CB35" w14:textId="77777777">
        <w:trPr>
          <w:cantSplit/>
          <w:jc w:val="center"/>
        </w:trPr>
        <w:tc>
          <w:tcPr>
            <w:tcW w:w="8901" w:type="dxa"/>
            <w:shd w:val="clear" w:color="auto" w:fill="FAFCFD"/>
            <w:vAlign w:val="center"/>
          </w:tcPr>
          <w:p w14:paraId="3D3F2639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Dodatkowe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świadczenie</w:t>
            </w:r>
            <w:proofErr w:type="spellEnd"/>
            <w:r w:rsidRPr="00915FC0">
              <w:rPr>
                <w:color w:val="auto"/>
                <w:sz w:val="14"/>
              </w:rPr>
              <w:t xml:space="preserve"> za </w:t>
            </w:r>
            <w:proofErr w:type="spellStart"/>
            <w:r w:rsidRPr="00915FC0">
              <w:rPr>
                <w:color w:val="auto"/>
                <w:sz w:val="14"/>
              </w:rPr>
              <w:t>operację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podczas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hospitalizacji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powyżej</w:t>
            </w:r>
            <w:proofErr w:type="spellEnd"/>
            <w:r w:rsidRPr="00915FC0">
              <w:rPr>
                <w:color w:val="auto"/>
                <w:sz w:val="14"/>
              </w:rPr>
              <w:t xml:space="preserve"> 14 </w:t>
            </w:r>
            <w:proofErr w:type="spellStart"/>
            <w:r w:rsidRPr="00915FC0">
              <w:rPr>
                <w:color w:val="auto"/>
                <w:sz w:val="14"/>
              </w:rPr>
              <w:t>dni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3AAA26DC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250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2CA18AB5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300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4C5311D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350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29E0B8B4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450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2D1AA96F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500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32BE9B7B" w14:textId="77777777">
        <w:trPr>
          <w:cantSplit/>
          <w:jc w:val="center"/>
        </w:trPr>
        <w:tc>
          <w:tcPr>
            <w:tcW w:w="8901" w:type="dxa"/>
            <w:vAlign w:val="center"/>
          </w:tcPr>
          <w:p w14:paraId="019A9FD4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lastRenderedPageBreak/>
              <w:t>Dodatkowe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świadczenie</w:t>
            </w:r>
            <w:proofErr w:type="spellEnd"/>
            <w:r w:rsidRPr="00915FC0">
              <w:rPr>
                <w:color w:val="auto"/>
                <w:sz w:val="14"/>
              </w:rPr>
              <w:t xml:space="preserve"> za </w:t>
            </w:r>
            <w:proofErr w:type="spellStart"/>
            <w:r w:rsidRPr="00915FC0">
              <w:rPr>
                <w:color w:val="auto"/>
                <w:sz w:val="14"/>
              </w:rPr>
              <w:t>operację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związaną</w:t>
            </w:r>
            <w:proofErr w:type="spellEnd"/>
            <w:r w:rsidRPr="00915FC0">
              <w:rPr>
                <w:color w:val="auto"/>
                <w:sz w:val="14"/>
              </w:rPr>
              <w:t xml:space="preserve"> z </w:t>
            </w:r>
            <w:proofErr w:type="spellStart"/>
            <w:r w:rsidRPr="00915FC0">
              <w:rPr>
                <w:color w:val="auto"/>
                <w:sz w:val="14"/>
              </w:rPr>
              <w:t>zawałem</w:t>
            </w:r>
            <w:proofErr w:type="spellEnd"/>
            <w:r w:rsidRPr="00915FC0">
              <w:rPr>
                <w:color w:val="auto"/>
                <w:sz w:val="14"/>
              </w:rPr>
              <w:t xml:space="preserve">, </w:t>
            </w:r>
            <w:proofErr w:type="spellStart"/>
            <w:r w:rsidRPr="00915FC0">
              <w:rPr>
                <w:color w:val="auto"/>
                <w:sz w:val="14"/>
              </w:rPr>
              <w:t>tętniakiem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mózgu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lub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nowotworem</w:t>
            </w:r>
            <w:proofErr w:type="spellEnd"/>
          </w:p>
        </w:tc>
        <w:tc>
          <w:tcPr>
            <w:tcW w:w="1191" w:type="dxa"/>
            <w:vAlign w:val="center"/>
          </w:tcPr>
          <w:p w14:paraId="23F226F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250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1BCD85E2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300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3695FE44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350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334839A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450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74D88DA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500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5F4C36AD" w14:textId="77777777">
        <w:trPr>
          <w:cantSplit/>
          <w:jc w:val="center"/>
        </w:trPr>
        <w:tc>
          <w:tcPr>
            <w:tcW w:w="8901" w:type="dxa"/>
            <w:shd w:val="clear" w:color="auto" w:fill="FAFCFD"/>
            <w:vAlign w:val="center"/>
          </w:tcPr>
          <w:p w14:paraId="555F7B80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Operacje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przeprowadzone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poza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Polską</w:t>
            </w:r>
            <w:proofErr w:type="spellEnd"/>
            <w:r w:rsidRPr="00915FC0">
              <w:rPr>
                <w:color w:val="auto"/>
                <w:sz w:val="14"/>
              </w:rPr>
              <w:t xml:space="preserve"> – </w:t>
            </w:r>
            <w:proofErr w:type="spellStart"/>
            <w:r w:rsidRPr="00915FC0">
              <w:rPr>
                <w:color w:val="auto"/>
                <w:sz w:val="14"/>
              </w:rPr>
              <w:t>objęcie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ochroną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4B11B1B8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TAK</w:t>
            </w:r>
          </w:p>
        </w:tc>
        <w:tc>
          <w:tcPr>
            <w:tcW w:w="1191" w:type="dxa"/>
            <w:shd w:val="clear" w:color="auto" w:fill="FAFCFD"/>
            <w:vAlign w:val="center"/>
          </w:tcPr>
          <w:p w14:paraId="00DBBFFB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TAK</w:t>
            </w:r>
          </w:p>
        </w:tc>
        <w:tc>
          <w:tcPr>
            <w:tcW w:w="1191" w:type="dxa"/>
            <w:shd w:val="clear" w:color="auto" w:fill="FAFCFD"/>
            <w:vAlign w:val="center"/>
          </w:tcPr>
          <w:p w14:paraId="0960B56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TAK</w:t>
            </w:r>
          </w:p>
        </w:tc>
        <w:tc>
          <w:tcPr>
            <w:tcW w:w="1191" w:type="dxa"/>
            <w:shd w:val="clear" w:color="auto" w:fill="FAFCFD"/>
            <w:vAlign w:val="center"/>
          </w:tcPr>
          <w:p w14:paraId="5E1B491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TAK</w:t>
            </w:r>
          </w:p>
        </w:tc>
        <w:tc>
          <w:tcPr>
            <w:tcW w:w="1191" w:type="dxa"/>
            <w:shd w:val="clear" w:color="auto" w:fill="FAFCFD"/>
            <w:vAlign w:val="center"/>
          </w:tcPr>
          <w:p w14:paraId="57CFF08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TAK</w:t>
            </w:r>
          </w:p>
        </w:tc>
      </w:tr>
      <w:tr w:rsidR="003158F7" w:rsidRPr="00915FC0" w14:paraId="13843AF8" w14:textId="77777777">
        <w:trPr>
          <w:cantSplit/>
          <w:jc w:val="center"/>
        </w:trPr>
        <w:tc>
          <w:tcPr>
            <w:tcW w:w="8901" w:type="dxa"/>
            <w:vAlign w:val="center"/>
          </w:tcPr>
          <w:p w14:paraId="09DA6271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Operacje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poza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katalogiem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przeprowadzone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poza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Polską</w:t>
            </w:r>
            <w:proofErr w:type="spellEnd"/>
            <w:r w:rsidRPr="00915FC0">
              <w:rPr>
                <w:color w:val="auto"/>
                <w:sz w:val="14"/>
              </w:rPr>
              <w:t xml:space="preserve"> – </w:t>
            </w:r>
            <w:proofErr w:type="spellStart"/>
            <w:r w:rsidRPr="00915FC0">
              <w:rPr>
                <w:color w:val="auto"/>
                <w:sz w:val="14"/>
              </w:rPr>
              <w:t>objęcie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ochroną</w:t>
            </w:r>
            <w:proofErr w:type="spellEnd"/>
          </w:p>
        </w:tc>
        <w:tc>
          <w:tcPr>
            <w:tcW w:w="1191" w:type="dxa"/>
            <w:vAlign w:val="center"/>
          </w:tcPr>
          <w:p w14:paraId="19FF497E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TAK</w:t>
            </w:r>
          </w:p>
        </w:tc>
        <w:tc>
          <w:tcPr>
            <w:tcW w:w="1191" w:type="dxa"/>
            <w:vAlign w:val="center"/>
          </w:tcPr>
          <w:p w14:paraId="71B3225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TAK</w:t>
            </w:r>
          </w:p>
        </w:tc>
        <w:tc>
          <w:tcPr>
            <w:tcW w:w="1191" w:type="dxa"/>
            <w:vAlign w:val="center"/>
          </w:tcPr>
          <w:p w14:paraId="00394CF5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TAK</w:t>
            </w:r>
          </w:p>
        </w:tc>
        <w:tc>
          <w:tcPr>
            <w:tcW w:w="1191" w:type="dxa"/>
            <w:vAlign w:val="center"/>
          </w:tcPr>
          <w:p w14:paraId="314A157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TAK</w:t>
            </w:r>
          </w:p>
        </w:tc>
        <w:tc>
          <w:tcPr>
            <w:tcW w:w="1191" w:type="dxa"/>
            <w:vAlign w:val="center"/>
          </w:tcPr>
          <w:p w14:paraId="0226547F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TAK</w:t>
            </w:r>
          </w:p>
        </w:tc>
      </w:tr>
      <w:tr w:rsidR="003158F7" w:rsidRPr="00915FC0" w14:paraId="1DB6D9ED" w14:textId="77777777">
        <w:trPr>
          <w:cantSplit/>
          <w:jc w:val="center"/>
        </w:trPr>
        <w:tc>
          <w:tcPr>
            <w:tcW w:w="1191" w:type="dxa"/>
            <w:gridSpan w:val="6"/>
            <w:shd w:val="clear" w:color="auto" w:fill="EDF5F7"/>
            <w:vAlign w:val="center"/>
          </w:tcPr>
          <w:p w14:paraId="52D703B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b/>
                <w:color w:val="auto"/>
                <w:sz w:val="14"/>
              </w:rPr>
              <w:t xml:space="preserve">F. </w:t>
            </w:r>
            <w:proofErr w:type="spellStart"/>
            <w:r w:rsidRPr="00915FC0">
              <w:rPr>
                <w:b/>
                <w:color w:val="auto"/>
                <w:sz w:val="14"/>
              </w:rPr>
              <w:t>Trwałe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b/>
                <w:color w:val="auto"/>
                <w:sz w:val="14"/>
              </w:rPr>
              <w:t>następstwa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b/>
                <w:color w:val="auto"/>
                <w:sz w:val="14"/>
              </w:rPr>
              <w:t>zdarzeń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b/>
                <w:color w:val="auto"/>
                <w:sz w:val="14"/>
              </w:rPr>
              <w:t>i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b/>
                <w:color w:val="auto"/>
                <w:sz w:val="14"/>
              </w:rPr>
              <w:t>kontynuacja</w:t>
            </w:r>
            <w:proofErr w:type="spellEnd"/>
          </w:p>
        </w:tc>
      </w:tr>
      <w:tr w:rsidR="003158F7" w:rsidRPr="00915FC0" w14:paraId="76867640" w14:textId="77777777">
        <w:trPr>
          <w:cantSplit/>
          <w:jc w:val="center"/>
        </w:trPr>
        <w:tc>
          <w:tcPr>
            <w:tcW w:w="8901" w:type="dxa"/>
            <w:vAlign w:val="center"/>
          </w:tcPr>
          <w:p w14:paraId="0AD32D65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Całkowita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niezdolność</w:t>
            </w:r>
            <w:proofErr w:type="spellEnd"/>
            <w:r w:rsidRPr="00915FC0">
              <w:rPr>
                <w:color w:val="auto"/>
                <w:sz w:val="14"/>
              </w:rPr>
              <w:t xml:space="preserve"> do </w:t>
            </w:r>
            <w:proofErr w:type="spellStart"/>
            <w:r w:rsidRPr="00915FC0">
              <w:rPr>
                <w:color w:val="auto"/>
                <w:sz w:val="14"/>
              </w:rPr>
              <w:t>pracy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i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samodzielnej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egzystencji</w:t>
            </w:r>
            <w:proofErr w:type="spellEnd"/>
          </w:p>
        </w:tc>
        <w:tc>
          <w:tcPr>
            <w:tcW w:w="1191" w:type="dxa"/>
            <w:vAlign w:val="center"/>
          </w:tcPr>
          <w:p w14:paraId="62813C6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12F81F68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25 000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53D98B48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30 000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5BC13354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50 000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1DDB061E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50 000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496178A4" w14:textId="77777777">
        <w:trPr>
          <w:cantSplit/>
          <w:jc w:val="center"/>
        </w:trPr>
        <w:tc>
          <w:tcPr>
            <w:tcW w:w="8901" w:type="dxa"/>
            <w:shd w:val="clear" w:color="auto" w:fill="FAFCFD"/>
            <w:vAlign w:val="center"/>
          </w:tcPr>
          <w:p w14:paraId="1F736EC9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1% </w:t>
            </w:r>
            <w:proofErr w:type="spellStart"/>
            <w:r w:rsidRPr="00915FC0">
              <w:rPr>
                <w:color w:val="auto"/>
                <w:sz w:val="14"/>
              </w:rPr>
              <w:t>uszczerbku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na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zdrowiu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wskutek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nieszczęśliwego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wypadku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2A6DE079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480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5449586C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540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1CD2189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700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43069EF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900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700D4D75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493770DE" w14:textId="77777777">
        <w:trPr>
          <w:cantSplit/>
          <w:jc w:val="center"/>
        </w:trPr>
        <w:tc>
          <w:tcPr>
            <w:tcW w:w="8901" w:type="dxa"/>
            <w:vAlign w:val="center"/>
          </w:tcPr>
          <w:p w14:paraId="3B5DFE3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Uszkodzenie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poza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tabelą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uszczerbków</w:t>
            </w:r>
            <w:proofErr w:type="spellEnd"/>
            <w:r w:rsidRPr="00915FC0">
              <w:rPr>
                <w:color w:val="auto"/>
                <w:sz w:val="14"/>
              </w:rPr>
              <w:t xml:space="preserve">, min. 2 </w:t>
            </w:r>
            <w:proofErr w:type="spellStart"/>
            <w:r w:rsidRPr="00915FC0">
              <w:rPr>
                <w:color w:val="auto"/>
                <w:sz w:val="14"/>
              </w:rPr>
              <w:t>konsultacje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stacjonarne</w:t>
            </w:r>
            <w:proofErr w:type="spellEnd"/>
            <w:r w:rsidRPr="00915FC0">
              <w:rPr>
                <w:color w:val="auto"/>
                <w:sz w:val="14"/>
              </w:rPr>
              <w:t xml:space="preserve"> (</w:t>
            </w:r>
            <w:proofErr w:type="spellStart"/>
            <w:r w:rsidRPr="00915FC0">
              <w:rPr>
                <w:color w:val="auto"/>
                <w:sz w:val="14"/>
              </w:rPr>
              <w:t>ekwiwalent</w:t>
            </w:r>
            <w:proofErr w:type="spellEnd"/>
            <w:r w:rsidRPr="00915FC0">
              <w:rPr>
                <w:color w:val="auto"/>
                <w:sz w:val="14"/>
              </w:rPr>
              <w:t xml:space="preserve"> 0,5%)</w:t>
            </w:r>
          </w:p>
        </w:tc>
        <w:tc>
          <w:tcPr>
            <w:tcW w:w="1191" w:type="dxa"/>
            <w:vAlign w:val="center"/>
          </w:tcPr>
          <w:p w14:paraId="1FEEB7F6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240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24141762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270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31D1DB3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350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5AD404A1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450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vAlign w:val="center"/>
          </w:tcPr>
          <w:p w14:paraId="12C2760C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500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22A133AC" w14:textId="77777777">
        <w:trPr>
          <w:cantSplit/>
          <w:jc w:val="center"/>
        </w:trPr>
        <w:tc>
          <w:tcPr>
            <w:tcW w:w="8901" w:type="dxa"/>
            <w:shd w:val="clear" w:color="auto" w:fill="FAFCFD"/>
            <w:vAlign w:val="center"/>
          </w:tcPr>
          <w:p w14:paraId="6EF1CB90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1% </w:t>
            </w:r>
            <w:proofErr w:type="spellStart"/>
            <w:r w:rsidRPr="00915FC0">
              <w:rPr>
                <w:color w:val="auto"/>
                <w:sz w:val="14"/>
              </w:rPr>
              <w:t>uszczerbku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wskutek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zawału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serca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lub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udaru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mózgu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4D1B4820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400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2AAAD45C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540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76A19400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700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2FB7C840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900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191" w:type="dxa"/>
            <w:shd w:val="clear" w:color="auto" w:fill="FAFCFD"/>
            <w:vAlign w:val="center"/>
          </w:tcPr>
          <w:p w14:paraId="388A09A8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6C9A59BD" w14:textId="77777777">
        <w:trPr>
          <w:cantSplit/>
          <w:jc w:val="center"/>
        </w:trPr>
        <w:tc>
          <w:tcPr>
            <w:tcW w:w="8901" w:type="dxa"/>
            <w:vAlign w:val="center"/>
          </w:tcPr>
          <w:p w14:paraId="1D480575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Prawo</w:t>
            </w:r>
            <w:proofErr w:type="spellEnd"/>
            <w:r w:rsidRPr="00915FC0">
              <w:rPr>
                <w:color w:val="auto"/>
                <w:sz w:val="14"/>
              </w:rPr>
              <w:t xml:space="preserve"> do </w:t>
            </w:r>
            <w:proofErr w:type="spellStart"/>
            <w:r w:rsidRPr="00915FC0">
              <w:rPr>
                <w:color w:val="auto"/>
                <w:sz w:val="14"/>
              </w:rPr>
              <w:t>indywidualnej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kontynuacji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ubezpieczenia</w:t>
            </w:r>
            <w:proofErr w:type="spellEnd"/>
          </w:p>
        </w:tc>
        <w:tc>
          <w:tcPr>
            <w:tcW w:w="1191" w:type="dxa"/>
            <w:vAlign w:val="center"/>
          </w:tcPr>
          <w:p w14:paraId="6F06274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TAK</w:t>
            </w:r>
          </w:p>
        </w:tc>
        <w:tc>
          <w:tcPr>
            <w:tcW w:w="1191" w:type="dxa"/>
            <w:vAlign w:val="center"/>
          </w:tcPr>
          <w:p w14:paraId="5A1DBD76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TAK</w:t>
            </w:r>
          </w:p>
        </w:tc>
        <w:tc>
          <w:tcPr>
            <w:tcW w:w="1191" w:type="dxa"/>
            <w:vAlign w:val="center"/>
          </w:tcPr>
          <w:p w14:paraId="41FA3CA5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TAK</w:t>
            </w:r>
          </w:p>
        </w:tc>
        <w:tc>
          <w:tcPr>
            <w:tcW w:w="1191" w:type="dxa"/>
            <w:vAlign w:val="center"/>
          </w:tcPr>
          <w:p w14:paraId="37F56B8C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TAK</w:t>
            </w:r>
          </w:p>
        </w:tc>
        <w:tc>
          <w:tcPr>
            <w:tcW w:w="1191" w:type="dxa"/>
            <w:vAlign w:val="center"/>
          </w:tcPr>
          <w:p w14:paraId="5D2B9906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TAK</w:t>
            </w:r>
          </w:p>
        </w:tc>
      </w:tr>
    </w:tbl>
    <w:p w14:paraId="78718A56" w14:textId="77777777" w:rsidR="003158F7" w:rsidRPr="00915FC0" w:rsidRDefault="003158F7" w:rsidP="00CC5695">
      <w:pPr>
        <w:spacing w:after="0"/>
        <w:jc w:val="both"/>
        <w:rPr>
          <w:rFonts w:hint="eastAsia"/>
          <w:color w:val="auto"/>
        </w:rPr>
      </w:pPr>
    </w:p>
    <w:p w14:paraId="36D50DFD" w14:textId="77777777" w:rsidR="003158F7" w:rsidRPr="00915FC0" w:rsidRDefault="009D5D3E" w:rsidP="00CC5695">
      <w:pPr>
        <w:jc w:val="both"/>
        <w:rPr>
          <w:rFonts w:hint="eastAsia"/>
          <w:color w:val="auto"/>
        </w:rPr>
      </w:pPr>
      <w:proofErr w:type="spellStart"/>
      <w:r w:rsidRPr="00915FC0">
        <w:rPr>
          <w:color w:val="auto"/>
        </w:rPr>
        <w:t>Definicje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interpretacja</w:t>
      </w:r>
      <w:proofErr w:type="spellEnd"/>
      <w:r w:rsidRPr="00915FC0">
        <w:rPr>
          <w:color w:val="auto"/>
        </w:rPr>
        <w:t xml:space="preserve">: </w:t>
      </w:r>
      <w:proofErr w:type="spellStart"/>
      <w:r w:rsidRPr="00915FC0">
        <w:rPr>
          <w:color w:val="auto"/>
        </w:rPr>
        <w:t>hospitalizacja</w:t>
      </w:r>
      <w:proofErr w:type="spellEnd"/>
      <w:r w:rsidRPr="00915FC0">
        <w:rPr>
          <w:color w:val="auto"/>
        </w:rPr>
        <w:t xml:space="preserve"> z </w:t>
      </w:r>
      <w:proofErr w:type="spellStart"/>
      <w:r w:rsidRPr="00915FC0">
        <w:rPr>
          <w:color w:val="auto"/>
        </w:rPr>
        <w:t>powodu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choroby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lub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wypadku</w:t>
      </w:r>
      <w:proofErr w:type="spellEnd"/>
      <w:r w:rsidRPr="00915FC0">
        <w:rPr>
          <w:color w:val="auto"/>
        </w:rPr>
        <w:t xml:space="preserve"> – </w:t>
      </w:r>
      <w:proofErr w:type="spellStart"/>
      <w:r w:rsidRPr="00915FC0">
        <w:rPr>
          <w:color w:val="auto"/>
        </w:rPr>
        <w:t>pobyt</w:t>
      </w:r>
      <w:proofErr w:type="spellEnd"/>
      <w:r w:rsidRPr="00915FC0">
        <w:rPr>
          <w:color w:val="auto"/>
        </w:rPr>
        <w:t xml:space="preserve"> co </w:t>
      </w:r>
      <w:proofErr w:type="spellStart"/>
      <w:r w:rsidRPr="00915FC0">
        <w:rPr>
          <w:color w:val="auto"/>
        </w:rPr>
        <w:t>najmniej</w:t>
      </w:r>
      <w:proofErr w:type="spellEnd"/>
      <w:r w:rsidRPr="00915FC0">
        <w:rPr>
          <w:color w:val="auto"/>
        </w:rPr>
        <w:t xml:space="preserve"> 1-dniowy</w:t>
      </w:r>
      <w:r w:rsidR="009252DF">
        <w:rPr>
          <w:color w:val="auto"/>
        </w:rPr>
        <w:t xml:space="preserve"> </w:t>
      </w:r>
      <w:proofErr w:type="spellStart"/>
      <w:r w:rsidR="009252DF">
        <w:rPr>
          <w:color w:val="auto"/>
        </w:rPr>
        <w:t>zgodnie</w:t>
      </w:r>
      <w:proofErr w:type="spellEnd"/>
      <w:r w:rsidR="009252DF">
        <w:rPr>
          <w:color w:val="auto"/>
        </w:rPr>
        <w:t xml:space="preserve"> z </w:t>
      </w:r>
      <w:proofErr w:type="spellStart"/>
      <w:r w:rsidR="009252DF">
        <w:rPr>
          <w:color w:val="auto"/>
        </w:rPr>
        <w:t>definicjami</w:t>
      </w:r>
      <w:proofErr w:type="spellEnd"/>
      <w:r w:rsidR="009252DF">
        <w:rPr>
          <w:color w:val="auto"/>
        </w:rPr>
        <w:t xml:space="preserve"> w pkt. 4</w:t>
      </w:r>
      <w:r w:rsidR="00DE7234">
        <w:rPr>
          <w:color w:val="auto"/>
        </w:rPr>
        <w:t>.8 SWZ</w:t>
      </w:r>
      <w:r w:rsidRPr="00915FC0">
        <w:rPr>
          <w:color w:val="auto"/>
        </w:rPr>
        <w:t xml:space="preserve">. W </w:t>
      </w:r>
      <w:proofErr w:type="spellStart"/>
      <w:r w:rsidRPr="00915FC0">
        <w:rPr>
          <w:color w:val="auto"/>
        </w:rPr>
        <w:t>odniesieniu</w:t>
      </w:r>
      <w:proofErr w:type="spellEnd"/>
      <w:r w:rsidRPr="00915FC0">
        <w:rPr>
          <w:color w:val="auto"/>
        </w:rPr>
        <w:t xml:space="preserve"> do </w:t>
      </w:r>
      <w:proofErr w:type="spellStart"/>
      <w:r w:rsidRPr="00915FC0">
        <w:rPr>
          <w:color w:val="auto"/>
        </w:rPr>
        <w:t>zdarzeń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wypadkowych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komunikacyjnych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oraz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pracowniczych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świadczenia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wskazane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jako</w:t>
      </w:r>
      <w:proofErr w:type="spellEnd"/>
      <w:r w:rsidRPr="00915FC0">
        <w:rPr>
          <w:color w:val="auto"/>
        </w:rPr>
        <w:t xml:space="preserve"> „</w:t>
      </w:r>
      <w:proofErr w:type="spellStart"/>
      <w:r w:rsidRPr="00915FC0">
        <w:rPr>
          <w:color w:val="auto"/>
        </w:rPr>
        <w:t>wypłata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łączna</w:t>
      </w:r>
      <w:proofErr w:type="spellEnd"/>
      <w:r w:rsidRPr="00915FC0">
        <w:rPr>
          <w:color w:val="auto"/>
        </w:rPr>
        <w:t xml:space="preserve">” </w:t>
      </w:r>
      <w:proofErr w:type="spellStart"/>
      <w:r w:rsidRPr="00915FC0">
        <w:rPr>
          <w:color w:val="auto"/>
        </w:rPr>
        <w:t>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mogą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zostać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ponownie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doliczone</w:t>
      </w:r>
      <w:proofErr w:type="spellEnd"/>
      <w:r w:rsidRPr="00915FC0">
        <w:rPr>
          <w:color w:val="auto"/>
        </w:rPr>
        <w:t xml:space="preserve"> do </w:t>
      </w:r>
      <w:proofErr w:type="spellStart"/>
      <w:r w:rsidRPr="00915FC0">
        <w:rPr>
          <w:color w:val="auto"/>
        </w:rPr>
        <w:t>siebie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chyba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że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warunki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ubezpieczenia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przewidują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korzystniejszą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kumulację</w:t>
      </w:r>
      <w:proofErr w:type="spellEnd"/>
      <w:r w:rsidRPr="00915FC0">
        <w:rPr>
          <w:color w:val="auto"/>
        </w:rPr>
        <w:t xml:space="preserve">. </w:t>
      </w:r>
      <w:proofErr w:type="spellStart"/>
      <w:r w:rsidRPr="00915FC0">
        <w:rPr>
          <w:color w:val="auto"/>
        </w:rPr>
        <w:t>Zakres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wypadku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przy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pracy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obejmuje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także</w:t>
      </w:r>
      <w:proofErr w:type="spellEnd"/>
      <w:r w:rsidRPr="00915FC0">
        <w:rPr>
          <w:color w:val="auto"/>
        </w:rPr>
        <w:t xml:space="preserve"> – </w:t>
      </w:r>
      <w:proofErr w:type="spellStart"/>
      <w:r w:rsidRPr="00915FC0">
        <w:rPr>
          <w:color w:val="auto"/>
        </w:rPr>
        <w:t>zgodnie</w:t>
      </w:r>
      <w:proofErr w:type="spellEnd"/>
      <w:r w:rsidRPr="00915FC0">
        <w:rPr>
          <w:color w:val="auto"/>
        </w:rPr>
        <w:t xml:space="preserve"> z </w:t>
      </w:r>
      <w:proofErr w:type="spellStart"/>
      <w:r w:rsidRPr="00915FC0">
        <w:rPr>
          <w:color w:val="auto"/>
        </w:rPr>
        <w:t>przyjętą</w:t>
      </w:r>
      <w:proofErr w:type="spellEnd"/>
      <w:r w:rsidRPr="00915FC0">
        <w:rPr>
          <w:color w:val="auto"/>
        </w:rPr>
        <w:t xml:space="preserve"> do </w:t>
      </w:r>
      <w:proofErr w:type="spellStart"/>
      <w:r w:rsidRPr="00915FC0">
        <w:rPr>
          <w:color w:val="auto"/>
        </w:rPr>
        <w:t>rozeznania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konstrukcją</w:t>
      </w:r>
      <w:proofErr w:type="spellEnd"/>
      <w:r w:rsidRPr="00915FC0">
        <w:rPr>
          <w:color w:val="auto"/>
        </w:rPr>
        <w:t xml:space="preserve"> – </w:t>
      </w:r>
      <w:proofErr w:type="spellStart"/>
      <w:r w:rsidRPr="00915FC0">
        <w:rPr>
          <w:color w:val="auto"/>
        </w:rPr>
        <w:t>wypadek</w:t>
      </w:r>
      <w:proofErr w:type="spellEnd"/>
      <w:r w:rsidRPr="00915FC0">
        <w:rPr>
          <w:color w:val="auto"/>
        </w:rPr>
        <w:t xml:space="preserve"> w </w:t>
      </w:r>
      <w:proofErr w:type="spellStart"/>
      <w:r w:rsidRPr="00915FC0">
        <w:rPr>
          <w:color w:val="auto"/>
        </w:rPr>
        <w:t>drodze</w:t>
      </w:r>
      <w:proofErr w:type="spellEnd"/>
      <w:r w:rsidRPr="00915FC0">
        <w:rPr>
          <w:color w:val="auto"/>
        </w:rPr>
        <w:t xml:space="preserve"> do </w:t>
      </w:r>
      <w:proofErr w:type="spellStart"/>
      <w:r w:rsidRPr="00915FC0">
        <w:rPr>
          <w:color w:val="auto"/>
        </w:rPr>
        <w:t>pracy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lub</w:t>
      </w:r>
      <w:proofErr w:type="spellEnd"/>
      <w:r w:rsidRPr="00915FC0">
        <w:rPr>
          <w:color w:val="auto"/>
        </w:rPr>
        <w:t xml:space="preserve"> z </w:t>
      </w:r>
      <w:proofErr w:type="spellStart"/>
      <w:r w:rsidRPr="00915FC0">
        <w:rPr>
          <w:color w:val="auto"/>
        </w:rPr>
        <w:t>pracy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oraz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podczas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podróży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służbowej</w:t>
      </w:r>
      <w:proofErr w:type="spellEnd"/>
      <w:r w:rsidRPr="00915FC0">
        <w:rPr>
          <w:color w:val="auto"/>
        </w:rPr>
        <w:t xml:space="preserve">. </w:t>
      </w:r>
      <w:proofErr w:type="spellStart"/>
      <w:r w:rsidRPr="00915FC0">
        <w:rPr>
          <w:color w:val="auto"/>
        </w:rPr>
        <w:t>Katalog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chorób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zabiegów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należy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porównać</w:t>
      </w:r>
      <w:proofErr w:type="spellEnd"/>
      <w:r w:rsidRPr="00915FC0">
        <w:rPr>
          <w:color w:val="auto"/>
        </w:rPr>
        <w:t xml:space="preserve"> z </w:t>
      </w:r>
      <w:proofErr w:type="spellStart"/>
      <w:r w:rsidRPr="00915FC0">
        <w:rPr>
          <w:color w:val="auto"/>
        </w:rPr>
        <w:t>Załącznikiem</w:t>
      </w:r>
      <w:proofErr w:type="spellEnd"/>
      <w:r w:rsidRPr="00915FC0">
        <w:rPr>
          <w:color w:val="auto"/>
        </w:rPr>
        <w:t xml:space="preserve"> nr 5.</w:t>
      </w:r>
      <w:r w:rsidR="00993A76">
        <w:rPr>
          <w:color w:val="auto"/>
        </w:rPr>
        <w:t xml:space="preserve"> </w:t>
      </w:r>
      <w:proofErr w:type="spellStart"/>
      <w:r w:rsidR="00174B8E" w:rsidRPr="00174B8E">
        <w:rPr>
          <w:color w:val="auto"/>
        </w:rPr>
        <w:t>Klasyfikacj</w:t>
      </w:r>
      <w:r w:rsidR="00174B8E" w:rsidRPr="00174B8E">
        <w:rPr>
          <w:rFonts w:hint="cs"/>
          <w:color w:val="auto"/>
        </w:rPr>
        <w:t>ę</w:t>
      </w:r>
      <w:proofErr w:type="spellEnd"/>
      <w:r w:rsidR="00174B8E" w:rsidRPr="00174B8E">
        <w:rPr>
          <w:color w:val="auto"/>
        </w:rPr>
        <w:t xml:space="preserve"> </w:t>
      </w:r>
      <w:proofErr w:type="spellStart"/>
      <w:r w:rsidR="00174B8E" w:rsidRPr="00174B8E">
        <w:rPr>
          <w:color w:val="auto"/>
        </w:rPr>
        <w:t>operacji</w:t>
      </w:r>
      <w:proofErr w:type="spellEnd"/>
      <w:r w:rsidR="00174B8E" w:rsidRPr="00174B8E">
        <w:rPr>
          <w:color w:val="auto"/>
        </w:rPr>
        <w:t xml:space="preserve"> </w:t>
      </w:r>
      <w:proofErr w:type="spellStart"/>
      <w:r w:rsidR="00174B8E" w:rsidRPr="00174B8E">
        <w:rPr>
          <w:color w:val="auto"/>
        </w:rPr>
        <w:t>chirurgicznych</w:t>
      </w:r>
      <w:proofErr w:type="spellEnd"/>
      <w:r w:rsidR="00174B8E" w:rsidRPr="00174B8E">
        <w:rPr>
          <w:color w:val="auto"/>
        </w:rPr>
        <w:t xml:space="preserve"> </w:t>
      </w:r>
      <w:proofErr w:type="spellStart"/>
      <w:r w:rsidR="00174B8E" w:rsidRPr="00174B8E">
        <w:rPr>
          <w:color w:val="auto"/>
        </w:rPr>
        <w:t>zawiera</w:t>
      </w:r>
      <w:proofErr w:type="spellEnd"/>
      <w:r w:rsidR="00174B8E" w:rsidRPr="00174B8E">
        <w:rPr>
          <w:color w:val="auto"/>
        </w:rPr>
        <w:t xml:space="preserve"> </w:t>
      </w:r>
      <w:proofErr w:type="spellStart"/>
      <w:r w:rsidR="00174B8E" w:rsidRPr="00174B8E">
        <w:rPr>
          <w:color w:val="auto"/>
        </w:rPr>
        <w:t>Za</w:t>
      </w:r>
      <w:r w:rsidR="00174B8E" w:rsidRPr="00174B8E">
        <w:rPr>
          <w:rFonts w:hint="cs"/>
          <w:color w:val="auto"/>
        </w:rPr>
        <w:t>łą</w:t>
      </w:r>
      <w:r w:rsidR="00174B8E" w:rsidRPr="00174B8E">
        <w:rPr>
          <w:color w:val="auto"/>
        </w:rPr>
        <w:t>cznik</w:t>
      </w:r>
      <w:proofErr w:type="spellEnd"/>
      <w:r w:rsidR="00174B8E" w:rsidRPr="00174B8E">
        <w:rPr>
          <w:color w:val="auto"/>
        </w:rPr>
        <w:t xml:space="preserve"> nr 6</w:t>
      </w:r>
      <w:r w:rsidR="00993A76">
        <w:rPr>
          <w:color w:val="auto"/>
        </w:rPr>
        <w:t>.</w:t>
      </w:r>
      <w:r w:rsidR="009252DF">
        <w:rPr>
          <w:color w:val="auto"/>
        </w:rPr>
        <w:t xml:space="preserve"> </w:t>
      </w:r>
      <w:r w:rsidR="009252DF" w:rsidRPr="009252DF">
        <w:rPr>
          <w:color w:val="auto"/>
        </w:rPr>
        <w:t xml:space="preserve">Od 15. dnia </w:t>
      </w:r>
      <w:proofErr w:type="spellStart"/>
      <w:r w:rsidR="009252DF" w:rsidRPr="009252DF">
        <w:rPr>
          <w:color w:val="auto"/>
        </w:rPr>
        <w:t>pobytu</w:t>
      </w:r>
      <w:proofErr w:type="spellEnd"/>
      <w:r w:rsidR="009252DF" w:rsidRPr="009252DF">
        <w:rPr>
          <w:color w:val="auto"/>
        </w:rPr>
        <w:t xml:space="preserve"> </w:t>
      </w:r>
      <w:proofErr w:type="spellStart"/>
      <w:r w:rsidR="009252DF" w:rsidRPr="009252DF">
        <w:rPr>
          <w:color w:val="auto"/>
        </w:rPr>
        <w:t>wskutek</w:t>
      </w:r>
      <w:proofErr w:type="spellEnd"/>
      <w:r w:rsidR="009252DF" w:rsidRPr="009252DF">
        <w:rPr>
          <w:color w:val="auto"/>
        </w:rPr>
        <w:t xml:space="preserve"> </w:t>
      </w:r>
      <w:proofErr w:type="spellStart"/>
      <w:r w:rsidR="009252DF" w:rsidRPr="009252DF">
        <w:rPr>
          <w:color w:val="auto"/>
        </w:rPr>
        <w:t>wypadku</w:t>
      </w:r>
      <w:proofErr w:type="spellEnd"/>
      <w:r w:rsidR="009252DF" w:rsidRPr="009252DF">
        <w:rPr>
          <w:color w:val="auto"/>
        </w:rPr>
        <w:t xml:space="preserve"> </w:t>
      </w:r>
      <w:proofErr w:type="spellStart"/>
      <w:r w:rsidR="009252DF" w:rsidRPr="009252DF">
        <w:rPr>
          <w:color w:val="auto"/>
        </w:rPr>
        <w:t>komunikacyjnego</w:t>
      </w:r>
      <w:proofErr w:type="spellEnd"/>
      <w:r w:rsidR="009252DF" w:rsidRPr="009252DF">
        <w:rPr>
          <w:color w:val="auto"/>
        </w:rPr>
        <w:t xml:space="preserve"> </w:t>
      </w:r>
      <w:proofErr w:type="spellStart"/>
      <w:r w:rsidR="009252DF" w:rsidRPr="009252DF">
        <w:rPr>
          <w:color w:val="auto"/>
        </w:rPr>
        <w:t>lub</w:t>
      </w:r>
      <w:proofErr w:type="spellEnd"/>
      <w:r w:rsidR="009252DF" w:rsidRPr="009252DF">
        <w:rPr>
          <w:color w:val="auto"/>
        </w:rPr>
        <w:t xml:space="preserve"> </w:t>
      </w:r>
      <w:proofErr w:type="spellStart"/>
      <w:r w:rsidR="009252DF" w:rsidRPr="009252DF">
        <w:rPr>
          <w:color w:val="auto"/>
        </w:rPr>
        <w:t>wypadku</w:t>
      </w:r>
      <w:proofErr w:type="spellEnd"/>
      <w:r w:rsidR="009252DF" w:rsidRPr="009252DF">
        <w:rPr>
          <w:color w:val="auto"/>
        </w:rPr>
        <w:t xml:space="preserve"> </w:t>
      </w:r>
      <w:proofErr w:type="spellStart"/>
      <w:r w:rsidR="009252DF" w:rsidRPr="009252DF">
        <w:rPr>
          <w:color w:val="auto"/>
        </w:rPr>
        <w:t>przy</w:t>
      </w:r>
      <w:proofErr w:type="spellEnd"/>
      <w:r w:rsidR="009252DF" w:rsidRPr="009252DF">
        <w:rPr>
          <w:color w:val="auto"/>
        </w:rPr>
        <w:t xml:space="preserve"> </w:t>
      </w:r>
      <w:proofErr w:type="spellStart"/>
      <w:r w:rsidR="009252DF" w:rsidRPr="009252DF">
        <w:rPr>
          <w:color w:val="auto"/>
        </w:rPr>
        <w:t>pracy</w:t>
      </w:r>
      <w:proofErr w:type="spellEnd"/>
      <w:r w:rsidR="009252DF" w:rsidRPr="009252DF">
        <w:rPr>
          <w:color w:val="auto"/>
        </w:rPr>
        <w:t xml:space="preserve"> </w:t>
      </w:r>
      <w:proofErr w:type="spellStart"/>
      <w:r w:rsidR="009252DF" w:rsidRPr="009252DF">
        <w:rPr>
          <w:color w:val="auto"/>
        </w:rPr>
        <w:t>przys</w:t>
      </w:r>
      <w:r w:rsidR="009252DF" w:rsidRPr="009252DF">
        <w:rPr>
          <w:rFonts w:hint="cs"/>
          <w:color w:val="auto"/>
        </w:rPr>
        <w:t>ł</w:t>
      </w:r>
      <w:r w:rsidR="009252DF" w:rsidRPr="009252DF">
        <w:rPr>
          <w:color w:val="auto"/>
        </w:rPr>
        <w:t>uguje</w:t>
      </w:r>
      <w:proofErr w:type="spellEnd"/>
      <w:r w:rsidR="009252DF" w:rsidRPr="009252DF">
        <w:rPr>
          <w:color w:val="auto"/>
        </w:rPr>
        <w:t xml:space="preserve"> </w:t>
      </w:r>
      <w:proofErr w:type="spellStart"/>
      <w:r w:rsidR="009252DF" w:rsidRPr="009252DF">
        <w:rPr>
          <w:color w:val="auto"/>
        </w:rPr>
        <w:t>stawka</w:t>
      </w:r>
      <w:proofErr w:type="spellEnd"/>
      <w:r w:rsidR="009252DF" w:rsidRPr="009252DF">
        <w:rPr>
          <w:color w:val="auto"/>
        </w:rPr>
        <w:t xml:space="preserve"> za </w:t>
      </w:r>
      <w:proofErr w:type="spellStart"/>
      <w:r w:rsidR="009252DF" w:rsidRPr="009252DF">
        <w:rPr>
          <w:color w:val="auto"/>
        </w:rPr>
        <w:t>hospitalizacj</w:t>
      </w:r>
      <w:r w:rsidR="009252DF" w:rsidRPr="009252DF">
        <w:rPr>
          <w:rFonts w:hint="cs"/>
          <w:color w:val="auto"/>
        </w:rPr>
        <w:t>ę</w:t>
      </w:r>
      <w:proofErr w:type="spellEnd"/>
      <w:r w:rsidR="009252DF" w:rsidRPr="009252DF">
        <w:rPr>
          <w:color w:val="auto"/>
        </w:rPr>
        <w:t xml:space="preserve"> </w:t>
      </w:r>
      <w:proofErr w:type="spellStart"/>
      <w:r w:rsidR="009252DF" w:rsidRPr="009252DF">
        <w:rPr>
          <w:color w:val="auto"/>
        </w:rPr>
        <w:t>wskutek</w:t>
      </w:r>
      <w:proofErr w:type="spellEnd"/>
      <w:r w:rsidR="009252DF" w:rsidRPr="009252DF">
        <w:rPr>
          <w:color w:val="auto"/>
        </w:rPr>
        <w:t xml:space="preserve"> </w:t>
      </w:r>
      <w:proofErr w:type="spellStart"/>
      <w:r w:rsidR="009252DF" w:rsidRPr="009252DF">
        <w:rPr>
          <w:color w:val="auto"/>
        </w:rPr>
        <w:t>nieszcz</w:t>
      </w:r>
      <w:r w:rsidR="009252DF" w:rsidRPr="009252DF">
        <w:rPr>
          <w:rFonts w:hint="cs"/>
          <w:color w:val="auto"/>
        </w:rPr>
        <w:t>ęś</w:t>
      </w:r>
      <w:r w:rsidR="009252DF" w:rsidRPr="009252DF">
        <w:rPr>
          <w:color w:val="auto"/>
        </w:rPr>
        <w:t>liwego</w:t>
      </w:r>
      <w:proofErr w:type="spellEnd"/>
      <w:r w:rsidR="009252DF" w:rsidRPr="009252DF">
        <w:rPr>
          <w:color w:val="auto"/>
        </w:rPr>
        <w:t xml:space="preserve"> </w:t>
      </w:r>
      <w:proofErr w:type="spellStart"/>
      <w:r w:rsidR="009252DF" w:rsidRPr="009252DF">
        <w:rPr>
          <w:color w:val="auto"/>
        </w:rPr>
        <w:t>wypadku</w:t>
      </w:r>
      <w:proofErr w:type="spellEnd"/>
      <w:r w:rsidR="009252DF" w:rsidRPr="009252DF">
        <w:rPr>
          <w:color w:val="auto"/>
        </w:rPr>
        <w:t xml:space="preserve"> od dnia 15, a od 15. dnia </w:t>
      </w:r>
      <w:proofErr w:type="spellStart"/>
      <w:r w:rsidR="009252DF" w:rsidRPr="009252DF">
        <w:rPr>
          <w:color w:val="auto"/>
        </w:rPr>
        <w:t>pobytu</w:t>
      </w:r>
      <w:proofErr w:type="spellEnd"/>
      <w:r w:rsidR="009252DF" w:rsidRPr="009252DF">
        <w:rPr>
          <w:color w:val="auto"/>
        </w:rPr>
        <w:t xml:space="preserve"> </w:t>
      </w:r>
      <w:proofErr w:type="spellStart"/>
      <w:r w:rsidR="009252DF" w:rsidRPr="009252DF">
        <w:rPr>
          <w:color w:val="auto"/>
        </w:rPr>
        <w:t>wskutek</w:t>
      </w:r>
      <w:proofErr w:type="spellEnd"/>
      <w:r w:rsidR="009252DF" w:rsidRPr="009252DF">
        <w:rPr>
          <w:color w:val="auto"/>
        </w:rPr>
        <w:t xml:space="preserve"> </w:t>
      </w:r>
      <w:proofErr w:type="spellStart"/>
      <w:r w:rsidR="009252DF" w:rsidRPr="009252DF">
        <w:rPr>
          <w:color w:val="auto"/>
        </w:rPr>
        <w:t>zawa</w:t>
      </w:r>
      <w:r w:rsidR="009252DF" w:rsidRPr="009252DF">
        <w:rPr>
          <w:rFonts w:hint="cs"/>
          <w:color w:val="auto"/>
        </w:rPr>
        <w:t>ł</w:t>
      </w:r>
      <w:r w:rsidR="009252DF" w:rsidRPr="009252DF">
        <w:rPr>
          <w:color w:val="auto"/>
        </w:rPr>
        <w:t>u</w:t>
      </w:r>
      <w:proofErr w:type="spellEnd"/>
      <w:r w:rsidR="009252DF" w:rsidRPr="009252DF">
        <w:rPr>
          <w:color w:val="auto"/>
        </w:rPr>
        <w:t xml:space="preserve"> </w:t>
      </w:r>
      <w:proofErr w:type="spellStart"/>
      <w:r w:rsidR="009252DF" w:rsidRPr="009252DF">
        <w:rPr>
          <w:color w:val="auto"/>
        </w:rPr>
        <w:t>serca</w:t>
      </w:r>
      <w:proofErr w:type="spellEnd"/>
      <w:r w:rsidR="009252DF" w:rsidRPr="009252DF">
        <w:rPr>
          <w:color w:val="auto"/>
        </w:rPr>
        <w:t xml:space="preserve"> </w:t>
      </w:r>
      <w:proofErr w:type="spellStart"/>
      <w:r w:rsidR="009252DF" w:rsidRPr="009252DF">
        <w:rPr>
          <w:color w:val="auto"/>
        </w:rPr>
        <w:t>lub</w:t>
      </w:r>
      <w:proofErr w:type="spellEnd"/>
      <w:r w:rsidR="009252DF" w:rsidRPr="009252DF">
        <w:rPr>
          <w:color w:val="auto"/>
        </w:rPr>
        <w:t xml:space="preserve"> </w:t>
      </w:r>
      <w:proofErr w:type="spellStart"/>
      <w:r w:rsidR="009252DF" w:rsidRPr="009252DF">
        <w:rPr>
          <w:color w:val="auto"/>
        </w:rPr>
        <w:t>udaru</w:t>
      </w:r>
      <w:proofErr w:type="spellEnd"/>
      <w:r w:rsidR="009252DF" w:rsidRPr="009252DF">
        <w:rPr>
          <w:color w:val="auto"/>
        </w:rPr>
        <w:t xml:space="preserve"> </w:t>
      </w:r>
      <w:proofErr w:type="spellStart"/>
      <w:r w:rsidR="009252DF" w:rsidRPr="009252DF">
        <w:rPr>
          <w:color w:val="auto"/>
        </w:rPr>
        <w:t>m</w:t>
      </w:r>
      <w:r w:rsidR="009252DF" w:rsidRPr="009252DF">
        <w:rPr>
          <w:rFonts w:hint="cs"/>
          <w:color w:val="auto"/>
        </w:rPr>
        <w:t>ó</w:t>
      </w:r>
      <w:r w:rsidR="009252DF" w:rsidRPr="009252DF">
        <w:rPr>
          <w:color w:val="auto"/>
        </w:rPr>
        <w:t>zgu</w:t>
      </w:r>
      <w:proofErr w:type="spellEnd"/>
      <w:r w:rsidR="009252DF" w:rsidRPr="009252DF">
        <w:rPr>
          <w:color w:val="auto"/>
        </w:rPr>
        <w:t xml:space="preserve"> </w:t>
      </w:r>
      <w:r w:rsidR="009252DF" w:rsidRPr="009252DF">
        <w:rPr>
          <w:rFonts w:hint="cs"/>
          <w:color w:val="auto"/>
        </w:rPr>
        <w:t>–</w:t>
      </w:r>
      <w:r w:rsidR="009252DF" w:rsidRPr="009252DF">
        <w:rPr>
          <w:color w:val="auto"/>
        </w:rPr>
        <w:t xml:space="preserve"> </w:t>
      </w:r>
      <w:proofErr w:type="spellStart"/>
      <w:r w:rsidR="009252DF" w:rsidRPr="009252DF">
        <w:rPr>
          <w:color w:val="auto"/>
        </w:rPr>
        <w:t>stawka</w:t>
      </w:r>
      <w:proofErr w:type="spellEnd"/>
      <w:r w:rsidR="009252DF" w:rsidRPr="009252DF">
        <w:rPr>
          <w:color w:val="auto"/>
        </w:rPr>
        <w:t xml:space="preserve"> za </w:t>
      </w:r>
      <w:proofErr w:type="spellStart"/>
      <w:r w:rsidR="009252DF" w:rsidRPr="009252DF">
        <w:rPr>
          <w:color w:val="auto"/>
        </w:rPr>
        <w:t>hospitalizacj</w:t>
      </w:r>
      <w:r w:rsidR="009252DF" w:rsidRPr="009252DF">
        <w:rPr>
          <w:rFonts w:hint="cs"/>
          <w:color w:val="auto"/>
        </w:rPr>
        <w:t>ę</w:t>
      </w:r>
      <w:proofErr w:type="spellEnd"/>
      <w:r w:rsidR="009252DF" w:rsidRPr="009252DF">
        <w:rPr>
          <w:color w:val="auto"/>
        </w:rPr>
        <w:t xml:space="preserve"> </w:t>
      </w:r>
      <w:proofErr w:type="spellStart"/>
      <w:r w:rsidR="009252DF" w:rsidRPr="009252DF">
        <w:rPr>
          <w:color w:val="auto"/>
        </w:rPr>
        <w:t>wskutek</w:t>
      </w:r>
      <w:proofErr w:type="spellEnd"/>
      <w:r w:rsidR="009252DF" w:rsidRPr="009252DF">
        <w:rPr>
          <w:color w:val="auto"/>
        </w:rPr>
        <w:t xml:space="preserve"> </w:t>
      </w:r>
      <w:proofErr w:type="spellStart"/>
      <w:r w:rsidR="009252DF" w:rsidRPr="009252DF">
        <w:rPr>
          <w:color w:val="auto"/>
        </w:rPr>
        <w:t>choroby</w:t>
      </w:r>
      <w:proofErr w:type="spellEnd"/>
    </w:p>
    <w:p w14:paraId="2686696B" w14:textId="77777777" w:rsidR="003158F7" w:rsidRPr="00915FC0" w:rsidRDefault="009D5D3E" w:rsidP="00CC5695">
      <w:pPr>
        <w:pStyle w:val="Nagwek1"/>
        <w:jc w:val="both"/>
        <w:rPr>
          <w:color w:val="auto"/>
        </w:rPr>
      </w:pPr>
      <w:r w:rsidRPr="00915FC0">
        <w:rPr>
          <w:color w:val="auto"/>
        </w:rPr>
        <w:t xml:space="preserve">ZAŁĄCZNIK NR 2. </w:t>
      </w:r>
      <w:proofErr w:type="spellStart"/>
      <w:r w:rsidRPr="00915FC0">
        <w:rPr>
          <w:color w:val="auto"/>
        </w:rPr>
        <w:t>Dodatkow</w:t>
      </w:r>
      <w:r w:rsidR="00915FC0" w:rsidRPr="00915FC0">
        <w:rPr>
          <w:color w:val="auto"/>
        </w:rPr>
        <w:t>e</w:t>
      </w:r>
      <w:proofErr w:type="spellEnd"/>
      <w:r w:rsidRPr="00915FC0">
        <w:rPr>
          <w:color w:val="auto"/>
        </w:rPr>
        <w:t xml:space="preserve"> </w:t>
      </w:r>
      <w:proofErr w:type="spellStart"/>
      <w:r w:rsidR="00915FC0" w:rsidRPr="00915FC0">
        <w:rPr>
          <w:color w:val="auto"/>
        </w:rPr>
        <w:t>ubezpieczenie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dziecka</w:t>
      </w:r>
      <w:proofErr w:type="spellEnd"/>
      <w:r w:rsidRPr="00915FC0">
        <w:rPr>
          <w:color w:val="auto"/>
        </w:rPr>
        <w:t xml:space="preserve"> – </w:t>
      </w:r>
      <w:proofErr w:type="spellStart"/>
      <w:r w:rsidRPr="00915FC0">
        <w:rPr>
          <w:color w:val="auto"/>
        </w:rPr>
        <w:t>cztery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warianty</w:t>
      </w:r>
      <w:proofErr w:type="spellEnd"/>
    </w:p>
    <w:p w14:paraId="0D8704CB" w14:textId="77777777" w:rsidR="003158F7" w:rsidRPr="00915FC0" w:rsidRDefault="009D5D3E" w:rsidP="00CC5695">
      <w:pPr>
        <w:jc w:val="both"/>
        <w:rPr>
          <w:rFonts w:hint="eastAsia"/>
          <w:color w:val="auto"/>
        </w:rPr>
      </w:pPr>
      <w:proofErr w:type="spellStart"/>
      <w:r w:rsidRPr="00915FC0">
        <w:rPr>
          <w:color w:val="auto"/>
        </w:rPr>
        <w:t>Pakiet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fakultatywny</w:t>
      </w:r>
      <w:proofErr w:type="spellEnd"/>
      <w:r w:rsidRPr="00915FC0">
        <w:rPr>
          <w:color w:val="auto"/>
        </w:rPr>
        <w:t xml:space="preserve"> jest </w:t>
      </w:r>
      <w:proofErr w:type="spellStart"/>
      <w:r w:rsidRPr="00915FC0">
        <w:rPr>
          <w:color w:val="auto"/>
        </w:rPr>
        <w:t>wybierany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niezależnie</w:t>
      </w:r>
      <w:proofErr w:type="spellEnd"/>
      <w:r w:rsidRPr="00915FC0">
        <w:rPr>
          <w:color w:val="auto"/>
        </w:rPr>
        <w:t xml:space="preserve"> od </w:t>
      </w:r>
      <w:proofErr w:type="spellStart"/>
      <w:r w:rsidRPr="00915FC0">
        <w:rPr>
          <w:color w:val="auto"/>
        </w:rPr>
        <w:t>podstawowego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wariantu</w:t>
      </w:r>
      <w:proofErr w:type="spellEnd"/>
      <w:r w:rsidRPr="00915FC0">
        <w:rPr>
          <w:color w:val="auto"/>
        </w:rPr>
        <w:t xml:space="preserve"> A–E. </w:t>
      </w:r>
      <w:proofErr w:type="spellStart"/>
      <w:r w:rsidRPr="00915FC0">
        <w:rPr>
          <w:color w:val="auto"/>
        </w:rPr>
        <w:t>Jedna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składka</w:t>
      </w:r>
      <w:proofErr w:type="spellEnd"/>
      <w:r w:rsidRPr="00915FC0">
        <w:rPr>
          <w:color w:val="auto"/>
        </w:rPr>
        <w:t xml:space="preserve"> za </w:t>
      </w:r>
      <w:proofErr w:type="spellStart"/>
      <w:r w:rsidRPr="00915FC0">
        <w:rPr>
          <w:color w:val="auto"/>
        </w:rPr>
        <w:t>wybrany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wariant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obejmuje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wszystkie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uprawnione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dzieci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osoby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ubezpieczonej</w:t>
      </w:r>
      <w:proofErr w:type="spellEnd"/>
      <w:r w:rsidRPr="00915FC0">
        <w:rPr>
          <w:color w:val="auto"/>
        </w:rPr>
        <w:t xml:space="preserve">, bez </w:t>
      </w:r>
      <w:proofErr w:type="spellStart"/>
      <w:r w:rsidRPr="00915FC0">
        <w:rPr>
          <w:color w:val="auto"/>
        </w:rPr>
        <w:t>opłaty</w:t>
      </w:r>
      <w:proofErr w:type="spellEnd"/>
      <w:r w:rsidRPr="00915FC0">
        <w:rPr>
          <w:color w:val="auto"/>
        </w:rPr>
        <w:t xml:space="preserve"> za </w:t>
      </w:r>
      <w:proofErr w:type="spellStart"/>
      <w:r w:rsidRPr="00915FC0">
        <w:rPr>
          <w:color w:val="auto"/>
        </w:rPr>
        <w:t>każde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kolejne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dziecko</w:t>
      </w:r>
      <w:proofErr w:type="spellEnd"/>
      <w:r w:rsidRPr="00915FC0">
        <w:rPr>
          <w:color w:val="auto"/>
        </w:rPr>
        <w:t xml:space="preserve">. </w:t>
      </w:r>
      <w:proofErr w:type="spellStart"/>
      <w:r w:rsidRPr="00915FC0">
        <w:rPr>
          <w:color w:val="auto"/>
        </w:rPr>
        <w:t>Dziecko</w:t>
      </w:r>
      <w:proofErr w:type="spellEnd"/>
      <w:r w:rsidRPr="00915FC0">
        <w:rPr>
          <w:color w:val="auto"/>
        </w:rPr>
        <w:t xml:space="preserve"> co do </w:t>
      </w:r>
      <w:proofErr w:type="spellStart"/>
      <w:r w:rsidRPr="00915FC0">
        <w:rPr>
          <w:color w:val="auto"/>
        </w:rPr>
        <w:t>zasady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poniżej</w:t>
      </w:r>
      <w:proofErr w:type="spellEnd"/>
      <w:r w:rsidRPr="00915FC0">
        <w:rPr>
          <w:color w:val="auto"/>
        </w:rPr>
        <w:t xml:space="preserve"> 18 </w:t>
      </w:r>
      <w:proofErr w:type="spellStart"/>
      <w:r w:rsidRPr="00915FC0">
        <w:rPr>
          <w:color w:val="auto"/>
        </w:rPr>
        <w:t>lat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lub</w:t>
      </w:r>
      <w:proofErr w:type="spellEnd"/>
      <w:r w:rsidRPr="00915FC0">
        <w:rPr>
          <w:color w:val="auto"/>
        </w:rPr>
        <w:t xml:space="preserve"> – </w:t>
      </w:r>
      <w:proofErr w:type="spellStart"/>
      <w:r w:rsidRPr="00915FC0">
        <w:rPr>
          <w:color w:val="auto"/>
        </w:rPr>
        <w:t>jeśli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się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uczy</w:t>
      </w:r>
      <w:proofErr w:type="spellEnd"/>
      <w:r w:rsidRPr="00915FC0">
        <w:rPr>
          <w:color w:val="auto"/>
        </w:rPr>
        <w:t xml:space="preserve"> – </w:t>
      </w:r>
      <w:proofErr w:type="spellStart"/>
      <w:r w:rsidRPr="00915FC0">
        <w:rPr>
          <w:color w:val="auto"/>
        </w:rPr>
        <w:t>poniżej</w:t>
      </w:r>
      <w:proofErr w:type="spellEnd"/>
      <w:r w:rsidRPr="00915FC0">
        <w:rPr>
          <w:color w:val="auto"/>
        </w:rPr>
        <w:t xml:space="preserve"> 25 </w:t>
      </w:r>
      <w:proofErr w:type="spellStart"/>
      <w:r w:rsidRPr="00915FC0">
        <w:rPr>
          <w:color w:val="auto"/>
        </w:rPr>
        <w:t>lat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dla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leczenia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szpitalnego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minimalny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wiek</w:t>
      </w:r>
      <w:proofErr w:type="spellEnd"/>
      <w:r w:rsidRPr="00915FC0">
        <w:rPr>
          <w:color w:val="auto"/>
        </w:rPr>
        <w:t xml:space="preserve"> 3 </w:t>
      </w:r>
      <w:proofErr w:type="spellStart"/>
      <w:r w:rsidRPr="00915FC0">
        <w:rPr>
          <w:color w:val="auto"/>
        </w:rPr>
        <w:t>miesiące</w:t>
      </w:r>
      <w:proofErr w:type="spellEnd"/>
      <w:r w:rsidRPr="00915FC0">
        <w:rPr>
          <w:color w:val="auto"/>
        </w:rPr>
        <w:t xml:space="preserve">, o </w:t>
      </w:r>
      <w:proofErr w:type="spellStart"/>
      <w:r w:rsidRPr="00915FC0">
        <w:rPr>
          <w:color w:val="auto"/>
        </w:rPr>
        <w:t>ile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zostaną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zaoferowane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warunki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korzystniejsze</w:t>
      </w:r>
      <w:proofErr w:type="spellEnd"/>
      <w:r w:rsidRPr="00915FC0">
        <w:rPr>
          <w:color w:val="auto"/>
        </w:rPr>
        <w:t>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715"/>
        <w:gridCol w:w="1049"/>
        <w:gridCol w:w="1049"/>
        <w:gridCol w:w="1049"/>
        <w:gridCol w:w="1049"/>
      </w:tblGrid>
      <w:tr w:rsidR="003158F7" w:rsidRPr="00915FC0" w14:paraId="7DAB62FE" w14:textId="77777777">
        <w:trPr>
          <w:cantSplit/>
          <w:tblHeader/>
          <w:jc w:val="center"/>
        </w:trPr>
        <w:tc>
          <w:tcPr>
            <w:tcW w:w="10715" w:type="dxa"/>
            <w:shd w:val="clear" w:color="auto" w:fill="E5F1F6"/>
            <w:vAlign w:val="center"/>
          </w:tcPr>
          <w:p w14:paraId="0FCF87D6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b/>
                <w:color w:val="auto"/>
                <w:sz w:val="14"/>
              </w:rPr>
              <w:t>Zdarzenie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/ </w:t>
            </w:r>
            <w:proofErr w:type="spellStart"/>
            <w:r w:rsidRPr="00915FC0">
              <w:rPr>
                <w:b/>
                <w:color w:val="auto"/>
                <w:sz w:val="14"/>
              </w:rPr>
              <w:t>świadczenie</w:t>
            </w:r>
            <w:proofErr w:type="spellEnd"/>
          </w:p>
        </w:tc>
        <w:tc>
          <w:tcPr>
            <w:tcW w:w="1049" w:type="dxa"/>
            <w:shd w:val="clear" w:color="auto" w:fill="E5F1F6"/>
            <w:vAlign w:val="center"/>
          </w:tcPr>
          <w:p w14:paraId="279AD70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b/>
                <w:color w:val="auto"/>
                <w:sz w:val="14"/>
              </w:rPr>
              <w:t>D1</w:t>
            </w:r>
          </w:p>
        </w:tc>
        <w:tc>
          <w:tcPr>
            <w:tcW w:w="1049" w:type="dxa"/>
            <w:shd w:val="clear" w:color="auto" w:fill="E5F1F6"/>
            <w:vAlign w:val="center"/>
          </w:tcPr>
          <w:p w14:paraId="7A385A3E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b/>
                <w:color w:val="auto"/>
                <w:sz w:val="14"/>
              </w:rPr>
              <w:t>D2</w:t>
            </w:r>
          </w:p>
        </w:tc>
        <w:tc>
          <w:tcPr>
            <w:tcW w:w="1049" w:type="dxa"/>
            <w:shd w:val="clear" w:color="auto" w:fill="E5F1F6"/>
            <w:vAlign w:val="center"/>
          </w:tcPr>
          <w:p w14:paraId="5EEB04E4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b/>
                <w:color w:val="auto"/>
                <w:sz w:val="14"/>
              </w:rPr>
              <w:t>D3</w:t>
            </w:r>
          </w:p>
        </w:tc>
        <w:tc>
          <w:tcPr>
            <w:tcW w:w="1049" w:type="dxa"/>
            <w:shd w:val="clear" w:color="auto" w:fill="E5F1F6"/>
            <w:vAlign w:val="center"/>
          </w:tcPr>
          <w:p w14:paraId="79278F24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b/>
                <w:color w:val="auto"/>
                <w:sz w:val="14"/>
              </w:rPr>
              <w:t>D4</w:t>
            </w:r>
          </w:p>
        </w:tc>
      </w:tr>
      <w:tr w:rsidR="003158F7" w:rsidRPr="00915FC0" w14:paraId="3EB8BA6B" w14:textId="77777777">
        <w:trPr>
          <w:cantSplit/>
          <w:jc w:val="center"/>
        </w:trPr>
        <w:tc>
          <w:tcPr>
            <w:tcW w:w="10715" w:type="dxa"/>
            <w:vAlign w:val="center"/>
          </w:tcPr>
          <w:p w14:paraId="3301A17C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Uszczerbek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na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zdrowiu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wskutek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nieszczęśliwego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wypadku</w:t>
            </w:r>
            <w:proofErr w:type="spellEnd"/>
            <w:r w:rsidRPr="00915FC0">
              <w:rPr>
                <w:color w:val="auto"/>
                <w:sz w:val="14"/>
              </w:rPr>
              <w:t xml:space="preserve"> – </w:t>
            </w:r>
            <w:proofErr w:type="spellStart"/>
            <w:r w:rsidRPr="00915FC0">
              <w:rPr>
                <w:color w:val="auto"/>
                <w:sz w:val="14"/>
              </w:rPr>
              <w:t>suma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bazowa</w:t>
            </w:r>
            <w:proofErr w:type="spellEnd"/>
          </w:p>
        </w:tc>
        <w:tc>
          <w:tcPr>
            <w:tcW w:w="1049" w:type="dxa"/>
            <w:vAlign w:val="center"/>
          </w:tcPr>
          <w:p w14:paraId="609CEB96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049" w:type="dxa"/>
            <w:vAlign w:val="center"/>
          </w:tcPr>
          <w:p w14:paraId="7F06B5A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15 000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049" w:type="dxa"/>
            <w:vAlign w:val="center"/>
          </w:tcPr>
          <w:p w14:paraId="3F73B18B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049" w:type="dxa"/>
            <w:vAlign w:val="center"/>
          </w:tcPr>
          <w:p w14:paraId="546EEE4C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30 000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72F2CCEA" w14:textId="77777777">
        <w:trPr>
          <w:cantSplit/>
          <w:jc w:val="center"/>
        </w:trPr>
        <w:tc>
          <w:tcPr>
            <w:tcW w:w="10715" w:type="dxa"/>
            <w:shd w:val="clear" w:color="auto" w:fill="FAFCFD"/>
            <w:vAlign w:val="center"/>
          </w:tcPr>
          <w:p w14:paraId="4FD4686C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Usługi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medyczne</w:t>
            </w:r>
            <w:proofErr w:type="spellEnd"/>
            <w:r w:rsidRPr="00915FC0">
              <w:rPr>
                <w:color w:val="auto"/>
                <w:sz w:val="14"/>
              </w:rPr>
              <w:t xml:space="preserve"> po </w:t>
            </w:r>
            <w:proofErr w:type="spellStart"/>
            <w:r w:rsidRPr="00915FC0">
              <w:rPr>
                <w:color w:val="auto"/>
                <w:sz w:val="14"/>
              </w:rPr>
              <w:t>uszczerbku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na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zdrowiu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</w:p>
        </w:tc>
        <w:tc>
          <w:tcPr>
            <w:tcW w:w="1049" w:type="dxa"/>
            <w:shd w:val="clear" w:color="auto" w:fill="FAFCFD"/>
            <w:vAlign w:val="center"/>
          </w:tcPr>
          <w:p w14:paraId="22B6D100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—</w:t>
            </w:r>
          </w:p>
        </w:tc>
        <w:tc>
          <w:tcPr>
            <w:tcW w:w="1049" w:type="dxa"/>
            <w:shd w:val="clear" w:color="auto" w:fill="FAFCFD"/>
            <w:vAlign w:val="center"/>
          </w:tcPr>
          <w:p w14:paraId="5A7CB7B4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—</w:t>
            </w:r>
          </w:p>
        </w:tc>
        <w:tc>
          <w:tcPr>
            <w:tcW w:w="1049" w:type="dxa"/>
            <w:shd w:val="clear" w:color="auto" w:fill="FAFCFD"/>
            <w:vAlign w:val="center"/>
          </w:tcPr>
          <w:p w14:paraId="7DA051E6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TAK</w:t>
            </w:r>
          </w:p>
        </w:tc>
        <w:tc>
          <w:tcPr>
            <w:tcW w:w="1049" w:type="dxa"/>
            <w:shd w:val="clear" w:color="auto" w:fill="FAFCFD"/>
            <w:vAlign w:val="center"/>
          </w:tcPr>
          <w:p w14:paraId="0A72D8C6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TAK</w:t>
            </w:r>
          </w:p>
        </w:tc>
      </w:tr>
      <w:tr w:rsidR="003158F7" w:rsidRPr="00915FC0" w14:paraId="3B7F2A84" w14:textId="77777777">
        <w:trPr>
          <w:cantSplit/>
          <w:jc w:val="center"/>
        </w:trPr>
        <w:tc>
          <w:tcPr>
            <w:tcW w:w="10715" w:type="dxa"/>
            <w:vAlign w:val="center"/>
          </w:tcPr>
          <w:p w14:paraId="67AC148E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Ciężka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choroba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  <w:r w:rsidRPr="00915FC0">
              <w:rPr>
                <w:color w:val="auto"/>
                <w:sz w:val="14"/>
              </w:rPr>
              <w:t xml:space="preserve"> – </w:t>
            </w:r>
            <w:proofErr w:type="spellStart"/>
            <w:r w:rsidRPr="00915FC0">
              <w:rPr>
                <w:color w:val="auto"/>
                <w:sz w:val="14"/>
              </w:rPr>
              <w:t>świadczenie</w:t>
            </w:r>
            <w:proofErr w:type="spellEnd"/>
            <w:r w:rsidRPr="00915FC0">
              <w:rPr>
                <w:color w:val="auto"/>
                <w:sz w:val="14"/>
              </w:rPr>
              <w:t xml:space="preserve"> (</w:t>
            </w:r>
            <w:proofErr w:type="spellStart"/>
            <w:r w:rsidRPr="00915FC0">
              <w:rPr>
                <w:color w:val="auto"/>
                <w:sz w:val="14"/>
              </w:rPr>
              <w:t>katalog</w:t>
            </w:r>
            <w:proofErr w:type="spellEnd"/>
            <w:r w:rsidRPr="00915FC0">
              <w:rPr>
                <w:color w:val="auto"/>
                <w:sz w:val="14"/>
              </w:rPr>
              <w:t xml:space="preserve"> min. 26 </w:t>
            </w:r>
            <w:proofErr w:type="spellStart"/>
            <w:r w:rsidRPr="00915FC0">
              <w:rPr>
                <w:color w:val="auto"/>
                <w:sz w:val="14"/>
              </w:rPr>
              <w:t>chorób</w:t>
            </w:r>
            <w:proofErr w:type="spellEnd"/>
            <w:r w:rsidRPr="00915FC0">
              <w:rPr>
                <w:color w:val="auto"/>
                <w:sz w:val="14"/>
              </w:rPr>
              <w:t>)</w:t>
            </w:r>
          </w:p>
        </w:tc>
        <w:tc>
          <w:tcPr>
            <w:tcW w:w="1049" w:type="dxa"/>
            <w:vAlign w:val="center"/>
          </w:tcPr>
          <w:p w14:paraId="4F9D8CF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8 000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049" w:type="dxa"/>
            <w:vAlign w:val="center"/>
          </w:tcPr>
          <w:p w14:paraId="6A3693FC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049" w:type="dxa"/>
            <w:vAlign w:val="center"/>
          </w:tcPr>
          <w:p w14:paraId="4AD80EB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15 000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049" w:type="dxa"/>
            <w:vAlign w:val="center"/>
          </w:tcPr>
          <w:p w14:paraId="5DB9C9C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22 000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691ACEA8" w14:textId="77777777">
        <w:trPr>
          <w:cantSplit/>
          <w:jc w:val="center"/>
        </w:trPr>
        <w:tc>
          <w:tcPr>
            <w:tcW w:w="10715" w:type="dxa"/>
            <w:shd w:val="clear" w:color="auto" w:fill="FAFCFD"/>
            <w:vAlign w:val="center"/>
          </w:tcPr>
          <w:p w14:paraId="188EE585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Usługi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medyczne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związane</w:t>
            </w:r>
            <w:proofErr w:type="spellEnd"/>
            <w:r w:rsidRPr="00915FC0">
              <w:rPr>
                <w:color w:val="auto"/>
                <w:sz w:val="14"/>
              </w:rPr>
              <w:t xml:space="preserve"> z </w:t>
            </w:r>
            <w:proofErr w:type="spellStart"/>
            <w:r w:rsidRPr="00915FC0">
              <w:rPr>
                <w:color w:val="auto"/>
                <w:sz w:val="14"/>
              </w:rPr>
              <w:t>ciężką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chorobą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</w:p>
        </w:tc>
        <w:tc>
          <w:tcPr>
            <w:tcW w:w="1049" w:type="dxa"/>
            <w:shd w:val="clear" w:color="auto" w:fill="FAFCFD"/>
            <w:vAlign w:val="center"/>
          </w:tcPr>
          <w:p w14:paraId="3D07D172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TAK</w:t>
            </w:r>
          </w:p>
        </w:tc>
        <w:tc>
          <w:tcPr>
            <w:tcW w:w="1049" w:type="dxa"/>
            <w:shd w:val="clear" w:color="auto" w:fill="FAFCFD"/>
            <w:vAlign w:val="center"/>
          </w:tcPr>
          <w:p w14:paraId="6FFAC9BE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TAK</w:t>
            </w:r>
          </w:p>
        </w:tc>
        <w:tc>
          <w:tcPr>
            <w:tcW w:w="1049" w:type="dxa"/>
            <w:shd w:val="clear" w:color="auto" w:fill="FAFCFD"/>
            <w:vAlign w:val="center"/>
          </w:tcPr>
          <w:p w14:paraId="031A7B3C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TAK</w:t>
            </w:r>
          </w:p>
        </w:tc>
        <w:tc>
          <w:tcPr>
            <w:tcW w:w="1049" w:type="dxa"/>
            <w:shd w:val="clear" w:color="auto" w:fill="FAFCFD"/>
            <w:vAlign w:val="center"/>
          </w:tcPr>
          <w:p w14:paraId="29F64DFE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TAK</w:t>
            </w:r>
          </w:p>
        </w:tc>
      </w:tr>
      <w:tr w:rsidR="003158F7" w:rsidRPr="00915FC0" w14:paraId="738D182F" w14:textId="77777777">
        <w:trPr>
          <w:cantSplit/>
          <w:jc w:val="center"/>
        </w:trPr>
        <w:tc>
          <w:tcPr>
            <w:tcW w:w="10715" w:type="dxa"/>
            <w:vAlign w:val="center"/>
          </w:tcPr>
          <w:p w14:paraId="4476FB84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Hospitalizacja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wskutek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choroby</w:t>
            </w:r>
            <w:proofErr w:type="spellEnd"/>
            <w:r w:rsidRPr="00915FC0">
              <w:rPr>
                <w:color w:val="auto"/>
                <w:sz w:val="14"/>
              </w:rPr>
              <w:t xml:space="preserve"> – za </w:t>
            </w:r>
            <w:proofErr w:type="spellStart"/>
            <w:r w:rsidRPr="00915FC0">
              <w:rPr>
                <w:color w:val="auto"/>
                <w:sz w:val="14"/>
              </w:rPr>
              <w:t>dzień</w:t>
            </w:r>
            <w:proofErr w:type="spellEnd"/>
            <w:r w:rsidRPr="00915FC0">
              <w:rPr>
                <w:color w:val="auto"/>
                <w:sz w:val="14"/>
              </w:rPr>
              <w:t xml:space="preserve">, min. 4-dniowy </w:t>
            </w:r>
            <w:proofErr w:type="spellStart"/>
            <w:r w:rsidRPr="00915FC0">
              <w:rPr>
                <w:color w:val="auto"/>
                <w:sz w:val="14"/>
              </w:rPr>
              <w:t>pobyt</w:t>
            </w:r>
            <w:proofErr w:type="spellEnd"/>
          </w:p>
        </w:tc>
        <w:tc>
          <w:tcPr>
            <w:tcW w:w="1049" w:type="dxa"/>
            <w:vAlign w:val="center"/>
          </w:tcPr>
          <w:p w14:paraId="239BD3CB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—</w:t>
            </w:r>
          </w:p>
        </w:tc>
        <w:tc>
          <w:tcPr>
            <w:tcW w:w="1049" w:type="dxa"/>
            <w:vAlign w:val="center"/>
          </w:tcPr>
          <w:p w14:paraId="2C18C83F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50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049" w:type="dxa"/>
            <w:vAlign w:val="center"/>
          </w:tcPr>
          <w:p w14:paraId="4DC6E6E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75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049" w:type="dxa"/>
            <w:vAlign w:val="center"/>
          </w:tcPr>
          <w:p w14:paraId="62946FA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110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218F15F4" w14:textId="77777777">
        <w:trPr>
          <w:cantSplit/>
          <w:jc w:val="center"/>
        </w:trPr>
        <w:tc>
          <w:tcPr>
            <w:tcW w:w="10715" w:type="dxa"/>
            <w:shd w:val="clear" w:color="auto" w:fill="FAFCFD"/>
            <w:vAlign w:val="center"/>
          </w:tcPr>
          <w:p w14:paraId="06E5C93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Hospitalizacja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wskutek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wypadku</w:t>
            </w:r>
            <w:proofErr w:type="spellEnd"/>
            <w:r w:rsidRPr="00915FC0">
              <w:rPr>
                <w:color w:val="auto"/>
                <w:sz w:val="14"/>
              </w:rPr>
              <w:t xml:space="preserve"> – za </w:t>
            </w:r>
            <w:proofErr w:type="spellStart"/>
            <w:r w:rsidRPr="00915FC0">
              <w:rPr>
                <w:color w:val="auto"/>
                <w:sz w:val="14"/>
              </w:rPr>
              <w:t>dzień</w:t>
            </w:r>
            <w:proofErr w:type="spellEnd"/>
            <w:r w:rsidRPr="00915FC0">
              <w:rPr>
                <w:color w:val="auto"/>
                <w:sz w:val="14"/>
              </w:rPr>
              <w:t xml:space="preserve">, min. 4-dniowy </w:t>
            </w:r>
            <w:proofErr w:type="spellStart"/>
            <w:r w:rsidRPr="00915FC0">
              <w:rPr>
                <w:color w:val="auto"/>
                <w:sz w:val="14"/>
              </w:rPr>
              <w:t>pobyt</w:t>
            </w:r>
            <w:proofErr w:type="spellEnd"/>
          </w:p>
        </w:tc>
        <w:tc>
          <w:tcPr>
            <w:tcW w:w="1049" w:type="dxa"/>
            <w:shd w:val="clear" w:color="auto" w:fill="FAFCFD"/>
            <w:vAlign w:val="center"/>
          </w:tcPr>
          <w:p w14:paraId="38646266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—</w:t>
            </w:r>
          </w:p>
        </w:tc>
        <w:tc>
          <w:tcPr>
            <w:tcW w:w="1049" w:type="dxa"/>
            <w:shd w:val="clear" w:color="auto" w:fill="FAFCFD"/>
            <w:vAlign w:val="center"/>
          </w:tcPr>
          <w:p w14:paraId="7E1FB7B8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049" w:type="dxa"/>
            <w:shd w:val="clear" w:color="auto" w:fill="FAFCFD"/>
            <w:vAlign w:val="center"/>
          </w:tcPr>
          <w:p w14:paraId="21D817C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150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049" w:type="dxa"/>
            <w:shd w:val="clear" w:color="auto" w:fill="FAFCFD"/>
            <w:vAlign w:val="center"/>
          </w:tcPr>
          <w:p w14:paraId="7A15634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220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71748280" w14:textId="77777777">
        <w:trPr>
          <w:cantSplit/>
          <w:jc w:val="center"/>
        </w:trPr>
        <w:tc>
          <w:tcPr>
            <w:tcW w:w="10715" w:type="dxa"/>
            <w:vAlign w:val="center"/>
          </w:tcPr>
          <w:p w14:paraId="094A061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Usługi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medyczne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związane</w:t>
            </w:r>
            <w:proofErr w:type="spellEnd"/>
            <w:r w:rsidRPr="00915FC0">
              <w:rPr>
                <w:color w:val="auto"/>
                <w:sz w:val="14"/>
              </w:rPr>
              <w:t xml:space="preserve"> z </w:t>
            </w:r>
            <w:proofErr w:type="spellStart"/>
            <w:r w:rsidRPr="00915FC0">
              <w:rPr>
                <w:color w:val="auto"/>
                <w:sz w:val="14"/>
              </w:rPr>
              <w:t>hospitalizacją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</w:p>
        </w:tc>
        <w:tc>
          <w:tcPr>
            <w:tcW w:w="1049" w:type="dxa"/>
            <w:vAlign w:val="center"/>
          </w:tcPr>
          <w:p w14:paraId="77D848A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—</w:t>
            </w:r>
          </w:p>
        </w:tc>
        <w:tc>
          <w:tcPr>
            <w:tcW w:w="1049" w:type="dxa"/>
            <w:vAlign w:val="center"/>
          </w:tcPr>
          <w:p w14:paraId="3F689752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—</w:t>
            </w:r>
          </w:p>
        </w:tc>
        <w:tc>
          <w:tcPr>
            <w:tcW w:w="1049" w:type="dxa"/>
            <w:vAlign w:val="center"/>
          </w:tcPr>
          <w:p w14:paraId="2A81FE7B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TAK</w:t>
            </w:r>
          </w:p>
        </w:tc>
        <w:tc>
          <w:tcPr>
            <w:tcW w:w="1049" w:type="dxa"/>
            <w:vAlign w:val="center"/>
          </w:tcPr>
          <w:p w14:paraId="580C786B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TAK</w:t>
            </w:r>
          </w:p>
        </w:tc>
      </w:tr>
    </w:tbl>
    <w:p w14:paraId="1DBF5C57" w14:textId="77777777" w:rsidR="003158F7" w:rsidRPr="00915FC0" w:rsidRDefault="003158F7" w:rsidP="00CC5695">
      <w:pPr>
        <w:spacing w:after="0"/>
        <w:jc w:val="both"/>
        <w:rPr>
          <w:rFonts w:hint="eastAsia"/>
          <w:color w:val="auto"/>
        </w:rPr>
      </w:pPr>
    </w:p>
    <w:p w14:paraId="5146488D" w14:textId="77777777" w:rsidR="003158F7" w:rsidRPr="00915FC0" w:rsidRDefault="009D5D3E" w:rsidP="00CC5695">
      <w:pPr>
        <w:jc w:val="both"/>
        <w:rPr>
          <w:rFonts w:hint="eastAsia"/>
          <w:color w:val="auto"/>
        </w:rPr>
      </w:pPr>
      <w:proofErr w:type="spellStart"/>
      <w:r w:rsidRPr="00915FC0">
        <w:rPr>
          <w:color w:val="auto"/>
        </w:rPr>
        <w:t>Świadczenie</w:t>
      </w:r>
      <w:proofErr w:type="spellEnd"/>
      <w:r w:rsidRPr="00915FC0">
        <w:rPr>
          <w:color w:val="auto"/>
        </w:rPr>
        <w:t xml:space="preserve"> z </w:t>
      </w:r>
      <w:proofErr w:type="spellStart"/>
      <w:r w:rsidRPr="00915FC0">
        <w:rPr>
          <w:color w:val="auto"/>
        </w:rPr>
        <w:t>tytułu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uszczerbku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dziecka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ustala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się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jako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procent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wskazanej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sumy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bazowej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według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przedstawionej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przez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oferenta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tabeli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uszczerbków</w:t>
      </w:r>
      <w:proofErr w:type="spellEnd"/>
      <w:r w:rsidRPr="00915FC0">
        <w:rPr>
          <w:color w:val="auto"/>
        </w:rPr>
        <w:t xml:space="preserve">. </w:t>
      </w:r>
      <w:proofErr w:type="spellStart"/>
      <w:r w:rsidRPr="00915FC0">
        <w:rPr>
          <w:color w:val="auto"/>
        </w:rPr>
        <w:t>Wymagany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katalog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ciężkich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chorób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dziecięcych</w:t>
      </w:r>
      <w:proofErr w:type="spellEnd"/>
      <w:r w:rsidRPr="00915FC0">
        <w:rPr>
          <w:color w:val="auto"/>
        </w:rPr>
        <w:t xml:space="preserve"> – </w:t>
      </w:r>
      <w:proofErr w:type="spellStart"/>
      <w:r w:rsidRPr="00915FC0">
        <w:rPr>
          <w:color w:val="auto"/>
        </w:rPr>
        <w:t>patrz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Załącznik</w:t>
      </w:r>
      <w:proofErr w:type="spellEnd"/>
      <w:r w:rsidRPr="00915FC0">
        <w:rPr>
          <w:color w:val="auto"/>
        </w:rPr>
        <w:t xml:space="preserve"> nr 5. </w:t>
      </w:r>
      <w:proofErr w:type="spellStart"/>
      <w:r w:rsidRPr="00915FC0">
        <w:rPr>
          <w:color w:val="auto"/>
        </w:rPr>
        <w:t>Oferent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dołącza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tabelę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uszczerbków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oraz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wyjaśnia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zasady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limity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świadczeń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medycznych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gorsze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niż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poniżej</w:t>
      </w:r>
      <w:proofErr w:type="spellEnd"/>
      <w:r w:rsidRPr="00915FC0">
        <w:rPr>
          <w:color w:val="auto"/>
        </w:rPr>
        <w:t>.</w:t>
      </w:r>
    </w:p>
    <w:p w14:paraId="105A25FD" w14:textId="77777777" w:rsidR="003158F7" w:rsidRPr="00915FC0" w:rsidRDefault="009D5D3E" w:rsidP="00CC5695">
      <w:pPr>
        <w:pStyle w:val="Nagwek2"/>
        <w:jc w:val="both"/>
        <w:rPr>
          <w:color w:val="auto"/>
        </w:rPr>
      </w:pPr>
      <w:proofErr w:type="spellStart"/>
      <w:r w:rsidRPr="00915FC0">
        <w:rPr>
          <w:color w:val="auto"/>
        </w:rPr>
        <w:t>Wymagane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minimalne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limity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usług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medycznych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dla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dzieci</w:t>
      </w:r>
      <w:proofErr w:type="spellEnd"/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948"/>
        <w:gridCol w:w="9071"/>
        <w:gridCol w:w="2211"/>
      </w:tblGrid>
      <w:tr w:rsidR="003158F7" w:rsidRPr="00915FC0" w14:paraId="2A872E3A" w14:textId="77777777">
        <w:trPr>
          <w:cantSplit/>
          <w:tblHeader/>
          <w:jc w:val="center"/>
        </w:trPr>
        <w:tc>
          <w:tcPr>
            <w:tcW w:w="2948" w:type="dxa"/>
            <w:shd w:val="clear" w:color="auto" w:fill="E5F1F6"/>
            <w:vAlign w:val="center"/>
          </w:tcPr>
          <w:p w14:paraId="6D700970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b/>
                <w:color w:val="auto"/>
                <w:sz w:val="14"/>
              </w:rPr>
              <w:t>Zdarzenie</w:t>
            </w:r>
            <w:proofErr w:type="spellEnd"/>
          </w:p>
        </w:tc>
        <w:tc>
          <w:tcPr>
            <w:tcW w:w="9071" w:type="dxa"/>
            <w:shd w:val="clear" w:color="auto" w:fill="E5F1F6"/>
            <w:vAlign w:val="center"/>
          </w:tcPr>
          <w:p w14:paraId="7E27062B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b/>
                <w:color w:val="auto"/>
                <w:sz w:val="14"/>
              </w:rPr>
              <w:t>Zakres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b/>
                <w:color w:val="auto"/>
                <w:sz w:val="14"/>
              </w:rPr>
              <w:t>świadczenia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b/>
                <w:color w:val="auto"/>
                <w:sz w:val="14"/>
              </w:rPr>
              <w:t>medycznego</w:t>
            </w:r>
            <w:proofErr w:type="spellEnd"/>
          </w:p>
        </w:tc>
        <w:tc>
          <w:tcPr>
            <w:tcW w:w="2211" w:type="dxa"/>
            <w:shd w:val="clear" w:color="auto" w:fill="E5F1F6"/>
            <w:vAlign w:val="center"/>
          </w:tcPr>
          <w:p w14:paraId="3A24A2D2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b/>
                <w:color w:val="auto"/>
                <w:sz w:val="14"/>
              </w:rPr>
              <w:t>Minimum</w:t>
            </w:r>
          </w:p>
        </w:tc>
      </w:tr>
      <w:tr w:rsidR="003158F7" w:rsidRPr="00915FC0" w14:paraId="21A82AF9" w14:textId="77777777">
        <w:trPr>
          <w:cantSplit/>
          <w:jc w:val="center"/>
        </w:trPr>
        <w:tc>
          <w:tcPr>
            <w:tcW w:w="2948" w:type="dxa"/>
            <w:vAlign w:val="center"/>
          </w:tcPr>
          <w:p w14:paraId="1F053C0B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Po </w:t>
            </w:r>
            <w:proofErr w:type="spellStart"/>
            <w:r w:rsidRPr="00915FC0">
              <w:rPr>
                <w:color w:val="auto"/>
                <w:sz w:val="14"/>
              </w:rPr>
              <w:t>hospitalizacji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</w:p>
        </w:tc>
        <w:tc>
          <w:tcPr>
            <w:tcW w:w="9071" w:type="dxa"/>
            <w:vAlign w:val="center"/>
          </w:tcPr>
          <w:p w14:paraId="26DD24B9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Konsultacje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ambulatoryjne</w:t>
            </w:r>
            <w:proofErr w:type="spellEnd"/>
            <w:r w:rsidRPr="00915FC0">
              <w:rPr>
                <w:color w:val="auto"/>
                <w:sz w:val="14"/>
              </w:rPr>
              <w:t xml:space="preserve"> (min. 28 </w:t>
            </w:r>
            <w:proofErr w:type="spellStart"/>
            <w:r w:rsidRPr="00915FC0">
              <w:rPr>
                <w:color w:val="auto"/>
                <w:sz w:val="14"/>
              </w:rPr>
              <w:t>specjalizacji</w:t>
            </w:r>
            <w:proofErr w:type="spellEnd"/>
            <w:r w:rsidRPr="00915FC0">
              <w:rPr>
                <w:color w:val="auto"/>
                <w:sz w:val="14"/>
              </w:rPr>
              <w:t>)</w:t>
            </w:r>
          </w:p>
        </w:tc>
        <w:tc>
          <w:tcPr>
            <w:tcW w:w="2211" w:type="dxa"/>
            <w:vAlign w:val="center"/>
          </w:tcPr>
          <w:p w14:paraId="0CD6A5E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 </w:t>
            </w:r>
            <w:proofErr w:type="spellStart"/>
            <w:r w:rsidRPr="00915FC0">
              <w:rPr>
                <w:color w:val="auto"/>
                <w:sz w:val="14"/>
              </w:rPr>
              <w:t>konsultacje</w:t>
            </w:r>
            <w:proofErr w:type="spellEnd"/>
          </w:p>
        </w:tc>
      </w:tr>
      <w:tr w:rsidR="003158F7" w:rsidRPr="00915FC0" w14:paraId="3AEB7F85" w14:textId="77777777">
        <w:trPr>
          <w:cantSplit/>
          <w:jc w:val="center"/>
        </w:trPr>
        <w:tc>
          <w:tcPr>
            <w:tcW w:w="2948" w:type="dxa"/>
            <w:shd w:val="clear" w:color="auto" w:fill="FAFCFD"/>
            <w:vAlign w:val="center"/>
          </w:tcPr>
          <w:p w14:paraId="4B855CEF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Po </w:t>
            </w:r>
            <w:proofErr w:type="spellStart"/>
            <w:r w:rsidRPr="00915FC0">
              <w:rPr>
                <w:color w:val="auto"/>
                <w:sz w:val="14"/>
              </w:rPr>
              <w:t>hospitalizacji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</w:p>
        </w:tc>
        <w:tc>
          <w:tcPr>
            <w:tcW w:w="9071" w:type="dxa"/>
            <w:shd w:val="clear" w:color="auto" w:fill="FAFCFD"/>
            <w:vAlign w:val="center"/>
          </w:tcPr>
          <w:p w14:paraId="564B2BCB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Posiewy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i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badania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bakteriologiczne</w:t>
            </w:r>
            <w:proofErr w:type="spellEnd"/>
          </w:p>
        </w:tc>
        <w:tc>
          <w:tcPr>
            <w:tcW w:w="2211" w:type="dxa"/>
            <w:shd w:val="clear" w:color="auto" w:fill="FAFCFD"/>
            <w:vAlign w:val="center"/>
          </w:tcPr>
          <w:p w14:paraId="1CDBE4F6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 </w:t>
            </w:r>
            <w:proofErr w:type="spellStart"/>
            <w:r w:rsidRPr="00915FC0">
              <w:rPr>
                <w:color w:val="auto"/>
                <w:sz w:val="14"/>
              </w:rPr>
              <w:t>badania</w:t>
            </w:r>
            <w:proofErr w:type="spellEnd"/>
          </w:p>
        </w:tc>
      </w:tr>
      <w:tr w:rsidR="003158F7" w:rsidRPr="00915FC0" w14:paraId="6EC2EA46" w14:textId="77777777">
        <w:trPr>
          <w:cantSplit/>
          <w:jc w:val="center"/>
        </w:trPr>
        <w:tc>
          <w:tcPr>
            <w:tcW w:w="2948" w:type="dxa"/>
            <w:vAlign w:val="center"/>
          </w:tcPr>
          <w:p w14:paraId="7787D619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Po </w:t>
            </w:r>
            <w:proofErr w:type="spellStart"/>
            <w:r w:rsidRPr="00915FC0">
              <w:rPr>
                <w:color w:val="auto"/>
                <w:sz w:val="14"/>
              </w:rPr>
              <w:t>hospitalizacji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</w:p>
        </w:tc>
        <w:tc>
          <w:tcPr>
            <w:tcW w:w="9071" w:type="dxa"/>
            <w:vAlign w:val="center"/>
          </w:tcPr>
          <w:p w14:paraId="312D738B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Zabiegi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chirurgiczne</w:t>
            </w:r>
            <w:proofErr w:type="spellEnd"/>
            <w:r w:rsidRPr="00915FC0">
              <w:rPr>
                <w:color w:val="auto"/>
                <w:sz w:val="14"/>
              </w:rPr>
              <w:t xml:space="preserve">, </w:t>
            </w:r>
            <w:proofErr w:type="spellStart"/>
            <w:r w:rsidRPr="00915FC0">
              <w:rPr>
                <w:color w:val="auto"/>
                <w:sz w:val="14"/>
              </w:rPr>
              <w:t>ogólnolekarskie</w:t>
            </w:r>
            <w:proofErr w:type="spellEnd"/>
            <w:r w:rsidRPr="00915FC0">
              <w:rPr>
                <w:color w:val="auto"/>
                <w:sz w:val="14"/>
              </w:rPr>
              <w:t xml:space="preserve">, </w:t>
            </w:r>
            <w:proofErr w:type="spellStart"/>
            <w:r w:rsidRPr="00915FC0">
              <w:rPr>
                <w:color w:val="auto"/>
                <w:sz w:val="14"/>
              </w:rPr>
              <w:t>okulistyczne</w:t>
            </w:r>
            <w:proofErr w:type="spellEnd"/>
            <w:r w:rsidRPr="00915FC0">
              <w:rPr>
                <w:color w:val="auto"/>
                <w:sz w:val="14"/>
              </w:rPr>
              <w:t xml:space="preserve">, </w:t>
            </w:r>
            <w:proofErr w:type="spellStart"/>
            <w:r w:rsidRPr="00915FC0">
              <w:rPr>
                <w:color w:val="auto"/>
                <w:sz w:val="14"/>
              </w:rPr>
              <w:t>laryngologiczne</w:t>
            </w:r>
            <w:proofErr w:type="spellEnd"/>
            <w:r w:rsidRPr="00915FC0">
              <w:rPr>
                <w:color w:val="auto"/>
                <w:sz w:val="14"/>
              </w:rPr>
              <w:t xml:space="preserve">, </w:t>
            </w:r>
            <w:proofErr w:type="spellStart"/>
            <w:r w:rsidRPr="00915FC0">
              <w:rPr>
                <w:color w:val="auto"/>
                <w:sz w:val="14"/>
              </w:rPr>
              <w:t>ortopedyczne</w:t>
            </w:r>
            <w:proofErr w:type="spellEnd"/>
            <w:r w:rsidRPr="00915FC0">
              <w:rPr>
                <w:color w:val="auto"/>
                <w:sz w:val="14"/>
              </w:rPr>
              <w:t xml:space="preserve">, </w:t>
            </w:r>
            <w:proofErr w:type="spellStart"/>
            <w:r w:rsidRPr="00915FC0">
              <w:rPr>
                <w:color w:val="auto"/>
                <w:sz w:val="14"/>
              </w:rPr>
              <w:t>urologiczne</w:t>
            </w:r>
            <w:proofErr w:type="spellEnd"/>
          </w:p>
        </w:tc>
        <w:tc>
          <w:tcPr>
            <w:tcW w:w="2211" w:type="dxa"/>
            <w:vAlign w:val="center"/>
          </w:tcPr>
          <w:p w14:paraId="37B67C14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5 </w:t>
            </w:r>
            <w:proofErr w:type="spellStart"/>
            <w:r w:rsidRPr="00915FC0">
              <w:rPr>
                <w:color w:val="auto"/>
                <w:sz w:val="14"/>
              </w:rPr>
              <w:t>zabiegów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łącznie</w:t>
            </w:r>
            <w:proofErr w:type="spellEnd"/>
          </w:p>
        </w:tc>
      </w:tr>
      <w:tr w:rsidR="003158F7" w:rsidRPr="00915FC0" w14:paraId="681FAD17" w14:textId="77777777">
        <w:trPr>
          <w:cantSplit/>
          <w:jc w:val="center"/>
        </w:trPr>
        <w:tc>
          <w:tcPr>
            <w:tcW w:w="2948" w:type="dxa"/>
            <w:shd w:val="clear" w:color="auto" w:fill="FAFCFD"/>
            <w:vAlign w:val="center"/>
          </w:tcPr>
          <w:p w14:paraId="46A2658F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Po </w:t>
            </w:r>
            <w:proofErr w:type="spellStart"/>
            <w:r w:rsidRPr="00915FC0">
              <w:rPr>
                <w:color w:val="auto"/>
                <w:sz w:val="14"/>
              </w:rPr>
              <w:t>hospitalizacji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</w:p>
        </w:tc>
        <w:tc>
          <w:tcPr>
            <w:tcW w:w="9071" w:type="dxa"/>
            <w:shd w:val="clear" w:color="auto" w:fill="FAFCFD"/>
            <w:vAlign w:val="center"/>
          </w:tcPr>
          <w:p w14:paraId="5F1EE89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Zabiegi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pielęgniarskie</w:t>
            </w:r>
            <w:proofErr w:type="spellEnd"/>
          </w:p>
        </w:tc>
        <w:tc>
          <w:tcPr>
            <w:tcW w:w="2211" w:type="dxa"/>
            <w:shd w:val="clear" w:color="auto" w:fill="FAFCFD"/>
            <w:vAlign w:val="center"/>
          </w:tcPr>
          <w:p w14:paraId="3FCE4AF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10 </w:t>
            </w:r>
            <w:proofErr w:type="spellStart"/>
            <w:r w:rsidRPr="00915FC0">
              <w:rPr>
                <w:color w:val="auto"/>
                <w:sz w:val="14"/>
              </w:rPr>
              <w:t>zabiegów</w:t>
            </w:r>
            <w:proofErr w:type="spellEnd"/>
          </w:p>
        </w:tc>
      </w:tr>
      <w:tr w:rsidR="003158F7" w:rsidRPr="00915FC0" w14:paraId="7F6D529B" w14:textId="77777777">
        <w:trPr>
          <w:cantSplit/>
          <w:jc w:val="center"/>
        </w:trPr>
        <w:tc>
          <w:tcPr>
            <w:tcW w:w="2948" w:type="dxa"/>
            <w:vAlign w:val="center"/>
          </w:tcPr>
          <w:p w14:paraId="22403BC0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Po </w:t>
            </w:r>
            <w:proofErr w:type="spellStart"/>
            <w:r w:rsidRPr="00915FC0">
              <w:rPr>
                <w:color w:val="auto"/>
                <w:sz w:val="14"/>
              </w:rPr>
              <w:t>uszczerbku</w:t>
            </w:r>
            <w:proofErr w:type="spellEnd"/>
            <w:r w:rsidRPr="00915FC0">
              <w:rPr>
                <w:color w:val="auto"/>
                <w:sz w:val="14"/>
              </w:rPr>
              <w:t xml:space="preserve"> NNW</w:t>
            </w:r>
          </w:p>
        </w:tc>
        <w:tc>
          <w:tcPr>
            <w:tcW w:w="9071" w:type="dxa"/>
            <w:vAlign w:val="center"/>
          </w:tcPr>
          <w:p w14:paraId="1540F9E9" w14:textId="77777777" w:rsidR="003158F7" w:rsidRPr="00915FC0" w:rsidRDefault="009D5D3E" w:rsidP="00E2129A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Konsultacje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ambulatoryjne</w:t>
            </w:r>
            <w:proofErr w:type="spellEnd"/>
            <w:r w:rsidRPr="00915FC0">
              <w:rPr>
                <w:color w:val="auto"/>
                <w:sz w:val="14"/>
              </w:rPr>
              <w:t xml:space="preserve"> / </w:t>
            </w:r>
            <w:proofErr w:type="spellStart"/>
            <w:r w:rsidRPr="00915FC0">
              <w:rPr>
                <w:color w:val="auto"/>
                <w:sz w:val="14"/>
              </w:rPr>
              <w:t>telemedyczne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</w:p>
        </w:tc>
        <w:tc>
          <w:tcPr>
            <w:tcW w:w="2211" w:type="dxa"/>
            <w:vAlign w:val="center"/>
          </w:tcPr>
          <w:p w14:paraId="78C02C38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3 </w:t>
            </w:r>
            <w:proofErr w:type="spellStart"/>
            <w:r w:rsidRPr="00915FC0">
              <w:rPr>
                <w:color w:val="auto"/>
                <w:sz w:val="14"/>
              </w:rPr>
              <w:t>konsultacje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łącznie</w:t>
            </w:r>
            <w:proofErr w:type="spellEnd"/>
          </w:p>
        </w:tc>
      </w:tr>
      <w:tr w:rsidR="003158F7" w:rsidRPr="00915FC0" w14:paraId="42AEB475" w14:textId="77777777">
        <w:trPr>
          <w:cantSplit/>
          <w:jc w:val="center"/>
        </w:trPr>
        <w:tc>
          <w:tcPr>
            <w:tcW w:w="2948" w:type="dxa"/>
            <w:shd w:val="clear" w:color="auto" w:fill="FAFCFD"/>
            <w:vAlign w:val="center"/>
          </w:tcPr>
          <w:p w14:paraId="200704A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Po </w:t>
            </w:r>
            <w:proofErr w:type="spellStart"/>
            <w:r w:rsidRPr="00915FC0">
              <w:rPr>
                <w:color w:val="auto"/>
                <w:sz w:val="14"/>
              </w:rPr>
              <w:t>uszczerbku</w:t>
            </w:r>
            <w:proofErr w:type="spellEnd"/>
            <w:r w:rsidRPr="00915FC0">
              <w:rPr>
                <w:color w:val="auto"/>
                <w:sz w:val="14"/>
              </w:rPr>
              <w:t xml:space="preserve"> NNW</w:t>
            </w:r>
          </w:p>
        </w:tc>
        <w:tc>
          <w:tcPr>
            <w:tcW w:w="9071" w:type="dxa"/>
            <w:shd w:val="clear" w:color="auto" w:fill="FAFCFD"/>
            <w:vAlign w:val="center"/>
          </w:tcPr>
          <w:p w14:paraId="484AA714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Rehabilitacja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ambulatoryjna</w:t>
            </w:r>
            <w:proofErr w:type="spellEnd"/>
          </w:p>
        </w:tc>
        <w:tc>
          <w:tcPr>
            <w:tcW w:w="2211" w:type="dxa"/>
            <w:shd w:val="clear" w:color="auto" w:fill="FAFCFD"/>
            <w:vAlign w:val="center"/>
          </w:tcPr>
          <w:p w14:paraId="72F88261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15 </w:t>
            </w:r>
            <w:proofErr w:type="spellStart"/>
            <w:r w:rsidRPr="00915FC0">
              <w:rPr>
                <w:color w:val="auto"/>
                <w:sz w:val="14"/>
              </w:rPr>
              <w:t>zabiegów</w:t>
            </w:r>
            <w:proofErr w:type="spellEnd"/>
          </w:p>
        </w:tc>
      </w:tr>
      <w:tr w:rsidR="003158F7" w:rsidRPr="00915FC0" w14:paraId="75E8635A" w14:textId="77777777">
        <w:trPr>
          <w:cantSplit/>
          <w:jc w:val="center"/>
        </w:trPr>
        <w:tc>
          <w:tcPr>
            <w:tcW w:w="2948" w:type="dxa"/>
            <w:vAlign w:val="center"/>
          </w:tcPr>
          <w:p w14:paraId="434DB1A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Ciężka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choroba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</w:p>
        </w:tc>
        <w:tc>
          <w:tcPr>
            <w:tcW w:w="9071" w:type="dxa"/>
            <w:vAlign w:val="center"/>
          </w:tcPr>
          <w:p w14:paraId="16A59356" w14:textId="77777777" w:rsidR="003158F7" w:rsidRPr="00915FC0" w:rsidRDefault="009D5D3E" w:rsidP="00E2129A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Konsultacje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ambulatoryjne</w:t>
            </w:r>
            <w:proofErr w:type="spellEnd"/>
            <w:r w:rsidRPr="00915FC0">
              <w:rPr>
                <w:color w:val="auto"/>
                <w:sz w:val="14"/>
              </w:rPr>
              <w:t xml:space="preserve"> / </w:t>
            </w:r>
            <w:proofErr w:type="spellStart"/>
            <w:r w:rsidRPr="00915FC0">
              <w:rPr>
                <w:color w:val="auto"/>
                <w:sz w:val="14"/>
              </w:rPr>
              <w:t>telemedyczne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</w:p>
        </w:tc>
        <w:tc>
          <w:tcPr>
            <w:tcW w:w="2211" w:type="dxa"/>
            <w:vAlign w:val="center"/>
          </w:tcPr>
          <w:p w14:paraId="69121624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4 </w:t>
            </w:r>
            <w:proofErr w:type="spellStart"/>
            <w:r w:rsidRPr="00915FC0">
              <w:rPr>
                <w:color w:val="auto"/>
                <w:sz w:val="14"/>
              </w:rPr>
              <w:t>konsultacje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łącznie</w:t>
            </w:r>
            <w:proofErr w:type="spellEnd"/>
          </w:p>
        </w:tc>
      </w:tr>
      <w:tr w:rsidR="003158F7" w:rsidRPr="00915FC0" w14:paraId="24E9759D" w14:textId="77777777">
        <w:trPr>
          <w:cantSplit/>
          <w:jc w:val="center"/>
        </w:trPr>
        <w:tc>
          <w:tcPr>
            <w:tcW w:w="2948" w:type="dxa"/>
            <w:shd w:val="clear" w:color="auto" w:fill="FAFCFD"/>
            <w:vAlign w:val="center"/>
          </w:tcPr>
          <w:p w14:paraId="6F3872B2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Ciężka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choroba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</w:p>
        </w:tc>
        <w:tc>
          <w:tcPr>
            <w:tcW w:w="9071" w:type="dxa"/>
            <w:shd w:val="clear" w:color="auto" w:fill="FAFCFD"/>
            <w:vAlign w:val="center"/>
          </w:tcPr>
          <w:p w14:paraId="6395125E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Morfologia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krwi</w:t>
            </w:r>
            <w:proofErr w:type="spellEnd"/>
          </w:p>
        </w:tc>
        <w:tc>
          <w:tcPr>
            <w:tcW w:w="2211" w:type="dxa"/>
            <w:shd w:val="clear" w:color="auto" w:fill="FAFCFD"/>
            <w:vAlign w:val="center"/>
          </w:tcPr>
          <w:p w14:paraId="68EE9C2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5 </w:t>
            </w:r>
            <w:proofErr w:type="spellStart"/>
            <w:r w:rsidRPr="00915FC0">
              <w:rPr>
                <w:color w:val="auto"/>
                <w:sz w:val="14"/>
              </w:rPr>
              <w:t>badań</w:t>
            </w:r>
            <w:proofErr w:type="spellEnd"/>
          </w:p>
        </w:tc>
      </w:tr>
      <w:tr w:rsidR="003158F7" w:rsidRPr="00915FC0" w14:paraId="40D5DDA4" w14:textId="77777777">
        <w:trPr>
          <w:cantSplit/>
          <w:jc w:val="center"/>
        </w:trPr>
        <w:tc>
          <w:tcPr>
            <w:tcW w:w="2948" w:type="dxa"/>
            <w:vAlign w:val="center"/>
          </w:tcPr>
          <w:p w14:paraId="2B51BBA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Ciężka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choroba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</w:p>
        </w:tc>
        <w:tc>
          <w:tcPr>
            <w:tcW w:w="9071" w:type="dxa"/>
            <w:vAlign w:val="center"/>
          </w:tcPr>
          <w:p w14:paraId="79992200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Badania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układu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krzepnięcia</w:t>
            </w:r>
            <w:proofErr w:type="spellEnd"/>
          </w:p>
        </w:tc>
        <w:tc>
          <w:tcPr>
            <w:tcW w:w="2211" w:type="dxa"/>
            <w:vAlign w:val="center"/>
          </w:tcPr>
          <w:p w14:paraId="02BA5184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5 </w:t>
            </w:r>
            <w:proofErr w:type="spellStart"/>
            <w:r w:rsidRPr="00915FC0">
              <w:rPr>
                <w:color w:val="auto"/>
                <w:sz w:val="14"/>
              </w:rPr>
              <w:t>badań</w:t>
            </w:r>
            <w:proofErr w:type="spellEnd"/>
          </w:p>
        </w:tc>
      </w:tr>
      <w:tr w:rsidR="003158F7" w:rsidRPr="00915FC0" w14:paraId="383329CD" w14:textId="77777777">
        <w:trPr>
          <w:cantSplit/>
          <w:jc w:val="center"/>
        </w:trPr>
        <w:tc>
          <w:tcPr>
            <w:tcW w:w="2948" w:type="dxa"/>
            <w:shd w:val="clear" w:color="auto" w:fill="FAFCFD"/>
            <w:vAlign w:val="center"/>
          </w:tcPr>
          <w:p w14:paraId="67A4A842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Ciężka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choroba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</w:p>
        </w:tc>
        <w:tc>
          <w:tcPr>
            <w:tcW w:w="9071" w:type="dxa"/>
            <w:shd w:val="clear" w:color="auto" w:fill="FAFCFD"/>
            <w:vAlign w:val="center"/>
          </w:tcPr>
          <w:p w14:paraId="32D7C7F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Badania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biochemiczne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krwi</w:t>
            </w:r>
            <w:proofErr w:type="spellEnd"/>
          </w:p>
        </w:tc>
        <w:tc>
          <w:tcPr>
            <w:tcW w:w="2211" w:type="dxa"/>
            <w:shd w:val="clear" w:color="auto" w:fill="FAFCFD"/>
            <w:vAlign w:val="center"/>
          </w:tcPr>
          <w:p w14:paraId="1B2010D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10 </w:t>
            </w:r>
            <w:proofErr w:type="spellStart"/>
            <w:r w:rsidRPr="00915FC0">
              <w:rPr>
                <w:color w:val="auto"/>
                <w:sz w:val="14"/>
              </w:rPr>
              <w:t>badań</w:t>
            </w:r>
            <w:proofErr w:type="spellEnd"/>
          </w:p>
        </w:tc>
      </w:tr>
      <w:tr w:rsidR="003158F7" w:rsidRPr="00915FC0" w14:paraId="368DEE36" w14:textId="77777777">
        <w:trPr>
          <w:cantSplit/>
          <w:jc w:val="center"/>
        </w:trPr>
        <w:tc>
          <w:tcPr>
            <w:tcW w:w="2948" w:type="dxa"/>
            <w:vAlign w:val="center"/>
          </w:tcPr>
          <w:p w14:paraId="1DD77691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Ciężka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choroba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</w:p>
        </w:tc>
        <w:tc>
          <w:tcPr>
            <w:tcW w:w="9071" w:type="dxa"/>
            <w:vAlign w:val="center"/>
          </w:tcPr>
          <w:p w14:paraId="6DEC4B06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Badania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moczu</w:t>
            </w:r>
            <w:proofErr w:type="spellEnd"/>
          </w:p>
        </w:tc>
        <w:tc>
          <w:tcPr>
            <w:tcW w:w="2211" w:type="dxa"/>
            <w:vAlign w:val="center"/>
          </w:tcPr>
          <w:p w14:paraId="1D0727C8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5 </w:t>
            </w:r>
            <w:proofErr w:type="spellStart"/>
            <w:r w:rsidRPr="00915FC0">
              <w:rPr>
                <w:color w:val="auto"/>
                <w:sz w:val="14"/>
              </w:rPr>
              <w:t>badań</w:t>
            </w:r>
            <w:proofErr w:type="spellEnd"/>
          </w:p>
        </w:tc>
      </w:tr>
      <w:tr w:rsidR="003158F7" w:rsidRPr="00915FC0" w14:paraId="5A759CFA" w14:textId="77777777">
        <w:trPr>
          <w:cantSplit/>
          <w:jc w:val="center"/>
        </w:trPr>
        <w:tc>
          <w:tcPr>
            <w:tcW w:w="2948" w:type="dxa"/>
            <w:shd w:val="clear" w:color="auto" w:fill="FAFCFD"/>
            <w:vAlign w:val="center"/>
          </w:tcPr>
          <w:p w14:paraId="7DF85D30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Ciężka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choroba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</w:p>
        </w:tc>
        <w:tc>
          <w:tcPr>
            <w:tcW w:w="9071" w:type="dxa"/>
            <w:shd w:val="clear" w:color="auto" w:fill="FAFCFD"/>
            <w:vAlign w:val="center"/>
          </w:tcPr>
          <w:p w14:paraId="3C1BF6E5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Badania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serologiczne</w:t>
            </w:r>
            <w:proofErr w:type="spellEnd"/>
          </w:p>
        </w:tc>
        <w:tc>
          <w:tcPr>
            <w:tcW w:w="2211" w:type="dxa"/>
            <w:shd w:val="clear" w:color="auto" w:fill="FAFCFD"/>
            <w:vAlign w:val="center"/>
          </w:tcPr>
          <w:p w14:paraId="17DB7DCB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 </w:t>
            </w:r>
            <w:proofErr w:type="spellStart"/>
            <w:r w:rsidRPr="00915FC0">
              <w:rPr>
                <w:color w:val="auto"/>
                <w:sz w:val="14"/>
              </w:rPr>
              <w:t>badanie</w:t>
            </w:r>
            <w:proofErr w:type="spellEnd"/>
          </w:p>
        </w:tc>
      </w:tr>
      <w:tr w:rsidR="003158F7" w:rsidRPr="00915FC0" w14:paraId="6BC63D2F" w14:textId="77777777">
        <w:trPr>
          <w:cantSplit/>
          <w:jc w:val="center"/>
        </w:trPr>
        <w:tc>
          <w:tcPr>
            <w:tcW w:w="2948" w:type="dxa"/>
            <w:vAlign w:val="center"/>
          </w:tcPr>
          <w:p w14:paraId="6D14008E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Ciężka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choroba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</w:p>
        </w:tc>
        <w:tc>
          <w:tcPr>
            <w:tcW w:w="9071" w:type="dxa"/>
            <w:vAlign w:val="center"/>
          </w:tcPr>
          <w:p w14:paraId="33662A58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Badania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kału</w:t>
            </w:r>
            <w:proofErr w:type="spellEnd"/>
          </w:p>
        </w:tc>
        <w:tc>
          <w:tcPr>
            <w:tcW w:w="2211" w:type="dxa"/>
            <w:vAlign w:val="center"/>
          </w:tcPr>
          <w:p w14:paraId="7173350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 </w:t>
            </w:r>
            <w:proofErr w:type="spellStart"/>
            <w:r w:rsidRPr="00915FC0">
              <w:rPr>
                <w:color w:val="auto"/>
                <w:sz w:val="14"/>
              </w:rPr>
              <w:t>badanie</w:t>
            </w:r>
            <w:proofErr w:type="spellEnd"/>
          </w:p>
        </w:tc>
      </w:tr>
      <w:tr w:rsidR="003158F7" w:rsidRPr="00915FC0" w14:paraId="21E6BE62" w14:textId="77777777">
        <w:trPr>
          <w:cantSplit/>
          <w:jc w:val="center"/>
        </w:trPr>
        <w:tc>
          <w:tcPr>
            <w:tcW w:w="2948" w:type="dxa"/>
            <w:shd w:val="clear" w:color="auto" w:fill="FAFCFD"/>
            <w:vAlign w:val="center"/>
          </w:tcPr>
          <w:p w14:paraId="2F2626C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lastRenderedPageBreak/>
              <w:t>Ciężka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choroba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</w:p>
        </w:tc>
        <w:tc>
          <w:tcPr>
            <w:tcW w:w="9071" w:type="dxa"/>
            <w:shd w:val="clear" w:color="auto" w:fill="FAFCFD"/>
            <w:vAlign w:val="center"/>
          </w:tcPr>
          <w:p w14:paraId="65AAF0D1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Markery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nowotworowe</w:t>
            </w:r>
            <w:proofErr w:type="spellEnd"/>
          </w:p>
        </w:tc>
        <w:tc>
          <w:tcPr>
            <w:tcW w:w="2211" w:type="dxa"/>
            <w:shd w:val="clear" w:color="auto" w:fill="FAFCFD"/>
            <w:vAlign w:val="center"/>
          </w:tcPr>
          <w:p w14:paraId="69E56F2B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 </w:t>
            </w:r>
            <w:proofErr w:type="spellStart"/>
            <w:r w:rsidRPr="00915FC0">
              <w:rPr>
                <w:color w:val="auto"/>
                <w:sz w:val="14"/>
              </w:rPr>
              <w:t>badanie</w:t>
            </w:r>
            <w:proofErr w:type="spellEnd"/>
          </w:p>
        </w:tc>
      </w:tr>
      <w:tr w:rsidR="003158F7" w:rsidRPr="00915FC0" w14:paraId="38C38A3A" w14:textId="77777777">
        <w:trPr>
          <w:cantSplit/>
          <w:jc w:val="center"/>
        </w:trPr>
        <w:tc>
          <w:tcPr>
            <w:tcW w:w="2948" w:type="dxa"/>
            <w:vAlign w:val="center"/>
          </w:tcPr>
          <w:p w14:paraId="2C226F7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Ciężka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choroba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</w:p>
        </w:tc>
        <w:tc>
          <w:tcPr>
            <w:tcW w:w="9071" w:type="dxa"/>
            <w:vAlign w:val="center"/>
          </w:tcPr>
          <w:p w14:paraId="401A4AF2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Badania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bakteriologiczne</w:t>
            </w:r>
            <w:proofErr w:type="spellEnd"/>
          </w:p>
        </w:tc>
        <w:tc>
          <w:tcPr>
            <w:tcW w:w="2211" w:type="dxa"/>
            <w:vAlign w:val="center"/>
          </w:tcPr>
          <w:p w14:paraId="4BB9FA48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 </w:t>
            </w:r>
            <w:proofErr w:type="spellStart"/>
            <w:r w:rsidRPr="00915FC0">
              <w:rPr>
                <w:color w:val="auto"/>
                <w:sz w:val="14"/>
              </w:rPr>
              <w:t>badania</w:t>
            </w:r>
            <w:proofErr w:type="spellEnd"/>
          </w:p>
        </w:tc>
      </w:tr>
      <w:tr w:rsidR="003158F7" w:rsidRPr="00915FC0" w14:paraId="41646283" w14:textId="77777777">
        <w:trPr>
          <w:cantSplit/>
          <w:jc w:val="center"/>
        </w:trPr>
        <w:tc>
          <w:tcPr>
            <w:tcW w:w="2948" w:type="dxa"/>
            <w:shd w:val="clear" w:color="auto" w:fill="FAFCFD"/>
            <w:vAlign w:val="center"/>
          </w:tcPr>
          <w:p w14:paraId="409AA664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Ciężka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choroba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</w:p>
        </w:tc>
        <w:tc>
          <w:tcPr>
            <w:tcW w:w="9071" w:type="dxa"/>
            <w:shd w:val="clear" w:color="auto" w:fill="FAFCFD"/>
            <w:vAlign w:val="center"/>
          </w:tcPr>
          <w:p w14:paraId="07EE2392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RTG </w:t>
            </w:r>
            <w:proofErr w:type="spellStart"/>
            <w:r w:rsidRPr="00915FC0">
              <w:rPr>
                <w:color w:val="auto"/>
                <w:sz w:val="14"/>
              </w:rPr>
              <w:t>i</w:t>
            </w:r>
            <w:proofErr w:type="spellEnd"/>
            <w:r w:rsidRPr="00915FC0">
              <w:rPr>
                <w:color w:val="auto"/>
                <w:sz w:val="14"/>
              </w:rPr>
              <w:t xml:space="preserve"> USG</w:t>
            </w:r>
          </w:p>
        </w:tc>
        <w:tc>
          <w:tcPr>
            <w:tcW w:w="2211" w:type="dxa"/>
            <w:shd w:val="clear" w:color="auto" w:fill="FAFCFD"/>
            <w:vAlign w:val="center"/>
          </w:tcPr>
          <w:p w14:paraId="55D75854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2 </w:t>
            </w:r>
            <w:proofErr w:type="spellStart"/>
            <w:r w:rsidRPr="00915FC0">
              <w:rPr>
                <w:color w:val="auto"/>
                <w:sz w:val="14"/>
              </w:rPr>
              <w:t>badania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łącznie</w:t>
            </w:r>
            <w:proofErr w:type="spellEnd"/>
          </w:p>
        </w:tc>
      </w:tr>
      <w:tr w:rsidR="003158F7" w:rsidRPr="00915FC0" w14:paraId="25287F36" w14:textId="77777777">
        <w:trPr>
          <w:cantSplit/>
          <w:jc w:val="center"/>
        </w:trPr>
        <w:tc>
          <w:tcPr>
            <w:tcW w:w="2948" w:type="dxa"/>
            <w:vAlign w:val="center"/>
          </w:tcPr>
          <w:p w14:paraId="432406D1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Ciężka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choroba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</w:p>
        </w:tc>
        <w:tc>
          <w:tcPr>
            <w:tcW w:w="9071" w:type="dxa"/>
            <w:vAlign w:val="center"/>
          </w:tcPr>
          <w:p w14:paraId="582667D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Tomografia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komputerowa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i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rezonans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magnetyczny</w:t>
            </w:r>
            <w:proofErr w:type="spellEnd"/>
          </w:p>
        </w:tc>
        <w:tc>
          <w:tcPr>
            <w:tcW w:w="2211" w:type="dxa"/>
            <w:vAlign w:val="center"/>
          </w:tcPr>
          <w:p w14:paraId="546AED90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 </w:t>
            </w:r>
            <w:proofErr w:type="spellStart"/>
            <w:r w:rsidRPr="00915FC0">
              <w:rPr>
                <w:color w:val="auto"/>
                <w:sz w:val="14"/>
              </w:rPr>
              <w:t>badanie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łącznie</w:t>
            </w:r>
            <w:proofErr w:type="spellEnd"/>
          </w:p>
        </w:tc>
      </w:tr>
      <w:tr w:rsidR="003158F7" w:rsidRPr="00915FC0" w14:paraId="2692296D" w14:textId="77777777">
        <w:trPr>
          <w:cantSplit/>
          <w:jc w:val="center"/>
        </w:trPr>
        <w:tc>
          <w:tcPr>
            <w:tcW w:w="2948" w:type="dxa"/>
            <w:shd w:val="clear" w:color="auto" w:fill="FAFCFD"/>
            <w:vAlign w:val="center"/>
          </w:tcPr>
          <w:p w14:paraId="1DA5028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Ciężka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choroba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</w:p>
        </w:tc>
        <w:tc>
          <w:tcPr>
            <w:tcW w:w="9071" w:type="dxa"/>
            <w:shd w:val="clear" w:color="auto" w:fill="FAFCFD"/>
            <w:vAlign w:val="center"/>
          </w:tcPr>
          <w:p w14:paraId="5E5F9D15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Badania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endoskopowe</w:t>
            </w:r>
            <w:proofErr w:type="spellEnd"/>
          </w:p>
        </w:tc>
        <w:tc>
          <w:tcPr>
            <w:tcW w:w="2211" w:type="dxa"/>
            <w:shd w:val="clear" w:color="auto" w:fill="FAFCFD"/>
            <w:vAlign w:val="center"/>
          </w:tcPr>
          <w:p w14:paraId="151A21DF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 </w:t>
            </w:r>
            <w:proofErr w:type="spellStart"/>
            <w:r w:rsidRPr="00915FC0">
              <w:rPr>
                <w:color w:val="auto"/>
                <w:sz w:val="14"/>
              </w:rPr>
              <w:t>badanie</w:t>
            </w:r>
            <w:proofErr w:type="spellEnd"/>
          </w:p>
        </w:tc>
      </w:tr>
      <w:tr w:rsidR="003158F7" w:rsidRPr="00915FC0" w14:paraId="1DA88562" w14:textId="77777777">
        <w:trPr>
          <w:cantSplit/>
          <w:jc w:val="center"/>
        </w:trPr>
        <w:tc>
          <w:tcPr>
            <w:tcW w:w="2948" w:type="dxa"/>
            <w:vAlign w:val="center"/>
          </w:tcPr>
          <w:p w14:paraId="504C040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Ciężka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choroba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</w:p>
        </w:tc>
        <w:tc>
          <w:tcPr>
            <w:tcW w:w="9071" w:type="dxa"/>
            <w:vAlign w:val="center"/>
          </w:tcPr>
          <w:p w14:paraId="0F435AAF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Badania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kardiologiczne</w:t>
            </w:r>
            <w:proofErr w:type="spellEnd"/>
            <w:r w:rsidRPr="00915FC0">
              <w:rPr>
                <w:color w:val="auto"/>
                <w:sz w:val="14"/>
              </w:rPr>
              <w:t xml:space="preserve">, </w:t>
            </w:r>
            <w:proofErr w:type="spellStart"/>
            <w:r w:rsidRPr="00915FC0">
              <w:rPr>
                <w:color w:val="auto"/>
                <w:sz w:val="14"/>
              </w:rPr>
              <w:t>neurologiczne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i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dermatologiczne</w:t>
            </w:r>
            <w:proofErr w:type="spellEnd"/>
          </w:p>
        </w:tc>
        <w:tc>
          <w:tcPr>
            <w:tcW w:w="2211" w:type="dxa"/>
            <w:vAlign w:val="center"/>
          </w:tcPr>
          <w:p w14:paraId="25FAB2C2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 </w:t>
            </w:r>
            <w:proofErr w:type="spellStart"/>
            <w:r w:rsidRPr="00915FC0">
              <w:rPr>
                <w:color w:val="auto"/>
                <w:sz w:val="14"/>
              </w:rPr>
              <w:t>badanie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łącznie</w:t>
            </w:r>
            <w:proofErr w:type="spellEnd"/>
          </w:p>
        </w:tc>
      </w:tr>
      <w:tr w:rsidR="003158F7" w:rsidRPr="00915FC0" w14:paraId="5C137C95" w14:textId="77777777">
        <w:trPr>
          <w:cantSplit/>
          <w:jc w:val="center"/>
        </w:trPr>
        <w:tc>
          <w:tcPr>
            <w:tcW w:w="2948" w:type="dxa"/>
            <w:shd w:val="clear" w:color="auto" w:fill="FAFCFD"/>
            <w:vAlign w:val="center"/>
          </w:tcPr>
          <w:p w14:paraId="6511D05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Ciężka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choroba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</w:p>
        </w:tc>
        <w:tc>
          <w:tcPr>
            <w:tcW w:w="9071" w:type="dxa"/>
            <w:shd w:val="clear" w:color="auto" w:fill="FAFCFD"/>
            <w:vAlign w:val="center"/>
          </w:tcPr>
          <w:p w14:paraId="7771E42E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Badania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audiologiczne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i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biopsje</w:t>
            </w:r>
            <w:proofErr w:type="spellEnd"/>
          </w:p>
        </w:tc>
        <w:tc>
          <w:tcPr>
            <w:tcW w:w="2211" w:type="dxa"/>
            <w:shd w:val="clear" w:color="auto" w:fill="FAFCFD"/>
            <w:vAlign w:val="center"/>
          </w:tcPr>
          <w:p w14:paraId="674BA55B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 </w:t>
            </w:r>
            <w:proofErr w:type="spellStart"/>
            <w:r w:rsidRPr="00915FC0">
              <w:rPr>
                <w:color w:val="auto"/>
                <w:sz w:val="14"/>
              </w:rPr>
              <w:t>badanie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łącznie</w:t>
            </w:r>
            <w:proofErr w:type="spellEnd"/>
          </w:p>
        </w:tc>
      </w:tr>
      <w:tr w:rsidR="003158F7" w:rsidRPr="00915FC0" w14:paraId="705055AA" w14:textId="77777777">
        <w:trPr>
          <w:cantSplit/>
          <w:jc w:val="center"/>
        </w:trPr>
        <w:tc>
          <w:tcPr>
            <w:tcW w:w="2948" w:type="dxa"/>
            <w:vAlign w:val="center"/>
          </w:tcPr>
          <w:p w14:paraId="729F48E0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Ciężka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choroba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</w:p>
        </w:tc>
        <w:tc>
          <w:tcPr>
            <w:tcW w:w="9071" w:type="dxa"/>
            <w:vAlign w:val="center"/>
          </w:tcPr>
          <w:p w14:paraId="63BBB70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Zabiegi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chirurgiczne</w:t>
            </w:r>
            <w:proofErr w:type="spellEnd"/>
            <w:r w:rsidRPr="00915FC0">
              <w:rPr>
                <w:color w:val="auto"/>
                <w:sz w:val="14"/>
              </w:rPr>
              <w:t xml:space="preserve">, </w:t>
            </w:r>
            <w:proofErr w:type="spellStart"/>
            <w:r w:rsidRPr="00915FC0">
              <w:rPr>
                <w:color w:val="auto"/>
                <w:sz w:val="14"/>
              </w:rPr>
              <w:t>okulistyczne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i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urologiczne</w:t>
            </w:r>
            <w:proofErr w:type="spellEnd"/>
          </w:p>
        </w:tc>
        <w:tc>
          <w:tcPr>
            <w:tcW w:w="2211" w:type="dxa"/>
            <w:vAlign w:val="center"/>
          </w:tcPr>
          <w:p w14:paraId="336978E9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5 </w:t>
            </w:r>
            <w:proofErr w:type="spellStart"/>
            <w:r w:rsidRPr="00915FC0">
              <w:rPr>
                <w:color w:val="auto"/>
                <w:sz w:val="14"/>
              </w:rPr>
              <w:t>zabiegów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łącznie</w:t>
            </w:r>
            <w:proofErr w:type="spellEnd"/>
          </w:p>
        </w:tc>
      </w:tr>
      <w:tr w:rsidR="003158F7" w:rsidRPr="00915FC0" w14:paraId="27BF8F3F" w14:textId="77777777">
        <w:trPr>
          <w:cantSplit/>
          <w:jc w:val="center"/>
        </w:trPr>
        <w:tc>
          <w:tcPr>
            <w:tcW w:w="2948" w:type="dxa"/>
            <w:shd w:val="clear" w:color="auto" w:fill="FAFCFD"/>
            <w:vAlign w:val="center"/>
          </w:tcPr>
          <w:p w14:paraId="54F33E7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Ciężka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choroba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</w:p>
        </w:tc>
        <w:tc>
          <w:tcPr>
            <w:tcW w:w="9071" w:type="dxa"/>
            <w:shd w:val="clear" w:color="auto" w:fill="FAFCFD"/>
            <w:vAlign w:val="center"/>
          </w:tcPr>
          <w:p w14:paraId="12B1124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Zabiegi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pielęgniarskie</w:t>
            </w:r>
            <w:proofErr w:type="spellEnd"/>
          </w:p>
        </w:tc>
        <w:tc>
          <w:tcPr>
            <w:tcW w:w="2211" w:type="dxa"/>
            <w:shd w:val="clear" w:color="auto" w:fill="FAFCFD"/>
            <w:vAlign w:val="center"/>
          </w:tcPr>
          <w:p w14:paraId="2E164771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10 </w:t>
            </w:r>
            <w:proofErr w:type="spellStart"/>
            <w:r w:rsidRPr="00915FC0">
              <w:rPr>
                <w:color w:val="auto"/>
                <w:sz w:val="14"/>
              </w:rPr>
              <w:t>zabiegów</w:t>
            </w:r>
            <w:proofErr w:type="spellEnd"/>
          </w:p>
        </w:tc>
      </w:tr>
    </w:tbl>
    <w:p w14:paraId="7AE72B84" w14:textId="77777777" w:rsidR="003158F7" w:rsidRPr="00915FC0" w:rsidRDefault="003158F7" w:rsidP="00CC5695">
      <w:pPr>
        <w:spacing w:after="0"/>
        <w:jc w:val="both"/>
        <w:rPr>
          <w:rFonts w:hint="eastAsia"/>
          <w:color w:val="auto"/>
        </w:rPr>
      </w:pPr>
    </w:p>
    <w:p w14:paraId="117D59AC" w14:textId="77777777" w:rsidR="003158F7" w:rsidRPr="00915FC0" w:rsidRDefault="009D5D3E" w:rsidP="00CC5695">
      <w:pPr>
        <w:jc w:val="both"/>
        <w:rPr>
          <w:rFonts w:hint="eastAsia"/>
          <w:color w:val="auto"/>
        </w:rPr>
      </w:pPr>
      <w:proofErr w:type="spellStart"/>
      <w:r w:rsidRPr="00915FC0">
        <w:rPr>
          <w:color w:val="auto"/>
        </w:rPr>
        <w:t>Przy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konsultacjach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specjalistycznych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należy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wymagać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skierowania</w:t>
      </w:r>
      <w:proofErr w:type="spellEnd"/>
      <w:r w:rsidRPr="00915FC0">
        <w:rPr>
          <w:color w:val="auto"/>
        </w:rPr>
        <w:t xml:space="preserve">, o </w:t>
      </w:r>
      <w:proofErr w:type="spellStart"/>
      <w:r w:rsidRPr="00915FC0">
        <w:rPr>
          <w:color w:val="auto"/>
        </w:rPr>
        <w:t>ile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zakres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dostępny</w:t>
      </w:r>
      <w:proofErr w:type="spellEnd"/>
      <w:r w:rsidRPr="00915FC0">
        <w:rPr>
          <w:color w:val="auto"/>
        </w:rPr>
        <w:t xml:space="preserve"> bez </w:t>
      </w:r>
      <w:proofErr w:type="spellStart"/>
      <w:r w:rsidRPr="00915FC0">
        <w:rPr>
          <w:color w:val="auto"/>
        </w:rPr>
        <w:t>skierowania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został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wskazany</w:t>
      </w:r>
      <w:proofErr w:type="spellEnd"/>
      <w:r w:rsidRPr="00915FC0">
        <w:rPr>
          <w:color w:val="auto"/>
        </w:rPr>
        <w:t xml:space="preserve"> w </w:t>
      </w:r>
      <w:proofErr w:type="spellStart"/>
      <w:r w:rsidRPr="00915FC0">
        <w:rPr>
          <w:color w:val="auto"/>
        </w:rPr>
        <w:t>ofercie</w:t>
      </w:r>
      <w:proofErr w:type="spellEnd"/>
      <w:r w:rsidRPr="00915FC0">
        <w:rPr>
          <w:color w:val="auto"/>
        </w:rPr>
        <w:t xml:space="preserve">. </w:t>
      </w:r>
      <w:proofErr w:type="spellStart"/>
      <w:r w:rsidRPr="00915FC0">
        <w:rPr>
          <w:color w:val="auto"/>
        </w:rPr>
        <w:t>Skierowania</w:t>
      </w:r>
      <w:proofErr w:type="spellEnd"/>
      <w:r w:rsidRPr="00915FC0">
        <w:rPr>
          <w:color w:val="auto"/>
        </w:rPr>
        <w:t xml:space="preserve"> do </w:t>
      </w:r>
      <w:proofErr w:type="spellStart"/>
      <w:r w:rsidRPr="00915FC0">
        <w:rPr>
          <w:color w:val="auto"/>
        </w:rPr>
        <w:t>badań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diagnostycznych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wystawione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poza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siecią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medyczną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ubezpieczyciela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powinny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być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honorowane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zasadach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opisanych</w:t>
      </w:r>
      <w:proofErr w:type="spellEnd"/>
      <w:r w:rsidRPr="00915FC0">
        <w:rPr>
          <w:color w:val="auto"/>
        </w:rPr>
        <w:t xml:space="preserve"> w </w:t>
      </w:r>
      <w:proofErr w:type="spellStart"/>
      <w:r w:rsidRPr="00915FC0">
        <w:rPr>
          <w:color w:val="auto"/>
        </w:rPr>
        <w:t>ofercie</w:t>
      </w:r>
      <w:proofErr w:type="spellEnd"/>
      <w:r w:rsidRPr="00915FC0">
        <w:rPr>
          <w:color w:val="auto"/>
        </w:rPr>
        <w:t xml:space="preserve">. </w:t>
      </w:r>
      <w:proofErr w:type="spellStart"/>
      <w:r w:rsidRPr="00915FC0">
        <w:rPr>
          <w:color w:val="auto"/>
        </w:rPr>
        <w:t>Oferent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potwierdzi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dostępność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terenie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województwa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śląskiego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rzeczywiste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zasady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realizacji</w:t>
      </w:r>
      <w:proofErr w:type="spellEnd"/>
      <w:r w:rsidRPr="00915FC0">
        <w:rPr>
          <w:color w:val="auto"/>
        </w:rPr>
        <w:t xml:space="preserve"> w </w:t>
      </w:r>
      <w:proofErr w:type="spellStart"/>
      <w:r w:rsidRPr="00915FC0">
        <w:rPr>
          <w:color w:val="auto"/>
        </w:rPr>
        <w:t>całej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Polsce</w:t>
      </w:r>
      <w:proofErr w:type="spellEnd"/>
      <w:r w:rsidRPr="00915FC0">
        <w:rPr>
          <w:color w:val="auto"/>
        </w:rPr>
        <w:t>.</w:t>
      </w:r>
    </w:p>
    <w:p w14:paraId="10E5D28F" w14:textId="77777777" w:rsidR="003158F7" w:rsidRPr="00915FC0" w:rsidRDefault="009D5D3E" w:rsidP="00CC5695">
      <w:pPr>
        <w:pStyle w:val="Nagwek1"/>
        <w:jc w:val="both"/>
        <w:rPr>
          <w:color w:val="auto"/>
        </w:rPr>
      </w:pPr>
      <w:r w:rsidRPr="00915FC0">
        <w:rPr>
          <w:color w:val="auto"/>
        </w:rPr>
        <w:t xml:space="preserve">ZAŁĄCZNIK NR 3. </w:t>
      </w:r>
      <w:proofErr w:type="spellStart"/>
      <w:r w:rsidRPr="00915FC0">
        <w:rPr>
          <w:color w:val="auto"/>
        </w:rPr>
        <w:t>Opcjonalna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rozszerzona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ochrona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następstw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wypadków</w:t>
      </w:r>
      <w:proofErr w:type="spellEnd"/>
      <w:r w:rsidRPr="00915FC0">
        <w:rPr>
          <w:color w:val="auto"/>
        </w:rPr>
        <w:t xml:space="preserve"> (NNW)</w:t>
      </w:r>
    </w:p>
    <w:p w14:paraId="5BCB7ED4" w14:textId="77777777" w:rsidR="003158F7" w:rsidRPr="00915FC0" w:rsidRDefault="009D5D3E" w:rsidP="00CC5695">
      <w:pPr>
        <w:jc w:val="both"/>
        <w:rPr>
          <w:rFonts w:hint="eastAsia"/>
          <w:color w:val="auto"/>
        </w:rPr>
      </w:pPr>
      <w:proofErr w:type="spellStart"/>
      <w:r w:rsidRPr="00915FC0">
        <w:rPr>
          <w:color w:val="auto"/>
        </w:rPr>
        <w:t>Zakres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ubezpieczenia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stanowi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odrębny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pakiet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fakultatywny</w:t>
      </w:r>
      <w:proofErr w:type="spellEnd"/>
      <w:r w:rsidRPr="00915FC0">
        <w:rPr>
          <w:color w:val="auto"/>
        </w:rPr>
        <w:t xml:space="preserve"> – do </w:t>
      </w:r>
      <w:proofErr w:type="spellStart"/>
      <w:r w:rsidRPr="00915FC0">
        <w:rPr>
          <w:color w:val="auto"/>
        </w:rPr>
        <w:t>samodzielnej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wyceny</w:t>
      </w:r>
      <w:proofErr w:type="spellEnd"/>
      <w:r w:rsidRPr="00915FC0">
        <w:rPr>
          <w:color w:val="auto"/>
        </w:rPr>
        <w:t xml:space="preserve"> w </w:t>
      </w:r>
      <w:proofErr w:type="spellStart"/>
      <w:r w:rsidRPr="00915FC0">
        <w:rPr>
          <w:color w:val="auto"/>
        </w:rPr>
        <w:t>dwóch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wariantach</w:t>
      </w:r>
      <w:proofErr w:type="spellEnd"/>
      <w:r w:rsidRPr="00915FC0">
        <w:rPr>
          <w:color w:val="auto"/>
        </w:rPr>
        <w:t xml:space="preserve"> N1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N2. </w:t>
      </w:r>
      <w:proofErr w:type="spellStart"/>
      <w:r w:rsidRPr="00915FC0">
        <w:rPr>
          <w:color w:val="auto"/>
        </w:rPr>
        <w:t>Nazwy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zdarzeń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są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opisowe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wskazują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produkt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konkretnego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ubezpieczyciela</w:t>
      </w:r>
      <w:proofErr w:type="spellEnd"/>
      <w:r w:rsidRPr="00915FC0">
        <w:rPr>
          <w:color w:val="auto"/>
        </w:rPr>
        <w:t>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906"/>
        <w:gridCol w:w="1247"/>
        <w:gridCol w:w="1247"/>
      </w:tblGrid>
      <w:tr w:rsidR="003158F7" w:rsidRPr="00915FC0" w14:paraId="7A79C254" w14:textId="77777777">
        <w:trPr>
          <w:cantSplit/>
          <w:tblHeader/>
          <w:jc w:val="center"/>
        </w:trPr>
        <w:tc>
          <w:tcPr>
            <w:tcW w:w="11906" w:type="dxa"/>
            <w:shd w:val="clear" w:color="auto" w:fill="E5F1F6"/>
            <w:vAlign w:val="center"/>
          </w:tcPr>
          <w:p w14:paraId="28CD84C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b/>
                <w:color w:val="auto"/>
                <w:sz w:val="14"/>
              </w:rPr>
              <w:t>Zdarzenie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/ </w:t>
            </w:r>
            <w:proofErr w:type="spellStart"/>
            <w:r w:rsidRPr="00915FC0">
              <w:rPr>
                <w:b/>
                <w:color w:val="auto"/>
                <w:sz w:val="14"/>
              </w:rPr>
              <w:t>świadczenie</w:t>
            </w:r>
            <w:proofErr w:type="spellEnd"/>
          </w:p>
        </w:tc>
        <w:tc>
          <w:tcPr>
            <w:tcW w:w="1247" w:type="dxa"/>
            <w:shd w:val="clear" w:color="auto" w:fill="E5F1F6"/>
            <w:vAlign w:val="center"/>
          </w:tcPr>
          <w:p w14:paraId="6F6B802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b/>
                <w:color w:val="auto"/>
                <w:sz w:val="14"/>
              </w:rPr>
              <w:t>N1</w:t>
            </w:r>
          </w:p>
        </w:tc>
        <w:tc>
          <w:tcPr>
            <w:tcW w:w="1247" w:type="dxa"/>
            <w:shd w:val="clear" w:color="auto" w:fill="E5F1F6"/>
            <w:vAlign w:val="center"/>
          </w:tcPr>
          <w:p w14:paraId="0A1FA140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b/>
                <w:color w:val="auto"/>
                <w:sz w:val="14"/>
              </w:rPr>
              <w:t>N2</w:t>
            </w:r>
          </w:p>
        </w:tc>
      </w:tr>
      <w:tr w:rsidR="003158F7" w:rsidRPr="00915FC0" w14:paraId="09DEE7F0" w14:textId="77777777">
        <w:trPr>
          <w:cantSplit/>
          <w:jc w:val="center"/>
        </w:trPr>
        <w:tc>
          <w:tcPr>
            <w:tcW w:w="1247" w:type="dxa"/>
            <w:gridSpan w:val="3"/>
            <w:shd w:val="clear" w:color="auto" w:fill="EDF5F7"/>
            <w:vAlign w:val="center"/>
          </w:tcPr>
          <w:p w14:paraId="2C21058E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b/>
                <w:color w:val="auto"/>
                <w:sz w:val="14"/>
              </w:rPr>
              <w:t xml:space="preserve">A. </w:t>
            </w:r>
            <w:proofErr w:type="spellStart"/>
            <w:r w:rsidRPr="00915FC0">
              <w:rPr>
                <w:b/>
                <w:color w:val="auto"/>
                <w:sz w:val="14"/>
              </w:rPr>
              <w:t>Śmierć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b/>
                <w:color w:val="auto"/>
                <w:sz w:val="14"/>
              </w:rPr>
              <w:t>ubezpieczonego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b/>
                <w:color w:val="auto"/>
                <w:sz w:val="14"/>
              </w:rPr>
              <w:t>wskutek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b/>
                <w:color w:val="auto"/>
                <w:sz w:val="14"/>
              </w:rPr>
              <w:t>określonych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b/>
                <w:color w:val="auto"/>
                <w:sz w:val="14"/>
              </w:rPr>
              <w:t>zdarzeń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– </w:t>
            </w:r>
            <w:proofErr w:type="spellStart"/>
            <w:r w:rsidRPr="00915FC0">
              <w:rPr>
                <w:b/>
                <w:color w:val="auto"/>
                <w:sz w:val="14"/>
              </w:rPr>
              <w:t>każda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z </w:t>
            </w:r>
            <w:proofErr w:type="spellStart"/>
            <w:r w:rsidRPr="00915FC0">
              <w:rPr>
                <w:b/>
                <w:color w:val="auto"/>
                <w:sz w:val="14"/>
              </w:rPr>
              <w:t>poniższych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b/>
                <w:color w:val="auto"/>
                <w:sz w:val="14"/>
              </w:rPr>
              <w:t>pozycji</w:t>
            </w:r>
            <w:proofErr w:type="spellEnd"/>
          </w:p>
        </w:tc>
      </w:tr>
      <w:tr w:rsidR="003158F7" w:rsidRPr="00915FC0" w14:paraId="7F0C4D06" w14:textId="77777777">
        <w:trPr>
          <w:cantSplit/>
          <w:jc w:val="center"/>
        </w:trPr>
        <w:tc>
          <w:tcPr>
            <w:tcW w:w="11906" w:type="dxa"/>
            <w:shd w:val="clear" w:color="auto" w:fill="FAFCFD"/>
            <w:vAlign w:val="center"/>
          </w:tcPr>
          <w:p w14:paraId="4774A360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Wypadek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komunikacyjny</w:t>
            </w:r>
            <w:proofErr w:type="spellEnd"/>
          </w:p>
        </w:tc>
        <w:tc>
          <w:tcPr>
            <w:tcW w:w="1247" w:type="dxa"/>
            <w:shd w:val="clear" w:color="auto" w:fill="FAFCFD"/>
            <w:vAlign w:val="center"/>
          </w:tcPr>
          <w:p w14:paraId="60AC74C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75 000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247" w:type="dxa"/>
            <w:shd w:val="clear" w:color="auto" w:fill="FAFCFD"/>
            <w:vAlign w:val="center"/>
          </w:tcPr>
          <w:p w14:paraId="5308435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150 000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44715B0F" w14:textId="77777777">
        <w:trPr>
          <w:cantSplit/>
          <w:jc w:val="center"/>
        </w:trPr>
        <w:tc>
          <w:tcPr>
            <w:tcW w:w="11906" w:type="dxa"/>
            <w:vAlign w:val="center"/>
          </w:tcPr>
          <w:p w14:paraId="15F3D904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Wypadek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komunikacyjny</w:t>
            </w:r>
            <w:proofErr w:type="spellEnd"/>
            <w:r w:rsidRPr="00915FC0">
              <w:rPr>
                <w:color w:val="auto"/>
                <w:sz w:val="14"/>
              </w:rPr>
              <w:t xml:space="preserve"> w </w:t>
            </w:r>
            <w:proofErr w:type="spellStart"/>
            <w:r w:rsidRPr="00915FC0">
              <w:rPr>
                <w:color w:val="auto"/>
                <w:sz w:val="14"/>
              </w:rPr>
              <w:t>porze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nocnej</w:t>
            </w:r>
            <w:proofErr w:type="spellEnd"/>
            <w:r w:rsidRPr="00915FC0">
              <w:rPr>
                <w:color w:val="auto"/>
                <w:sz w:val="14"/>
              </w:rPr>
              <w:t xml:space="preserve"> (22:00–6:00)</w:t>
            </w:r>
          </w:p>
        </w:tc>
        <w:tc>
          <w:tcPr>
            <w:tcW w:w="1247" w:type="dxa"/>
            <w:vAlign w:val="center"/>
          </w:tcPr>
          <w:p w14:paraId="46D92F6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75 000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247" w:type="dxa"/>
            <w:vAlign w:val="center"/>
          </w:tcPr>
          <w:p w14:paraId="14FCE1DB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150 000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55D5D44B" w14:textId="77777777">
        <w:trPr>
          <w:cantSplit/>
          <w:jc w:val="center"/>
        </w:trPr>
        <w:tc>
          <w:tcPr>
            <w:tcW w:w="11906" w:type="dxa"/>
            <w:shd w:val="clear" w:color="auto" w:fill="FAFCFD"/>
            <w:vAlign w:val="center"/>
          </w:tcPr>
          <w:p w14:paraId="4BBF39BF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Wypadek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komunikacyjny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przy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pracy</w:t>
            </w:r>
            <w:proofErr w:type="spellEnd"/>
          </w:p>
        </w:tc>
        <w:tc>
          <w:tcPr>
            <w:tcW w:w="1247" w:type="dxa"/>
            <w:shd w:val="clear" w:color="auto" w:fill="FAFCFD"/>
            <w:vAlign w:val="center"/>
          </w:tcPr>
          <w:p w14:paraId="0217326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75 000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247" w:type="dxa"/>
            <w:shd w:val="clear" w:color="auto" w:fill="FAFCFD"/>
            <w:vAlign w:val="center"/>
          </w:tcPr>
          <w:p w14:paraId="4EF63180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150 000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52D5E2E2" w14:textId="77777777">
        <w:trPr>
          <w:cantSplit/>
          <w:jc w:val="center"/>
        </w:trPr>
        <w:tc>
          <w:tcPr>
            <w:tcW w:w="11906" w:type="dxa"/>
            <w:vAlign w:val="center"/>
          </w:tcPr>
          <w:p w14:paraId="073E1518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Wypadek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komunikacyjny</w:t>
            </w:r>
            <w:proofErr w:type="spellEnd"/>
            <w:r w:rsidRPr="00915FC0">
              <w:rPr>
                <w:color w:val="auto"/>
                <w:sz w:val="14"/>
              </w:rPr>
              <w:t xml:space="preserve"> z </w:t>
            </w:r>
            <w:proofErr w:type="spellStart"/>
            <w:r w:rsidRPr="00915FC0">
              <w:rPr>
                <w:color w:val="auto"/>
                <w:sz w:val="14"/>
              </w:rPr>
              <w:t>udziałem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samochodu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ciężarowego</w:t>
            </w:r>
            <w:proofErr w:type="spellEnd"/>
          </w:p>
        </w:tc>
        <w:tc>
          <w:tcPr>
            <w:tcW w:w="1247" w:type="dxa"/>
            <w:vAlign w:val="center"/>
          </w:tcPr>
          <w:p w14:paraId="73BBF702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75 000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247" w:type="dxa"/>
            <w:vAlign w:val="center"/>
          </w:tcPr>
          <w:p w14:paraId="0CFFF7E6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150 000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3F21DDAD" w14:textId="77777777">
        <w:trPr>
          <w:cantSplit/>
          <w:jc w:val="center"/>
        </w:trPr>
        <w:tc>
          <w:tcPr>
            <w:tcW w:w="11906" w:type="dxa"/>
            <w:shd w:val="clear" w:color="auto" w:fill="FAFCFD"/>
            <w:vAlign w:val="center"/>
          </w:tcPr>
          <w:p w14:paraId="726DD802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Pożar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lub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zatrucie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tlenkiem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węgla</w:t>
            </w:r>
            <w:proofErr w:type="spellEnd"/>
          </w:p>
        </w:tc>
        <w:tc>
          <w:tcPr>
            <w:tcW w:w="1247" w:type="dxa"/>
            <w:shd w:val="clear" w:color="auto" w:fill="FAFCFD"/>
            <w:vAlign w:val="center"/>
          </w:tcPr>
          <w:p w14:paraId="7B04B1BE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75 000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247" w:type="dxa"/>
            <w:shd w:val="clear" w:color="auto" w:fill="FAFCFD"/>
            <w:vAlign w:val="center"/>
          </w:tcPr>
          <w:p w14:paraId="7E23D150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150 000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4484E66D" w14:textId="77777777">
        <w:trPr>
          <w:cantSplit/>
          <w:jc w:val="center"/>
        </w:trPr>
        <w:tc>
          <w:tcPr>
            <w:tcW w:w="11906" w:type="dxa"/>
            <w:vAlign w:val="center"/>
          </w:tcPr>
          <w:p w14:paraId="11421A2E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Utonięcie</w:t>
            </w:r>
            <w:proofErr w:type="spellEnd"/>
          </w:p>
        </w:tc>
        <w:tc>
          <w:tcPr>
            <w:tcW w:w="1247" w:type="dxa"/>
            <w:vAlign w:val="center"/>
          </w:tcPr>
          <w:p w14:paraId="2FF31281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75 000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247" w:type="dxa"/>
            <w:vAlign w:val="center"/>
          </w:tcPr>
          <w:p w14:paraId="1B19B6C2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150 000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3BC55814" w14:textId="77777777">
        <w:trPr>
          <w:cantSplit/>
          <w:jc w:val="center"/>
        </w:trPr>
        <w:tc>
          <w:tcPr>
            <w:tcW w:w="11906" w:type="dxa"/>
            <w:shd w:val="clear" w:color="auto" w:fill="FAFCFD"/>
            <w:vAlign w:val="center"/>
          </w:tcPr>
          <w:p w14:paraId="3988B50C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Wybuch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gazu</w:t>
            </w:r>
            <w:proofErr w:type="spellEnd"/>
          </w:p>
        </w:tc>
        <w:tc>
          <w:tcPr>
            <w:tcW w:w="1247" w:type="dxa"/>
            <w:shd w:val="clear" w:color="auto" w:fill="FAFCFD"/>
            <w:vAlign w:val="center"/>
          </w:tcPr>
          <w:p w14:paraId="4C9651D8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75 000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247" w:type="dxa"/>
            <w:shd w:val="clear" w:color="auto" w:fill="FAFCFD"/>
            <w:vAlign w:val="center"/>
          </w:tcPr>
          <w:p w14:paraId="3DCEA60F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150 000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15C1A035" w14:textId="77777777">
        <w:trPr>
          <w:cantSplit/>
          <w:jc w:val="center"/>
        </w:trPr>
        <w:tc>
          <w:tcPr>
            <w:tcW w:w="11906" w:type="dxa"/>
            <w:vAlign w:val="center"/>
          </w:tcPr>
          <w:p w14:paraId="1CD0CDCF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Porażenie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prądem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albo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uderzenie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pioruna</w:t>
            </w:r>
            <w:proofErr w:type="spellEnd"/>
          </w:p>
        </w:tc>
        <w:tc>
          <w:tcPr>
            <w:tcW w:w="1247" w:type="dxa"/>
            <w:vAlign w:val="center"/>
          </w:tcPr>
          <w:p w14:paraId="1174502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75 000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247" w:type="dxa"/>
            <w:vAlign w:val="center"/>
          </w:tcPr>
          <w:p w14:paraId="363476E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150 000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2166F115" w14:textId="77777777">
        <w:trPr>
          <w:cantSplit/>
          <w:jc w:val="center"/>
        </w:trPr>
        <w:tc>
          <w:tcPr>
            <w:tcW w:w="11906" w:type="dxa"/>
            <w:shd w:val="clear" w:color="auto" w:fill="FAFCFD"/>
            <w:vAlign w:val="center"/>
          </w:tcPr>
          <w:p w14:paraId="402BDE81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Uprawianie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sportu</w:t>
            </w:r>
            <w:proofErr w:type="spellEnd"/>
          </w:p>
        </w:tc>
        <w:tc>
          <w:tcPr>
            <w:tcW w:w="1247" w:type="dxa"/>
            <w:shd w:val="clear" w:color="auto" w:fill="FAFCFD"/>
            <w:vAlign w:val="center"/>
          </w:tcPr>
          <w:p w14:paraId="6E03DF1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75 000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247" w:type="dxa"/>
            <w:shd w:val="clear" w:color="auto" w:fill="FAFCFD"/>
            <w:vAlign w:val="center"/>
          </w:tcPr>
          <w:p w14:paraId="25935D1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150 000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536E3AA9" w14:textId="77777777">
        <w:trPr>
          <w:cantSplit/>
          <w:jc w:val="center"/>
        </w:trPr>
        <w:tc>
          <w:tcPr>
            <w:tcW w:w="11906" w:type="dxa"/>
            <w:vAlign w:val="center"/>
          </w:tcPr>
          <w:p w14:paraId="053B6F2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Uprawianie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sportu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kwalifikowanego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jako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niebezpieczny</w:t>
            </w:r>
            <w:proofErr w:type="spellEnd"/>
          </w:p>
        </w:tc>
        <w:tc>
          <w:tcPr>
            <w:tcW w:w="1247" w:type="dxa"/>
            <w:vAlign w:val="center"/>
          </w:tcPr>
          <w:p w14:paraId="5424BBD5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75 000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247" w:type="dxa"/>
            <w:vAlign w:val="center"/>
          </w:tcPr>
          <w:p w14:paraId="2046B3D8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150 000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773A9E50" w14:textId="77777777">
        <w:trPr>
          <w:cantSplit/>
          <w:jc w:val="center"/>
        </w:trPr>
        <w:tc>
          <w:tcPr>
            <w:tcW w:w="11906" w:type="dxa"/>
            <w:shd w:val="clear" w:color="auto" w:fill="FAFCFD"/>
            <w:vAlign w:val="center"/>
          </w:tcPr>
          <w:p w14:paraId="46CD5364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Uprawianie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sportu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na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kółkach</w:t>
            </w:r>
            <w:proofErr w:type="spellEnd"/>
          </w:p>
        </w:tc>
        <w:tc>
          <w:tcPr>
            <w:tcW w:w="1247" w:type="dxa"/>
            <w:shd w:val="clear" w:color="auto" w:fill="FAFCFD"/>
            <w:vAlign w:val="center"/>
          </w:tcPr>
          <w:p w14:paraId="4E04EFAE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75 000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247" w:type="dxa"/>
            <w:shd w:val="clear" w:color="auto" w:fill="FAFCFD"/>
            <w:vAlign w:val="center"/>
          </w:tcPr>
          <w:p w14:paraId="2E6BC39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150 000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18C295CC" w14:textId="77777777">
        <w:trPr>
          <w:cantSplit/>
          <w:jc w:val="center"/>
        </w:trPr>
        <w:tc>
          <w:tcPr>
            <w:tcW w:w="11906" w:type="dxa"/>
            <w:vAlign w:val="center"/>
          </w:tcPr>
          <w:p w14:paraId="1ED860F2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Narciarstwo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albo</w:t>
            </w:r>
            <w:proofErr w:type="spellEnd"/>
            <w:r w:rsidRPr="00915FC0">
              <w:rPr>
                <w:color w:val="auto"/>
                <w:sz w:val="14"/>
              </w:rPr>
              <w:t xml:space="preserve"> snowboarding</w:t>
            </w:r>
          </w:p>
        </w:tc>
        <w:tc>
          <w:tcPr>
            <w:tcW w:w="1247" w:type="dxa"/>
            <w:vAlign w:val="center"/>
          </w:tcPr>
          <w:p w14:paraId="6E0BDD62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75 000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247" w:type="dxa"/>
            <w:vAlign w:val="center"/>
          </w:tcPr>
          <w:p w14:paraId="5838DEA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150 000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24B0EBFA" w14:textId="77777777">
        <w:trPr>
          <w:cantSplit/>
          <w:jc w:val="center"/>
        </w:trPr>
        <w:tc>
          <w:tcPr>
            <w:tcW w:w="11906" w:type="dxa"/>
            <w:shd w:val="clear" w:color="auto" w:fill="FAFCFD"/>
            <w:vAlign w:val="center"/>
          </w:tcPr>
          <w:p w14:paraId="7BF9608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Śmierć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ubezpieczonego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niezależnie</w:t>
            </w:r>
            <w:proofErr w:type="spellEnd"/>
            <w:r w:rsidRPr="00915FC0">
              <w:rPr>
                <w:color w:val="auto"/>
                <w:sz w:val="14"/>
              </w:rPr>
              <w:t xml:space="preserve"> od </w:t>
            </w:r>
            <w:proofErr w:type="spellStart"/>
            <w:r w:rsidRPr="00915FC0">
              <w:rPr>
                <w:color w:val="auto"/>
                <w:sz w:val="14"/>
              </w:rPr>
              <w:t>przyczyny</w:t>
            </w:r>
            <w:proofErr w:type="spellEnd"/>
          </w:p>
        </w:tc>
        <w:tc>
          <w:tcPr>
            <w:tcW w:w="1247" w:type="dxa"/>
            <w:shd w:val="clear" w:color="auto" w:fill="FAFCFD"/>
            <w:vAlign w:val="center"/>
          </w:tcPr>
          <w:p w14:paraId="28F884A4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247" w:type="dxa"/>
            <w:shd w:val="clear" w:color="auto" w:fill="FAFCFD"/>
            <w:vAlign w:val="center"/>
          </w:tcPr>
          <w:p w14:paraId="61055594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357B3AA7" w14:textId="77777777">
        <w:trPr>
          <w:cantSplit/>
          <w:jc w:val="center"/>
        </w:trPr>
        <w:tc>
          <w:tcPr>
            <w:tcW w:w="1247" w:type="dxa"/>
            <w:gridSpan w:val="3"/>
            <w:shd w:val="clear" w:color="auto" w:fill="EDF5F7"/>
            <w:vAlign w:val="center"/>
          </w:tcPr>
          <w:p w14:paraId="3259AE29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b/>
                <w:color w:val="auto"/>
                <w:sz w:val="14"/>
              </w:rPr>
              <w:t xml:space="preserve">B. </w:t>
            </w:r>
            <w:proofErr w:type="spellStart"/>
            <w:r w:rsidRPr="00915FC0">
              <w:rPr>
                <w:b/>
                <w:color w:val="auto"/>
                <w:sz w:val="14"/>
              </w:rPr>
              <w:t>Ochrona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b/>
                <w:color w:val="auto"/>
                <w:sz w:val="14"/>
              </w:rPr>
              <w:t>bliskich</w:t>
            </w:r>
            <w:proofErr w:type="spellEnd"/>
          </w:p>
        </w:tc>
      </w:tr>
      <w:tr w:rsidR="003158F7" w:rsidRPr="00915FC0" w14:paraId="7D447654" w14:textId="77777777">
        <w:trPr>
          <w:cantSplit/>
          <w:jc w:val="center"/>
        </w:trPr>
        <w:tc>
          <w:tcPr>
            <w:tcW w:w="11906" w:type="dxa"/>
            <w:shd w:val="clear" w:color="auto" w:fill="FAFCFD"/>
            <w:vAlign w:val="center"/>
          </w:tcPr>
          <w:p w14:paraId="5385F7C0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Śmierć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małżonka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lub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partnera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życiowego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wskutek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wypadku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komunikacyjnego</w:t>
            </w:r>
            <w:proofErr w:type="spellEnd"/>
          </w:p>
        </w:tc>
        <w:tc>
          <w:tcPr>
            <w:tcW w:w="1247" w:type="dxa"/>
            <w:shd w:val="clear" w:color="auto" w:fill="FAFCFD"/>
            <w:vAlign w:val="center"/>
          </w:tcPr>
          <w:p w14:paraId="557E6DD8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75 000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247" w:type="dxa"/>
            <w:shd w:val="clear" w:color="auto" w:fill="FAFCFD"/>
            <w:vAlign w:val="center"/>
          </w:tcPr>
          <w:p w14:paraId="6E48E34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150 000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30CCFAA0" w14:textId="77777777">
        <w:trPr>
          <w:cantSplit/>
          <w:jc w:val="center"/>
        </w:trPr>
        <w:tc>
          <w:tcPr>
            <w:tcW w:w="1247" w:type="dxa"/>
            <w:gridSpan w:val="3"/>
            <w:shd w:val="clear" w:color="auto" w:fill="EDF5F7"/>
            <w:vAlign w:val="center"/>
          </w:tcPr>
          <w:p w14:paraId="467C7CCF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b/>
                <w:color w:val="auto"/>
                <w:sz w:val="14"/>
              </w:rPr>
              <w:t xml:space="preserve">C. </w:t>
            </w:r>
            <w:proofErr w:type="spellStart"/>
            <w:r w:rsidRPr="00915FC0">
              <w:rPr>
                <w:b/>
                <w:color w:val="auto"/>
                <w:sz w:val="14"/>
              </w:rPr>
              <w:t>Uszkodzenia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b/>
                <w:color w:val="auto"/>
                <w:sz w:val="14"/>
              </w:rPr>
              <w:t>ciała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b/>
                <w:color w:val="auto"/>
                <w:sz w:val="14"/>
              </w:rPr>
              <w:t>osoby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b/>
                <w:color w:val="auto"/>
                <w:sz w:val="14"/>
              </w:rPr>
              <w:t>ubezpieczonej</w:t>
            </w:r>
            <w:proofErr w:type="spellEnd"/>
          </w:p>
        </w:tc>
      </w:tr>
      <w:tr w:rsidR="003158F7" w:rsidRPr="00915FC0" w14:paraId="2320349D" w14:textId="77777777">
        <w:trPr>
          <w:cantSplit/>
          <w:jc w:val="center"/>
        </w:trPr>
        <w:tc>
          <w:tcPr>
            <w:tcW w:w="11906" w:type="dxa"/>
            <w:shd w:val="clear" w:color="auto" w:fill="FAFCFD"/>
            <w:vAlign w:val="center"/>
          </w:tcPr>
          <w:p w14:paraId="42B79568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Oparzenie</w:t>
            </w:r>
            <w:proofErr w:type="spellEnd"/>
            <w:r w:rsidRPr="00915FC0">
              <w:rPr>
                <w:color w:val="auto"/>
                <w:sz w:val="14"/>
              </w:rPr>
              <w:t xml:space="preserve"> – </w:t>
            </w:r>
            <w:proofErr w:type="spellStart"/>
            <w:r w:rsidRPr="00915FC0">
              <w:rPr>
                <w:color w:val="auto"/>
                <w:sz w:val="14"/>
              </w:rPr>
              <w:t>maksymalna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suma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bazowa</w:t>
            </w:r>
            <w:proofErr w:type="spellEnd"/>
          </w:p>
        </w:tc>
        <w:tc>
          <w:tcPr>
            <w:tcW w:w="1247" w:type="dxa"/>
            <w:shd w:val="clear" w:color="auto" w:fill="FAFCFD"/>
            <w:vAlign w:val="center"/>
          </w:tcPr>
          <w:p w14:paraId="17EB82FC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15 000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247" w:type="dxa"/>
            <w:shd w:val="clear" w:color="auto" w:fill="FAFCFD"/>
            <w:vAlign w:val="center"/>
          </w:tcPr>
          <w:p w14:paraId="410CCCF9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30 000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3D2FBBAA" w14:textId="77777777">
        <w:trPr>
          <w:cantSplit/>
          <w:jc w:val="center"/>
        </w:trPr>
        <w:tc>
          <w:tcPr>
            <w:tcW w:w="11906" w:type="dxa"/>
            <w:vAlign w:val="center"/>
          </w:tcPr>
          <w:p w14:paraId="258F41CE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Całkowite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trwałe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inwalidztwo</w:t>
            </w:r>
            <w:proofErr w:type="spellEnd"/>
            <w:r w:rsidRPr="00915FC0">
              <w:rPr>
                <w:color w:val="auto"/>
                <w:sz w:val="14"/>
              </w:rPr>
              <w:t xml:space="preserve"> w </w:t>
            </w:r>
            <w:proofErr w:type="spellStart"/>
            <w:r w:rsidRPr="00915FC0">
              <w:rPr>
                <w:color w:val="auto"/>
                <w:sz w:val="14"/>
              </w:rPr>
              <w:t>razie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zdarzenia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określonego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poniżej</w:t>
            </w:r>
            <w:proofErr w:type="spellEnd"/>
          </w:p>
        </w:tc>
        <w:tc>
          <w:tcPr>
            <w:tcW w:w="1247" w:type="dxa"/>
            <w:vAlign w:val="center"/>
          </w:tcPr>
          <w:p w14:paraId="03DC3C5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15 000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247" w:type="dxa"/>
            <w:vAlign w:val="center"/>
          </w:tcPr>
          <w:p w14:paraId="33040B3C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30 000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6F7221E0" w14:textId="77777777">
        <w:trPr>
          <w:cantSplit/>
          <w:jc w:val="center"/>
        </w:trPr>
        <w:tc>
          <w:tcPr>
            <w:tcW w:w="11906" w:type="dxa"/>
            <w:shd w:val="clear" w:color="auto" w:fill="FAFCFD"/>
            <w:vAlign w:val="center"/>
          </w:tcPr>
          <w:p w14:paraId="6B3F2B71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Częściowe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trwałe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inwalidztwo</w:t>
            </w:r>
            <w:proofErr w:type="spellEnd"/>
            <w:r w:rsidRPr="00915FC0">
              <w:rPr>
                <w:color w:val="auto"/>
                <w:sz w:val="14"/>
              </w:rPr>
              <w:t xml:space="preserve"> – </w:t>
            </w:r>
            <w:proofErr w:type="spellStart"/>
            <w:r w:rsidRPr="00915FC0">
              <w:rPr>
                <w:color w:val="auto"/>
                <w:sz w:val="14"/>
              </w:rPr>
              <w:t>podstawa</w:t>
            </w:r>
            <w:proofErr w:type="spellEnd"/>
            <w:r w:rsidRPr="00915FC0">
              <w:rPr>
                <w:color w:val="auto"/>
                <w:sz w:val="14"/>
              </w:rPr>
              <w:t xml:space="preserve"> do </w:t>
            </w:r>
            <w:proofErr w:type="spellStart"/>
            <w:r w:rsidRPr="00915FC0">
              <w:rPr>
                <w:color w:val="auto"/>
                <w:sz w:val="14"/>
              </w:rPr>
              <w:t>określenia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procentu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wypłaty</w:t>
            </w:r>
            <w:proofErr w:type="spellEnd"/>
          </w:p>
        </w:tc>
        <w:tc>
          <w:tcPr>
            <w:tcW w:w="1247" w:type="dxa"/>
            <w:shd w:val="clear" w:color="auto" w:fill="FAFCFD"/>
            <w:vAlign w:val="center"/>
          </w:tcPr>
          <w:p w14:paraId="71728136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15 000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247" w:type="dxa"/>
            <w:shd w:val="clear" w:color="auto" w:fill="FAFCFD"/>
            <w:vAlign w:val="center"/>
          </w:tcPr>
          <w:p w14:paraId="50D3FBD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30 000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  <w:tr w:rsidR="003158F7" w:rsidRPr="00915FC0" w14:paraId="2E493BFF" w14:textId="77777777">
        <w:trPr>
          <w:cantSplit/>
          <w:jc w:val="center"/>
        </w:trPr>
        <w:tc>
          <w:tcPr>
            <w:tcW w:w="11906" w:type="dxa"/>
            <w:vAlign w:val="center"/>
          </w:tcPr>
          <w:p w14:paraId="088A915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Złamanie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kości</w:t>
            </w:r>
            <w:proofErr w:type="spellEnd"/>
            <w:r w:rsidRPr="00915FC0">
              <w:rPr>
                <w:color w:val="auto"/>
                <w:sz w:val="14"/>
              </w:rPr>
              <w:t xml:space="preserve"> – </w:t>
            </w:r>
            <w:proofErr w:type="spellStart"/>
            <w:r w:rsidRPr="00915FC0">
              <w:rPr>
                <w:color w:val="auto"/>
                <w:sz w:val="14"/>
              </w:rPr>
              <w:t>podstawa</w:t>
            </w:r>
            <w:proofErr w:type="spellEnd"/>
            <w:r w:rsidRPr="00915FC0">
              <w:rPr>
                <w:color w:val="auto"/>
                <w:sz w:val="14"/>
              </w:rPr>
              <w:t xml:space="preserve"> do </w:t>
            </w:r>
            <w:proofErr w:type="spellStart"/>
            <w:r w:rsidRPr="00915FC0">
              <w:rPr>
                <w:color w:val="auto"/>
                <w:sz w:val="14"/>
              </w:rPr>
              <w:t>określenia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procentu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wypłaty</w:t>
            </w:r>
            <w:proofErr w:type="spellEnd"/>
          </w:p>
        </w:tc>
        <w:tc>
          <w:tcPr>
            <w:tcW w:w="1247" w:type="dxa"/>
            <w:vAlign w:val="center"/>
          </w:tcPr>
          <w:p w14:paraId="46F6F0A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15 000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1247" w:type="dxa"/>
            <w:vAlign w:val="center"/>
          </w:tcPr>
          <w:p w14:paraId="0A7B1109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30 000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</w:tr>
    </w:tbl>
    <w:p w14:paraId="4A8F622E" w14:textId="77777777" w:rsidR="003158F7" w:rsidRPr="00915FC0" w:rsidRDefault="003158F7" w:rsidP="00CC5695">
      <w:pPr>
        <w:spacing w:after="0"/>
        <w:jc w:val="both"/>
        <w:rPr>
          <w:rFonts w:hint="eastAsia"/>
          <w:color w:val="auto"/>
        </w:rPr>
      </w:pPr>
    </w:p>
    <w:p w14:paraId="79B64F8E" w14:textId="77777777" w:rsidR="003158F7" w:rsidRPr="00915FC0" w:rsidRDefault="009D5D3E" w:rsidP="00CC5695">
      <w:pPr>
        <w:jc w:val="both"/>
        <w:rPr>
          <w:rFonts w:hint="eastAsia"/>
          <w:color w:val="auto"/>
        </w:rPr>
      </w:pPr>
      <w:proofErr w:type="spellStart"/>
      <w:r w:rsidRPr="00915FC0">
        <w:rPr>
          <w:color w:val="auto"/>
        </w:rPr>
        <w:t>Trwałe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inwalidztwo</w:t>
      </w:r>
      <w:proofErr w:type="spellEnd"/>
      <w:r w:rsidRPr="00915FC0">
        <w:rPr>
          <w:color w:val="auto"/>
        </w:rPr>
        <w:t xml:space="preserve"> w </w:t>
      </w:r>
      <w:proofErr w:type="spellStart"/>
      <w:r w:rsidRPr="00915FC0">
        <w:rPr>
          <w:color w:val="auto"/>
        </w:rPr>
        <w:t>tym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pakiecie</w:t>
      </w:r>
      <w:proofErr w:type="spellEnd"/>
      <w:r w:rsidRPr="00915FC0">
        <w:rPr>
          <w:color w:val="auto"/>
        </w:rPr>
        <w:t xml:space="preserve">: </w:t>
      </w:r>
      <w:proofErr w:type="spellStart"/>
      <w:r w:rsidRPr="00915FC0">
        <w:rPr>
          <w:color w:val="auto"/>
        </w:rPr>
        <w:t>następstwo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wypadku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komunikacyjnego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pożaru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wybuchu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gazu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lub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porażenia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prądem</w:t>
      </w:r>
      <w:proofErr w:type="spellEnd"/>
      <w:r w:rsidRPr="00915FC0">
        <w:rPr>
          <w:color w:val="auto"/>
        </w:rPr>
        <w:t>/</w:t>
      </w:r>
      <w:proofErr w:type="spellStart"/>
      <w:r w:rsidRPr="00915FC0">
        <w:rPr>
          <w:color w:val="auto"/>
        </w:rPr>
        <w:t>uderzenia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pioruna</w:t>
      </w:r>
      <w:proofErr w:type="spellEnd"/>
      <w:r w:rsidRPr="00915FC0">
        <w:rPr>
          <w:color w:val="auto"/>
        </w:rPr>
        <w:t xml:space="preserve">. </w:t>
      </w:r>
      <w:proofErr w:type="spellStart"/>
      <w:r w:rsidRPr="00915FC0">
        <w:rPr>
          <w:color w:val="auto"/>
        </w:rPr>
        <w:t>Ochrona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złamań</w:t>
      </w:r>
      <w:proofErr w:type="spellEnd"/>
      <w:r w:rsidRPr="00915FC0">
        <w:rPr>
          <w:color w:val="auto"/>
        </w:rPr>
        <w:t xml:space="preserve">: </w:t>
      </w:r>
      <w:proofErr w:type="spellStart"/>
      <w:r w:rsidRPr="00915FC0">
        <w:rPr>
          <w:color w:val="auto"/>
        </w:rPr>
        <w:t>następstwo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uprawiania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sportu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kółkach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joggingu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lub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gry</w:t>
      </w:r>
      <w:proofErr w:type="spellEnd"/>
      <w:r w:rsidRPr="00915FC0">
        <w:rPr>
          <w:color w:val="auto"/>
        </w:rPr>
        <w:t xml:space="preserve"> w </w:t>
      </w:r>
      <w:proofErr w:type="spellStart"/>
      <w:r w:rsidRPr="00915FC0">
        <w:rPr>
          <w:color w:val="auto"/>
        </w:rPr>
        <w:t>piłkę</w:t>
      </w:r>
      <w:proofErr w:type="spellEnd"/>
      <w:r w:rsidRPr="00915FC0">
        <w:rPr>
          <w:color w:val="auto"/>
        </w:rPr>
        <w:t xml:space="preserve">. </w:t>
      </w:r>
      <w:proofErr w:type="spellStart"/>
      <w:r w:rsidRPr="00915FC0">
        <w:rPr>
          <w:color w:val="auto"/>
        </w:rPr>
        <w:t>Przy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częściowym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inwalidztwie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oparzeniach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złamaniach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wypłata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stanowi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odpowiedni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procent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sumy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bazowej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według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tabeli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oferenta</w:t>
      </w:r>
      <w:proofErr w:type="spellEnd"/>
      <w:r w:rsidRPr="00915FC0">
        <w:rPr>
          <w:color w:val="auto"/>
        </w:rPr>
        <w:t xml:space="preserve">. </w:t>
      </w:r>
      <w:proofErr w:type="spellStart"/>
      <w:r w:rsidRPr="00915FC0">
        <w:rPr>
          <w:color w:val="auto"/>
        </w:rPr>
        <w:t>Oferent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dołącza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tabelę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szczegółowe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definicje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katalog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wyłączeń</w:t>
      </w:r>
      <w:proofErr w:type="spellEnd"/>
      <w:r w:rsidRPr="00915FC0">
        <w:rPr>
          <w:color w:val="auto"/>
        </w:rPr>
        <w:t>.</w:t>
      </w:r>
    </w:p>
    <w:p w14:paraId="6216FA69" w14:textId="77777777" w:rsidR="000F3A86" w:rsidRDefault="000F3A86" w:rsidP="00CC5695">
      <w:pPr>
        <w:jc w:val="both"/>
        <w:rPr>
          <w:rFonts w:hint="eastAsia"/>
          <w:color w:val="auto"/>
        </w:rPr>
      </w:pPr>
      <w:proofErr w:type="spellStart"/>
      <w:r w:rsidRPr="000F3A86">
        <w:rPr>
          <w:color w:val="auto"/>
        </w:rPr>
        <w:t>Je</w:t>
      </w:r>
      <w:r w:rsidRPr="000F3A86">
        <w:rPr>
          <w:rFonts w:hint="cs"/>
          <w:color w:val="auto"/>
        </w:rPr>
        <w:t>ż</w:t>
      </w:r>
      <w:r w:rsidRPr="000F3A86">
        <w:rPr>
          <w:color w:val="auto"/>
        </w:rPr>
        <w:t>eli</w:t>
      </w:r>
      <w:proofErr w:type="spellEnd"/>
      <w:r w:rsidRPr="000F3A86">
        <w:rPr>
          <w:color w:val="auto"/>
        </w:rPr>
        <w:t xml:space="preserve"> </w:t>
      </w:r>
      <w:proofErr w:type="spellStart"/>
      <w:r w:rsidRPr="000F3A86">
        <w:rPr>
          <w:color w:val="auto"/>
        </w:rPr>
        <w:t>jedno</w:t>
      </w:r>
      <w:proofErr w:type="spellEnd"/>
      <w:r w:rsidRPr="000F3A86">
        <w:rPr>
          <w:color w:val="auto"/>
        </w:rPr>
        <w:t xml:space="preserve"> </w:t>
      </w:r>
      <w:proofErr w:type="spellStart"/>
      <w:r w:rsidRPr="000F3A86">
        <w:rPr>
          <w:color w:val="auto"/>
        </w:rPr>
        <w:t>zdarzenie</w:t>
      </w:r>
      <w:proofErr w:type="spellEnd"/>
      <w:r w:rsidRPr="000F3A86">
        <w:rPr>
          <w:color w:val="auto"/>
        </w:rPr>
        <w:t xml:space="preserve"> </w:t>
      </w:r>
      <w:proofErr w:type="spellStart"/>
      <w:r w:rsidRPr="000F3A86">
        <w:rPr>
          <w:color w:val="auto"/>
        </w:rPr>
        <w:t>spe</w:t>
      </w:r>
      <w:r w:rsidRPr="000F3A86">
        <w:rPr>
          <w:rFonts w:hint="cs"/>
          <w:color w:val="auto"/>
        </w:rPr>
        <w:t>ł</w:t>
      </w:r>
      <w:r w:rsidRPr="000F3A86">
        <w:rPr>
          <w:color w:val="auto"/>
        </w:rPr>
        <w:t>nia</w:t>
      </w:r>
      <w:proofErr w:type="spellEnd"/>
      <w:r w:rsidRPr="000F3A86">
        <w:rPr>
          <w:color w:val="auto"/>
        </w:rPr>
        <w:t xml:space="preserve"> </w:t>
      </w:r>
      <w:proofErr w:type="spellStart"/>
      <w:r w:rsidRPr="000F3A86">
        <w:rPr>
          <w:color w:val="auto"/>
        </w:rPr>
        <w:t>przes</w:t>
      </w:r>
      <w:r w:rsidRPr="000F3A86">
        <w:rPr>
          <w:rFonts w:hint="cs"/>
          <w:color w:val="auto"/>
        </w:rPr>
        <w:t>ł</w:t>
      </w:r>
      <w:r w:rsidRPr="000F3A86">
        <w:rPr>
          <w:color w:val="auto"/>
        </w:rPr>
        <w:t>anki</w:t>
      </w:r>
      <w:proofErr w:type="spellEnd"/>
      <w:r w:rsidRPr="000F3A86">
        <w:rPr>
          <w:color w:val="auto"/>
        </w:rPr>
        <w:t xml:space="preserve"> </w:t>
      </w:r>
      <w:proofErr w:type="spellStart"/>
      <w:r w:rsidRPr="000F3A86">
        <w:rPr>
          <w:color w:val="auto"/>
        </w:rPr>
        <w:t>kilku</w:t>
      </w:r>
      <w:proofErr w:type="spellEnd"/>
      <w:r w:rsidRPr="000F3A86">
        <w:rPr>
          <w:color w:val="auto"/>
        </w:rPr>
        <w:t xml:space="preserve"> </w:t>
      </w:r>
      <w:proofErr w:type="spellStart"/>
      <w:r w:rsidRPr="000F3A86">
        <w:rPr>
          <w:color w:val="auto"/>
        </w:rPr>
        <w:t>kategorii</w:t>
      </w:r>
      <w:proofErr w:type="spellEnd"/>
      <w:r w:rsidRPr="000F3A86">
        <w:rPr>
          <w:color w:val="auto"/>
        </w:rPr>
        <w:t xml:space="preserve">, </w:t>
      </w:r>
      <w:proofErr w:type="spellStart"/>
      <w:r w:rsidRPr="000F3A86">
        <w:rPr>
          <w:rFonts w:hint="cs"/>
          <w:color w:val="auto"/>
        </w:rPr>
        <w:t>ś</w:t>
      </w:r>
      <w:r w:rsidRPr="000F3A86">
        <w:rPr>
          <w:color w:val="auto"/>
        </w:rPr>
        <w:t>wiadczenia</w:t>
      </w:r>
      <w:proofErr w:type="spellEnd"/>
      <w:r w:rsidRPr="000F3A86">
        <w:rPr>
          <w:color w:val="auto"/>
        </w:rPr>
        <w:t xml:space="preserve"> </w:t>
      </w:r>
      <w:proofErr w:type="spellStart"/>
      <w:r w:rsidRPr="000F3A86">
        <w:rPr>
          <w:color w:val="auto"/>
        </w:rPr>
        <w:t>si</w:t>
      </w:r>
      <w:r w:rsidRPr="000F3A86">
        <w:rPr>
          <w:rFonts w:hint="cs"/>
          <w:color w:val="auto"/>
        </w:rPr>
        <w:t>ę</w:t>
      </w:r>
      <w:proofErr w:type="spellEnd"/>
      <w:r w:rsidRPr="000F3A86">
        <w:rPr>
          <w:color w:val="auto"/>
        </w:rPr>
        <w:t xml:space="preserve"> </w:t>
      </w:r>
      <w:proofErr w:type="spellStart"/>
      <w:r w:rsidRPr="000F3A86">
        <w:rPr>
          <w:color w:val="auto"/>
        </w:rPr>
        <w:t>kumuluj</w:t>
      </w:r>
      <w:r w:rsidRPr="000F3A86">
        <w:rPr>
          <w:rFonts w:hint="cs"/>
          <w:color w:val="auto"/>
        </w:rPr>
        <w:t>ą</w:t>
      </w:r>
      <w:proofErr w:type="spellEnd"/>
      <w:r w:rsidRPr="000F3A86">
        <w:rPr>
          <w:color w:val="auto"/>
        </w:rPr>
        <w:t xml:space="preserve">. </w:t>
      </w:r>
      <w:proofErr w:type="spellStart"/>
      <w:r w:rsidRPr="000F3A86">
        <w:rPr>
          <w:color w:val="auto"/>
        </w:rPr>
        <w:t>Ewentualne</w:t>
      </w:r>
      <w:proofErr w:type="spellEnd"/>
      <w:r w:rsidRPr="000F3A86">
        <w:rPr>
          <w:color w:val="auto"/>
        </w:rPr>
        <w:t xml:space="preserve"> </w:t>
      </w:r>
      <w:proofErr w:type="spellStart"/>
      <w:r w:rsidRPr="000F3A86">
        <w:rPr>
          <w:color w:val="auto"/>
        </w:rPr>
        <w:t>ograniczenia</w:t>
      </w:r>
      <w:proofErr w:type="spellEnd"/>
      <w:r w:rsidRPr="000F3A86">
        <w:rPr>
          <w:color w:val="auto"/>
        </w:rPr>
        <w:t xml:space="preserve"> </w:t>
      </w:r>
      <w:proofErr w:type="spellStart"/>
      <w:r w:rsidRPr="000F3A86">
        <w:rPr>
          <w:color w:val="auto"/>
        </w:rPr>
        <w:t>kumulacji</w:t>
      </w:r>
      <w:proofErr w:type="spellEnd"/>
      <w:r w:rsidRPr="000F3A86">
        <w:rPr>
          <w:color w:val="auto"/>
        </w:rPr>
        <w:t xml:space="preserve"> </w:t>
      </w:r>
      <w:proofErr w:type="spellStart"/>
      <w:r w:rsidRPr="000F3A86">
        <w:rPr>
          <w:color w:val="auto"/>
        </w:rPr>
        <w:t>oferent</w:t>
      </w:r>
      <w:proofErr w:type="spellEnd"/>
      <w:r w:rsidRPr="000F3A86">
        <w:rPr>
          <w:color w:val="auto"/>
        </w:rPr>
        <w:t xml:space="preserve"> </w:t>
      </w:r>
      <w:proofErr w:type="spellStart"/>
      <w:r w:rsidRPr="000F3A86">
        <w:rPr>
          <w:color w:val="auto"/>
        </w:rPr>
        <w:t>wskazuje</w:t>
      </w:r>
      <w:proofErr w:type="spellEnd"/>
      <w:r w:rsidRPr="000F3A86">
        <w:rPr>
          <w:color w:val="auto"/>
        </w:rPr>
        <w:t xml:space="preserve"> </w:t>
      </w:r>
      <w:proofErr w:type="spellStart"/>
      <w:r w:rsidRPr="000F3A86">
        <w:rPr>
          <w:color w:val="auto"/>
        </w:rPr>
        <w:t>jako</w:t>
      </w:r>
      <w:proofErr w:type="spellEnd"/>
      <w:r w:rsidRPr="000F3A86">
        <w:rPr>
          <w:color w:val="auto"/>
        </w:rPr>
        <w:t xml:space="preserve"> </w:t>
      </w:r>
      <w:proofErr w:type="spellStart"/>
      <w:r w:rsidRPr="000F3A86">
        <w:rPr>
          <w:color w:val="auto"/>
        </w:rPr>
        <w:t>odst</w:t>
      </w:r>
      <w:r w:rsidRPr="000F3A86">
        <w:rPr>
          <w:rFonts w:hint="cs"/>
          <w:color w:val="auto"/>
        </w:rPr>
        <w:t>ę</w:t>
      </w:r>
      <w:r w:rsidRPr="000F3A86">
        <w:rPr>
          <w:color w:val="auto"/>
        </w:rPr>
        <w:t>pstwo</w:t>
      </w:r>
      <w:proofErr w:type="spellEnd"/>
      <w:r w:rsidRPr="000F3A86">
        <w:rPr>
          <w:color w:val="auto"/>
        </w:rPr>
        <w:t>.</w:t>
      </w:r>
    </w:p>
    <w:p w14:paraId="269189DA" w14:textId="77777777" w:rsidR="00246A86" w:rsidRPr="00915FC0" w:rsidRDefault="00246A86" w:rsidP="00CC5695">
      <w:pPr>
        <w:jc w:val="both"/>
        <w:rPr>
          <w:rFonts w:hint="eastAsia"/>
          <w:color w:val="auto"/>
        </w:rPr>
      </w:pPr>
      <w:proofErr w:type="spellStart"/>
      <w:r w:rsidRPr="00246A86">
        <w:rPr>
          <w:color w:val="auto"/>
        </w:rPr>
        <w:t>Pakiet</w:t>
      </w:r>
      <w:proofErr w:type="spellEnd"/>
      <w:r w:rsidRPr="00246A86">
        <w:rPr>
          <w:color w:val="auto"/>
        </w:rPr>
        <w:t xml:space="preserve"> N1</w:t>
      </w:r>
      <w:r w:rsidRPr="00246A86">
        <w:rPr>
          <w:rFonts w:hint="cs"/>
          <w:color w:val="auto"/>
        </w:rPr>
        <w:t>–</w:t>
      </w:r>
      <w:r w:rsidRPr="00246A86">
        <w:rPr>
          <w:color w:val="auto"/>
        </w:rPr>
        <w:t xml:space="preserve">N2 jest </w:t>
      </w:r>
      <w:proofErr w:type="spellStart"/>
      <w:r w:rsidRPr="00246A86">
        <w:rPr>
          <w:color w:val="auto"/>
        </w:rPr>
        <w:t>opcj</w:t>
      </w:r>
      <w:r w:rsidRPr="00246A86">
        <w:rPr>
          <w:rFonts w:hint="cs"/>
          <w:color w:val="auto"/>
        </w:rPr>
        <w:t>ą</w:t>
      </w:r>
      <w:proofErr w:type="spellEnd"/>
      <w:r w:rsidRPr="00246A86">
        <w:rPr>
          <w:color w:val="auto"/>
        </w:rPr>
        <w:t xml:space="preserve"> </w:t>
      </w:r>
      <w:proofErr w:type="spellStart"/>
      <w:r w:rsidRPr="00246A86">
        <w:rPr>
          <w:color w:val="auto"/>
        </w:rPr>
        <w:t>dodatkow</w:t>
      </w:r>
      <w:r w:rsidRPr="00246A86">
        <w:rPr>
          <w:rFonts w:hint="cs"/>
          <w:color w:val="auto"/>
        </w:rPr>
        <w:t>ą</w:t>
      </w:r>
      <w:proofErr w:type="spellEnd"/>
      <w:r w:rsidRPr="00246A86">
        <w:rPr>
          <w:color w:val="auto"/>
        </w:rPr>
        <w:t xml:space="preserve"> do </w:t>
      </w:r>
      <w:proofErr w:type="spellStart"/>
      <w:r w:rsidRPr="00246A86">
        <w:rPr>
          <w:color w:val="auto"/>
        </w:rPr>
        <w:t>ubezpieczenia</w:t>
      </w:r>
      <w:proofErr w:type="spellEnd"/>
      <w:r w:rsidRPr="00246A86">
        <w:rPr>
          <w:color w:val="auto"/>
        </w:rPr>
        <w:t xml:space="preserve"> </w:t>
      </w:r>
      <w:proofErr w:type="spellStart"/>
      <w:r w:rsidRPr="00246A86">
        <w:rPr>
          <w:color w:val="auto"/>
        </w:rPr>
        <w:t>podstawowego</w:t>
      </w:r>
      <w:proofErr w:type="spellEnd"/>
      <w:r w:rsidRPr="00246A86">
        <w:rPr>
          <w:color w:val="auto"/>
        </w:rPr>
        <w:t xml:space="preserve"> </w:t>
      </w:r>
      <w:proofErr w:type="spellStart"/>
      <w:r w:rsidRPr="00246A86">
        <w:rPr>
          <w:color w:val="auto"/>
        </w:rPr>
        <w:t>okre</w:t>
      </w:r>
      <w:r w:rsidRPr="00246A86">
        <w:rPr>
          <w:rFonts w:hint="cs"/>
          <w:color w:val="auto"/>
        </w:rPr>
        <w:t>ś</w:t>
      </w:r>
      <w:r w:rsidRPr="00246A86">
        <w:rPr>
          <w:color w:val="auto"/>
        </w:rPr>
        <w:t>lonego</w:t>
      </w:r>
      <w:proofErr w:type="spellEnd"/>
      <w:r w:rsidRPr="00246A86">
        <w:rPr>
          <w:color w:val="auto"/>
        </w:rPr>
        <w:t xml:space="preserve"> w </w:t>
      </w:r>
      <w:proofErr w:type="spellStart"/>
      <w:r w:rsidRPr="00246A86">
        <w:rPr>
          <w:color w:val="auto"/>
        </w:rPr>
        <w:t>Za</w:t>
      </w:r>
      <w:r w:rsidRPr="00246A86">
        <w:rPr>
          <w:rFonts w:hint="cs"/>
          <w:color w:val="auto"/>
        </w:rPr>
        <w:t>łą</w:t>
      </w:r>
      <w:r w:rsidRPr="00246A86">
        <w:rPr>
          <w:color w:val="auto"/>
        </w:rPr>
        <w:t>czniku</w:t>
      </w:r>
      <w:proofErr w:type="spellEnd"/>
      <w:r w:rsidRPr="00246A86">
        <w:rPr>
          <w:color w:val="auto"/>
        </w:rPr>
        <w:t xml:space="preserve"> nr 1 </w:t>
      </w:r>
      <w:proofErr w:type="spellStart"/>
      <w:r w:rsidRPr="00246A86">
        <w:rPr>
          <w:color w:val="auto"/>
        </w:rPr>
        <w:t>i</w:t>
      </w:r>
      <w:proofErr w:type="spellEnd"/>
      <w:r w:rsidRPr="00246A86">
        <w:rPr>
          <w:color w:val="auto"/>
        </w:rPr>
        <w:t xml:space="preserve"> </w:t>
      </w:r>
      <w:proofErr w:type="spellStart"/>
      <w:r w:rsidRPr="00246A86">
        <w:rPr>
          <w:color w:val="auto"/>
        </w:rPr>
        <w:t>mo</w:t>
      </w:r>
      <w:r w:rsidRPr="00246A86">
        <w:rPr>
          <w:rFonts w:hint="cs"/>
          <w:color w:val="auto"/>
        </w:rPr>
        <w:t>ż</w:t>
      </w:r>
      <w:r w:rsidRPr="00246A86">
        <w:rPr>
          <w:color w:val="auto"/>
        </w:rPr>
        <w:t>e</w:t>
      </w:r>
      <w:proofErr w:type="spellEnd"/>
      <w:r w:rsidRPr="00246A86">
        <w:rPr>
          <w:color w:val="auto"/>
        </w:rPr>
        <w:t xml:space="preserve"> </w:t>
      </w:r>
      <w:proofErr w:type="spellStart"/>
      <w:r w:rsidRPr="00246A86">
        <w:rPr>
          <w:color w:val="auto"/>
        </w:rPr>
        <w:t>zosta</w:t>
      </w:r>
      <w:r w:rsidRPr="00246A86">
        <w:rPr>
          <w:rFonts w:hint="cs"/>
          <w:color w:val="auto"/>
        </w:rPr>
        <w:t>ć</w:t>
      </w:r>
      <w:proofErr w:type="spellEnd"/>
      <w:r w:rsidRPr="00246A86">
        <w:rPr>
          <w:color w:val="auto"/>
        </w:rPr>
        <w:t xml:space="preserve"> </w:t>
      </w:r>
      <w:proofErr w:type="spellStart"/>
      <w:r w:rsidRPr="00246A86">
        <w:rPr>
          <w:color w:val="auto"/>
        </w:rPr>
        <w:t>wybrany</w:t>
      </w:r>
      <w:proofErr w:type="spellEnd"/>
      <w:r w:rsidRPr="00246A86">
        <w:rPr>
          <w:color w:val="auto"/>
        </w:rPr>
        <w:t xml:space="preserve"> </w:t>
      </w:r>
      <w:proofErr w:type="spellStart"/>
      <w:r w:rsidRPr="00246A86">
        <w:rPr>
          <w:color w:val="auto"/>
        </w:rPr>
        <w:t>wy</w:t>
      </w:r>
      <w:r w:rsidRPr="00246A86">
        <w:rPr>
          <w:rFonts w:hint="cs"/>
          <w:color w:val="auto"/>
        </w:rPr>
        <w:t>łą</w:t>
      </w:r>
      <w:r w:rsidRPr="00246A86">
        <w:rPr>
          <w:color w:val="auto"/>
        </w:rPr>
        <w:t>cznie</w:t>
      </w:r>
      <w:proofErr w:type="spellEnd"/>
      <w:r w:rsidRPr="00246A86">
        <w:rPr>
          <w:color w:val="auto"/>
        </w:rPr>
        <w:t xml:space="preserve"> </w:t>
      </w:r>
      <w:proofErr w:type="spellStart"/>
      <w:r w:rsidRPr="00246A86">
        <w:rPr>
          <w:color w:val="auto"/>
        </w:rPr>
        <w:t>przez</w:t>
      </w:r>
      <w:proofErr w:type="spellEnd"/>
      <w:r w:rsidRPr="00246A86">
        <w:rPr>
          <w:color w:val="auto"/>
        </w:rPr>
        <w:t xml:space="preserve"> </w:t>
      </w:r>
      <w:proofErr w:type="spellStart"/>
      <w:r w:rsidRPr="00246A86">
        <w:rPr>
          <w:color w:val="auto"/>
        </w:rPr>
        <w:t>osob</w:t>
      </w:r>
      <w:r w:rsidRPr="00246A86">
        <w:rPr>
          <w:rFonts w:hint="cs"/>
          <w:color w:val="auto"/>
        </w:rPr>
        <w:t>ę</w:t>
      </w:r>
      <w:proofErr w:type="spellEnd"/>
      <w:r w:rsidRPr="00246A86">
        <w:rPr>
          <w:color w:val="auto"/>
        </w:rPr>
        <w:t xml:space="preserve"> </w:t>
      </w:r>
      <w:proofErr w:type="spellStart"/>
      <w:r w:rsidRPr="00246A86">
        <w:rPr>
          <w:color w:val="auto"/>
        </w:rPr>
        <w:t>obj</w:t>
      </w:r>
      <w:r w:rsidRPr="00246A86">
        <w:rPr>
          <w:rFonts w:hint="cs"/>
          <w:color w:val="auto"/>
        </w:rPr>
        <w:t>ę</w:t>
      </w:r>
      <w:r w:rsidRPr="00246A86">
        <w:rPr>
          <w:color w:val="auto"/>
        </w:rPr>
        <w:t>t</w:t>
      </w:r>
      <w:r w:rsidRPr="00246A86">
        <w:rPr>
          <w:rFonts w:hint="cs"/>
          <w:color w:val="auto"/>
        </w:rPr>
        <w:t>ą</w:t>
      </w:r>
      <w:proofErr w:type="spellEnd"/>
      <w:r w:rsidRPr="00246A86">
        <w:rPr>
          <w:color w:val="auto"/>
        </w:rPr>
        <w:t xml:space="preserve"> </w:t>
      </w:r>
      <w:proofErr w:type="spellStart"/>
      <w:r w:rsidRPr="00246A86">
        <w:rPr>
          <w:color w:val="auto"/>
        </w:rPr>
        <w:t>jednym</w:t>
      </w:r>
      <w:proofErr w:type="spellEnd"/>
      <w:r w:rsidRPr="00246A86">
        <w:rPr>
          <w:color w:val="auto"/>
        </w:rPr>
        <w:t xml:space="preserve"> z </w:t>
      </w:r>
      <w:proofErr w:type="spellStart"/>
      <w:r w:rsidRPr="00246A86">
        <w:rPr>
          <w:color w:val="auto"/>
        </w:rPr>
        <w:t>wariant</w:t>
      </w:r>
      <w:r w:rsidRPr="00246A86">
        <w:rPr>
          <w:rFonts w:hint="cs"/>
          <w:color w:val="auto"/>
        </w:rPr>
        <w:t>ó</w:t>
      </w:r>
      <w:r w:rsidRPr="00246A86">
        <w:rPr>
          <w:color w:val="auto"/>
        </w:rPr>
        <w:t>w</w:t>
      </w:r>
      <w:proofErr w:type="spellEnd"/>
      <w:r w:rsidRPr="00246A86">
        <w:rPr>
          <w:color w:val="auto"/>
        </w:rPr>
        <w:t xml:space="preserve"> A</w:t>
      </w:r>
      <w:r w:rsidRPr="00246A86">
        <w:rPr>
          <w:rFonts w:hint="cs"/>
          <w:color w:val="auto"/>
        </w:rPr>
        <w:t>–</w:t>
      </w:r>
      <w:r w:rsidRPr="00246A86">
        <w:rPr>
          <w:color w:val="auto"/>
        </w:rPr>
        <w:t xml:space="preserve">E. </w:t>
      </w:r>
      <w:proofErr w:type="spellStart"/>
      <w:r w:rsidRPr="00246A86">
        <w:rPr>
          <w:rFonts w:hint="cs"/>
          <w:color w:val="auto"/>
        </w:rPr>
        <w:t>Ś</w:t>
      </w:r>
      <w:r w:rsidRPr="00246A86">
        <w:rPr>
          <w:color w:val="auto"/>
        </w:rPr>
        <w:t>wiadczenia</w:t>
      </w:r>
      <w:proofErr w:type="spellEnd"/>
      <w:r w:rsidRPr="00246A86">
        <w:rPr>
          <w:color w:val="auto"/>
        </w:rPr>
        <w:t xml:space="preserve"> z </w:t>
      </w:r>
      <w:proofErr w:type="spellStart"/>
      <w:r w:rsidRPr="00246A86">
        <w:rPr>
          <w:color w:val="auto"/>
        </w:rPr>
        <w:t>pakietu</w:t>
      </w:r>
      <w:proofErr w:type="spellEnd"/>
      <w:r w:rsidRPr="00246A86">
        <w:rPr>
          <w:color w:val="auto"/>
        </w:rPr>
        <w:t xml:space="preserve"> N1</w:t>
      </w:r>
      <w:r w:rsidRPr="00246A86">
        <w:rPr>
          <w:rFonts w:hint="cs"/>
          <w:color w:val="auto"/>
        </w:rPr>
        <w:t>–</w:t>
      </w:r>
      <w:r w:rsidRPr="00246A86">
        <w:rPr>
          <w:color w:val="auto"/>
        </w:rPr>
        <w:t xml:space="preserve">N2 </w:t>
      </w:r>
      <w:proofErr w:type="spellStart"/>
      <w:r w:rsidRPr="00246A86">
        <w:rPr>
          <w:color w:val="auto"/>
        </w:rPr>
        <w:t>przys</w:t>
      </w:r>
      <w:r w:rsidRPr="00246A86">
        <w:rPr>
          <w:rFonts w:hint="cs"/>
          <w:color w:val="auto"/>
        </w:rPr>
        <w:t>ł</w:t>
      </w:r>
      <w:r w:rsidRPr="00246A86">
        <w:rPr>
          <w:color w:val="auto"/>
        </w:rPr>
        <w:t>uguj</w:t>
      </w:r>
      <w:r w:rsidRPr="00246A86">
        <w:rPr>
          <w:rFonts w:hint="cs"/>
          <w:color w:val="auto"/>
        </w:rPr>
        <w:t>ą</w:t>
      </w:r>
      <w:proofErr w:type="spellEnd"/>
      <w:r w:rsidRPr="00246A86">
        <w:rPr>
          <w:color w:val="auto"/>
        </w:rPr>
        <w:t xml:space="preserve"> </w:t>
      </w:r>
      <w:proofErr w:type="spellStart"/>
      <w:r w:rsidRPr="00246A86">
        <w:rPr>
          <w:color w:val="auto"/>
        </w:rPr>
        <w:t>niezale</w:t>
      </w:r>
      <w:r w:rsidRPr="00246A86">
        <w:rPr>
          <w:rFonts w:hint="cs"/>
          <w:color w:val="auto"/>
        </w:rPr>
        <w:t>ż</w:t>
      </w:r>
      <w:r w:rsidRPr="00246A86">
        <w:rPr>
          <w:color w:val="auto"/>
        </w:rPr>
        <w:t>nie</w:t>
      </w:r>
      <w:proofErr w:type="spellEnd"/>
      <w:r w:rsidRPr="00246A86">
        <w:rPr>
          <w:color w:val="auto"/>
        </w:rPr>
        <w:t xml:space="preserve"> od </w:t>
      </w:r>
      <w:proofErr w:type="spellStart"/>
      <w:r w:rsidRPr="00246A86">
        <w:rPr>
          <w:rFonts w:hint="cs"/>
          <w:color w:val="auto"/>
        </w:rPr>
        <w:t>ś</w:t>
      </w:r>
      <w:r w:rsidRPr="00246A86">
        <w:rPr>
          <w:color w:val="auto"/>
        </w:rPr>
        <w:t>wiadcze</w:t>
      </w:r>
      <w:r w:rsidRPr="00246A86">
        <w:rPr>
          <w:rFonts w:hint="cs"/>
          <w:color w:val="auto"/>
        </w:rPr>
        <w:t>ń</w:t>
      </w:r>
      <w:proofErr w:type="spellEnd"/>
      <w:r w:rsidRPr="00246A86">
        <w:rPr>
          <w:color w:val="auto"/>
        </w:rPr>
        <w:t xml:space="preserve"> </w:t>
      </w:r>
      <w:proofErr w:type="spellStart"/>
      <w:r w:rsidRPr="00246A86">
        <w:rPr>
          <w:color w:val="auto"/>
        </w:rPr>
        <w:t>nale</w:t>
      </w:r>
      <w:r w:rsidRPr="00246A86">
        <w:rPr>
          <w:rFonts w:hint="cs"/>
          <w:color w:val="auto"/>
        </w:rPr>
        <w:t>ż</w:t>
      </w:r>
      <w:r w:rsidRPr="00246A86">
        <w:rPr>
          <w:color w:val="auto"/>
        </w:rPr>
        <w:t>nych</w:t>
      </w:r>
      <w:proofErr w:type="spellEnd"/>
      <w:r w:rsidRPr="00246A86">
        <w:rPr>
          <w:color w:val="auto"/>
        </w:rPr>
        <w:t xml:space="preserve"> z </w:t>
      </w:r>
      <w:proofErr w:type="spellStart"/>
      <w:r w:rsidRPr="00246A86">
        <w:rPr>
          <w:color w:val="auto"/>
        </w:rPr>
        <w:t>wariantu</w:t>
      </w:r>
      <w:proofErr w:type="spellEnd"/>
      <w:r w:rsidRPr="00246A86">
        <w:rPr>
          <w:color w:val="auto"/>
        </w:rPr>
        <w:t xml:space="preserve"> </w:t>
      </w:r>
      <w:proofErr w:type="spellStart"/>
      <w:r w:rsidRPr="00246A86">
        <w:rPr>
          <w:color w:val="auto"/>
        </w:rPr>
        <w:t>podstawowego</w:t>
      </w:r>
      <w:proofErr w:type="spellEnd"/>
      <w:r w:rsidRPr="00246A86">
        <w:rPr>
          <w:color w:val="auto"/>
        </w:rPr>
        <w:t xml:space="preserve"> </w:t>
      </w:r>
      <w:proofErr w:type="spellStart"/>
      <w:r w:rsidRPr="00246A86">
        <w:rPr>
          <w:color w:val="auto"/>
        </w:rPr>
        <w:t>i</w:t>
      </w:r>
      <w:proofErr w:type="spellEnd"/>
      <w:r w:rsidRPr="00246A86">
        <w:rPr>
          <w:color w:val="auto"/>
        </w:rPr>
        <w:t xml:space="preserve"> </w:t>
      </w:r>
      <w:proofErr w:type="spellStart"/>
      <w:r w:rsidRPr="00246A86">
        <w:rPr>
          <w:color w:val="auto"/>
        </w:rPr>
        <w:t>nie</w:t>
      </w:r>
      <w:proofErr w:type="spellEnd"/>
      <w:r w:rsidRPr="00246A86">
        <w:rPr>
          <w:color w:val="auto"/>
        </w:rPr>
        <w:t xml:space="preserve"> </w:t>
      </w:r>
      <w:proofErr w:type="spellStart"/>
      <w:r w:rsidRPr="00246A86">
        <w:rPr>
          <w:color w:val="auto"/>
        </w:rPr>
        <w:t>pomniejszaj</w:t>
      </w:r>
      <w:r w:rsidRPr="00246A86">
        <w:rPr>
          <w:rFonts w:hint="cs"/>
          <w:color w:val="auto"/>
        </w:rPr>
        <w:t>ą</w:t>
      </w:r>
      <w:proofErr w:type="spellEnd"/>
      <w:r w:rsidRPr="00246A86">
        <w:rPr>
          <w:color w:val="auto"/>
        </w:rPr>
        <w:t xml:space="preserve"> ich.</w:t>
      </w:r>
    </w:p>
    <w:p w14:paraId="386245C4" w14:textId="77777777" w:rsidR="003158F7" w:rsidRPr="00915FC0" w:rsidRDefault="009D5D3E" w:rsidP="00CC5695">
      <w:pPr>
        <w:jc w:val="both"/>
        <w:rPr>
          <w:rFonts w:hint="eastAsia"/>
          <w:color w:val="auto"/>
        </w:rPr>
      </w:pPr>
      <w:r w:rsidRPr="00915FC0">
        <w:rPr>
          <w:color w:val="auto"/>
        </w:rPr>
        <w:br w:type="page"/>
      </w:r>
    </w:p>
    <w:p w14:paraId="2D1B3450" w14:textId="77777777" w:rsidR="003158F7" w:rsidRPr="00915FC0" w:rsidRDefault="009D5D3E" w:rsidP="00CC5695">
      <w:pPr>
        <w:pStyle w:val="Nagwek1"/>
        <w:jc w:val="both"/>
        <w:rPr>
          <w:color w:val="auto"/>
        </w:rPr>
      </w:pPr>
      <w:r w:rsidRPr="00915FC0">
        <w:rPr>
          <w:color w:val="auto"/>
        </w:rPr>
        <w:lastRenderedPageBreak/>
        <w:t xml:space="preserve">ZAŁĄCZNIK NR 4. </w:t>
      </w:r>
      <w:proofErr w:type="spellStart"/>
      <w:r w:rsidRPr="00915FC0">
        <w:rPr>
          <w:color w:val="auto"/>
        </w:rPr>
        <w:t>Formularz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informacji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cenowej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zgodności</w:t>
      </w:r>
      <w:proofErr w:type="spellEnd"/>
    </w:p>
    <w:p w14:paraId="07B2BF2D" w14:textId="77777777" w:rsidR="003158F7" w:rsidRPr="00915FC0" w:rsidRDefault="009D5D3E" w:rsidP="00CC5695">
      <w:pPr>
        <w:jc w:val="both"/>
        <w:rPr>
          <w:rFonts w:hint="eastAsia"/>
          <w:color w:val="auto"/>
        </w:rPr>
      </w:pPr>
      <w:r w:rsidRPr="00915FC0">
        <w:rPr>
          <w:color w:val="auto"/>
        </w:rPr>
        <w:t xml:space="preserve">Nazwa </w:t>
      </w:r>
      <w:proofErr w:type="spellStart"/>
      <w:r w:rsidRPr="00915FC0">
        <w:rPr>
          <w:color w:val="auto"/>
        </w:rPr>
        <w:t>oferenta</w:t>
      </w:r>
      <w:proofErr w:type="spellEnd"/>
      <w:r w:rsidRPr="00915FC0">
        <w:rPr>
          <w:color w:val="auto"/>
        </w:rPr>
        <w:t>: ..............................................................................................................................................</w:t>
      </w:r>
    </w:p>
    <w:p w14:paraId="6F5CDA37" w14:textId="77777777" w:rsidR="003158F7" w:rsidRPr="00915FC0" w:rsidRDefault="009D5D3E" w:rsidP="00CC5695">
      <w:pPr>
        <w:jc w:val="both"/>
        <w:rPr>
          <w:rFonts w:hint="eastAsia"/>
          <w:color w:val="auto"/>
        </w:rPr>
      </w:pPr>
      <w:r w:rsidRPr="00915FC0">
        <w:rPr>
          <w:color w:val="auto"/>
        </w:rPr>
        <w:t xml:space="preserve">Dane </w:t>
      </w:r>
      <w:proofErr w:type="spellStart"/>
      <w:r w:rsidRPr="00915FC0">
        <w:rPr>
          <w:color w:val="auto"/>
        </w:rPr>
        <w:t>kontaktowe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osoby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odpowiedzialnej</w:t>
      </w:r>
      <w:proofErr w:type="spellEnd"/>
      <w:r w:rsidRPr="00915FC0">
        <w:rPr>
          <w:color w:val="auto"/>
        </w:rPr>
        <w:t xml:space="preserve"> za </w:t>
      </w:r>
      <w:proofErr w:type="spellStart"/>
      <w:r w:rsidRPr="00915FC0">
        <w:rPr>
          <w:color w:val="auto"/>
        </w:rPr>
        <w:t>wycenę</w:t>
      </w:r>
      <w:proofErr w:type="spellEnd"/>
      <w:r w:rsidRPr="00915FC0">
        <w:rPr>
          <w:color w:val="auto"/>
        </w:rPr>
        <w:t>: .....................................................................................</w:t>
      </w:r>
    </w:p>
    <w:p w14:paraId="582C6B03" w14:textId="77777777" w:rsidR="003158F7" w:rsidRPr="00915FC0" w:rsidRDefault="009D5D3E" w:rsidP="00CC5695">
      <w:pPr>
        <w:jc w:val="both"/>
        <w:rPr>
          <w:rFonts w:hint="eastAsia"/>
          <w:color w:val="auto"/>
        </w:rPr>
      </w:pPr>
      <w:proofErr w:type="spellStart"/>
      <w:r w:rsidRPr="00915FC0">
        <w:rPr>
          <w:color w:val="auto"/>
        </w:rPr>
        <w:t>Przyjęta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referencyjna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liczba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ubezpieczonych</w:t>
      </w:r>
      <w:proofErr w:type="spellEnd"/>
      <w:r w:rsidRPr="00915FC0">
        <w:rPr>
          <w:color w:val="auto"/>
        </w:rPr>
        <w:t xml:space="preserve"> </w:t>
      </w:r>
      <w:proofErr w:type="spellStart"/>
      <w:r w:rsidR="0042652D">
        <w:rPr>
          <w:color w:val="auto"/>
        </w:rPr>
        <w:t>osób</w:t>
      </w:r>
      <w:proofErr w:type="spellEnd"/>
      <w:r w:rsidRPr="00915FC0">
        <w:rPr>
          <w:color w:val="auto"/>
        </w:rPr>
        <w:t xml:space="preserve">: </w:t>
      </w:r>
      <w:r w:rsidR="0042652D">
        <w:rPr>
          <w:color w:val="auto"/>
        </w:rPr>
        <w:t>337</w:t>
      </w:r>
      <w:r w:rsidRPr="00915FC0">
        <w:rPr>
          <w:color w:val="auto"/>
        </w:rPr>
        <w:t xml:space="preserve"> (bez </w:t>
      </w:r>
      <w:proofErr w:type="spellStart"/>
      <w:r w:rsidRPr="00915FC0">
        <w:rPr>
          <w:color w:val="auto"/>
        </w:rPr>
        <w:t>gwarancji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udziału</w:t>
      </w:r>
      <w:proofErr w:type="spellEnd"/>
      <w:r w:rsidRPr="00915FC0">
        <w:rPr>
          <w:color w:val="auto"/>
        </w:rPr>
        <w:t xml:space="preserve">). </w:t>
      </w:r>
      <w:proofErr w:type="spellStart"/>
      <w:r w:rsidRPr="00915FC0">
        <w:rPr>
          <w:color w:val="auto"/>
        </w:rPr>
        <w:t>Okres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ochrony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przyjęty</w:t>
      </w:r>
      <w:proofErr w:type="spellEnd"/>
      <w:r w:rsidRPr="00915FC0">
        <w:rPr>
          <w:color w:val="auto"/>
        </w:rPr>
        <w:t xml:space="preserve"> do </w:t>
      </w:r>
      <w:proofErr w:type="spellStart"/>
      <w:r w:rsidRPr="00915FC0">
        <w:rPr>
          <w:color w:val="auto"/>
        </w:rPr>
        <w:t>wyceny</w:t>
      </w:r>
      <w:proofErr w:type="spellEnd"/>
      <w:r w:rsidRPr="00915FC0">
        <w:rPr>
          <w:color w:val="auto"/>
        </w:rPr>
        <w:t xml:space="preserve">: </w:t>
      </w:r>
      <w:r w:rsidR="00915FC0" w:rsidRPr="00915FC0">
        <w:rPr>
          <w:color w:val="auto"/>
        </w:rPr>
        <w:t>48</w:t>
      </w:r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miesięcy</w:t>
      </w:r>
      <w:proofErr w:type="spellEnd"/>
      <w:r w:rsidRPr="00915FC0">
        <w:rPr>
          <w:color w:val="auto"/>
        </w:rPr>
        <w:t xml:space="preserve">, z </w:t>
      </w:r>
      <w:proofErr w:type="spellStart"/>
      <w:r w:rsidRPr="00915FC0">
        <w:rPr>
          <w:color w:val="auto"/>
        </w:rPr>
        <w:t>możliwością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przedłużenia</w:t>
      </w:r>
      <w:proofErr w:type="spellEnd"/>
      <w:r w:rsidRPr="00915FC0">
        <w:rPr>
          <w:color w:val="auto"/>
        </w:rPr>
        <w:t xml:space="preserve">. </w:t>
      </w:r>
      <w:proofErr w:type="spellStart"/>
      <w:r w:rsidRPr="00915FC0">
        <w:rPr>
          <w:color w:val="auto"/>
        </w:rPr>
        <w:t>Składki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miesięczne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należy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wskazać</w:t>
      </w:r>
      <w:proofErr w:type="spellEnd"/>
      <w:r w:rsidRPr="00915FC0">
        <w:rPr>
          <w:color w:val="auto"/>
        </w:rPr>
        <w:t xml:space="preserve"> w PLN </w:t>
      </w:r>
      <w:proofErr w:type="spellStart"/>
      <w:r w:rsidRPr="00915FC0">
        <w:rPr>
          <w:color w:val="auto"/>
        </w:rPr>
        <w:t>brutto</w:t>
      </w:r>
      <w:proofErr w:type="spellEnd"/>
      <w:r w:rsidRPr="00915FC0">
        <w:rPr>
          <w:color w:val="auto"/>
        </w:rPr>
        <w:t xml:space="preserve"> za </w:t>
      </w:r>
      <w:proofErr w:type="spellStart"/>
      <w:r w:rsidRPr="00915FC0">
        <w:rPr>
          <w:color w:val="auto"/>
        </w:rPr>
        <w:t>jedną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osobę</w:t>
      </w:r>
      <w:proofErr w:type="spellEnd"/>
      <w:r w:rsidRPr="00915FC0">
        <w:rPr>
          <w:color w:val="auto"/>
        </w:rPr>
        <w:t>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520"/>
        <w:gridCol w:w="3685"/>
        <w:gridCol w:w="4025"/>
      </w:tblGrid>
      <w:tr w:rsidR="003158F7" w:rsidRPr="00915FC0" w14:paraId="405D6204" w14:textId="77777777">
        <w:trPr>
          <w:cantSplit/>
          <w:tblHeader/>
          <w:jc w:val="center"/>
        </w:trPr>
        <w:tc>
          <w:tcPr>
            <w:tcW w:w="6520" w:type="dxa"/>
            <w:shd w:val="clear" w:color="auto" w:fill="E5F1F6"/>
            <w:vAlign w:val="center"/>
          </w:tcPr>
          <w:p w14:paraId="3B1235D2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b/>
                <w:color w:val="auto"/>
                <w:sz w:val="14"/>
              </w:rPr>
              <w:t>Pakiet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/ </w:t>
            </w:r>
            <w:proofErr w:type="spellStart"/>
            <w:r w:rsidRPr="00915FC0">
              <w:rPr>
                <w:b/>
                <w:color w:val="auto"/>
                <w:sz w:val="14"/>
              </w:rPr>
              <w:t>wariant</w:t>
            </w:r>
            <w:proofErr w:type="spellEnd"/>
          </w:p>
        </w:tc>
        <w:tc>
          <w:tcPr>
            <w:tcW w:w="3685" w:type="dxa"/>
            <w:shd w:val="clear" w:color="auto" w:fill="E5F1F6"/>
            <w:vAlign w:val="center"/>
          </w:tcPr>
          <w:p w14:paraId="44A78A10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b/>
                <w:color w:val="auto"/>
                <w:sz w:val="14"/>
              </w:rPr>
              <w:t>Proponowana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b/>
                <w:color w:val="auto"/>
                <w:sz w:val="14"/>
              </w:rPr>
              <w:t>miesięczna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b/>
                <w:color w:val="auto"/>
                <w:sz w:val="14"/>
              </w:rPr>
              <w:t>składka</w:t>
            </w:r>
            <w:proofErr w:type="spellEnd"/>
            <w:r w:rsidRPr="00915FC0">
              <w:rPr>
                <w:b/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b/>
                <w:color w:val="auto"/>
                <w:sz w:val="14"/>
              </w:rPr>
              <w:t>brutto</w:t>
            </w:r>
            <w:proofErr w:type="spellEnd"/>
          </w:p>
        </w:tc>
        <w:tc>
          <w:tcPr>
            <w:tcW w:w="4025" w:type="dxa"/>
            <w:shd w:val="clear" w:color="auto" w:fill="E5F1F6"/>
            <w:vAlign w:val="center"/>
          </w:tcPr>
          <w:p w14:paraId="6A685A4E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b/>
                <w:color w:val="auto"/>
                <w:sz w:val="14"/>
              </w:rPr>
              <w:t>Uwagi</w:t>
            </w:r>
            <w:proofErr w:type="spellEnd"/>
          </w:p>
        </w:tc>
      </w:tr>
      <w:tr w:rsidR="003158F7" w:rsidRPr="00915FC0" w14:paraId="171163C8" w14:textId="77777777">
        <w:trPr>
          <w:cantSplit/>
          <w:jc w:val="center"/>
        </w:trPr>
        <w:tc>
          <w:tcPr>
            <w:tcW w:w="6520" w:type="dxa"/>
            <w:vAlign w:val="center"/>
          </w:tcPr>
          <w:p w14:paraId="5985FAB5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A, B, C – </w:t>
            </w:r>
            <w:proofErr w:type="spellStart"/>
            <w:r w:rsidRPr="00915FC0">
              <w:rPr>
                <w:color w:val="auto"/>
                <w:sz w:val="14"/>
              </w:rPr>
              <w:t>jedna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identyczna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składka</w:t>
            </w:r>
            <w:proofErr w:type="spellEnd"/>
          </w:p>
        </w:tc>
        <w:tc>
          <w:tcPr>
            <w:tcW w:w="3685" w:type="dxa"/>
            <w:vAlign w:val="center"/>
          </w:tcPr>
          <w:p w14:paraId="03EFE7FF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................................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4025" w:type="dxa"/>
            <w:vAlign w:val="center"/>
          </w:tcPr>
          <w:p w14:paraId="25A3C6E1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>A= B= C</w:t>
            </w:r>
          </w:p>
        </w:tc>
      </w:tr>
      <w:tr w:rsidR="003158F7" w:rsidRPr="00915FC0" w14:paraId="0159E4A2" w14:textId="77777777">
        <w:trPr>
          <w:cantSplit/>
          <w:jc w:val="center"/>
        </w:trPr>
        <w:tc>
          <w:tcPr>
            <w:tcW w:w="6520" w:type="dxa"/>
            <w:shd w:val="clear" w:color="auto" w:fill="FAFCFD"/>
            <w:vAlign w:val="center"/>
          </w:tcPr>
          <w:p w14:paraId="112DB26C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D – </w:t>
            </w:r>
            <w:proofErr w:type="spellStart"/>
            <w:r w:rsidRPr="00915FC0">
              <w:rPr>
                <w:color w:val="auto"/>
                <w:sz w:val="14"/>
              </w:rPr>
              <w:t>wariant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podstawowy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rozszerzony</w:t>
            </w:r>
            <w:proofErr w:type="spellEnd"/>
          </w:p>
        </w:tc>
        <w:tc>
          <w:tcPr>
            <w:tcW w:w="3685" w:type="dxa"/>
            <w:shd w:val="clear" w:color="auto" w:fill="FAFCFD"/>
            <w:vAlign w:val="center"/>
          </w:tcPr>
          <w:p w14:paraId="212286A5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................................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4025" w:type="dxa"/>
            <w:shd w:val="clear" w:color="auto" w:fill="FAFCFD"/>
            <w:vAlign w:val="center"/>
          </w:tcPr>
          <w:p w14:paraId="44941E44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odrębna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składka</w:t>
            </w:r>
            <w:proofErr w:type="spellEnd"/>
          </w:p>
        </w:tc>
      </w:tr>
      <w:tr w:rsidR="003158F7" w:rsidRPr="00915FC0" w14:paraId="2D3E85AB" w14:textId="77777777">
        <w:trPr>
          <w:cantSplit/>
          <w:jc w:val="center"/>
        </w:trPr>
        <w:tc>
          <w:tcPr>
            <w:tcW w:w="6520" w:type="dxa"/>
            <w:vAlign w:val="center"/>
          </w:tcPr>
          <w:p w14:paraId="70A4CAB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E – </w:t>
            </w:r>
            <w:proofErr w:type="spellStart"/>
            <w:r w:rsidRPr="00915FC0">
              <w:rPr>
                <w:color w:val="auto"/>
                <w:sz w:val="14"/>
              </w:rPr>
              <w:t>wariant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podstawowy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rozszerzony</w:t>
            </w:r>
            <w:proofErr w:type="spellEnd"/>
          </w:p>
        </w:tc>
        <w:tc>
          <w:tcPr>
            <w:tcW w:w="3685" w:type="dxa"/>
            <w:vAlign w:val="center"/>
          </w:tcPr>
          <w:p w14:paraId="7D024465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................................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4025" w:type="dxa"/>
            <w:vAlign w:val="center"/>
          </w:tcPr>
          <w:p w14:paraId="5B06C19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odrębna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składka</w:t>
            </w:r>
            <w:proofErr w:type="spellEnd"/>
          </w:p>
        </w:tc>
      </w:tr>
      <w:tr w:rsidR="003158F7" w:rsidRPr="00915FC0" w14:paraId="1255B0F4" w14:textId="77777777">
        <w:trPr>
          <w:cantSplit/>
          <w:jc w:val="center"/>
        </w:trPr>
        <w:tc>
          <w:tcPr>
            <w:tcW w:w="6520" w:type="dxa"/>
            <w:shd w:val="clear" w:color="auto" w:fill="FAFCFD"/>
            <w:vAlign w:val="center"/>
          </w:tcPr>
          <w:p w14:paraId="529ABE99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D1 – </w:t>
            </w:r>
            <w:proofErr w:type="spellStart"/>
            <w:r w:rsidRPr="00915FC0">
              <w:rPr>
                <w:color w:val="auto"/>
                <w:sz w:val="14"/>
              </w:rPr>
              <w:t>ochrona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</w:p>
        </w:tc>
        <w:tc>
          <w:tcPr>
            <w:tcW w:w="3685" w:type="dxa"/>
            <w:shd w:val="clear" w:color="auto" w:fill="FAFCFD"/>
            <w:vAlign w:val="center"/>
          </w:tcPr>
          <w:p w14:paraId="158EC661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................................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4025" w:type="dxa"/>
            <w:shd w:val="clear" w:color="auto" w:fill="FAFCFD"/>
            <w:vAlign w:val="center"/>
          </w:tcPr>
          <w:p w14:paraId="215D4611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jedna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składka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niezależnie</w:t>
            </w:r>
            <w:proofErr w:type="spellEnd"/>
            <w:r w:rsidRPr="00915FC0">
              <w:rPr>
                <w:color w:val="auto"/>
                <w:sz w:val="14"/>
              </w:rPr>
              <w:t xml:space="preserve"> od </w:t>
            </w:r>
            <w:proofErr w:type="spellStart"/>
            <w:r w:rsidRPr="00915FC0">
              <w:rPr>
                <w:color w:val="auto"/>
                <w:sz w:val="14"/>
              </w:rPr>
              <w:t>liczby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dzieci</w:t>
            </w:r>
            <w:proofErr w:type="spellEnd"/>
          </w:p>
        </w:tc>
      </w:tr>
      <w:tr w:rsidR="003158F7" w:rsidRPr="00915FC0" w14:paraId="652D2924" w14:textId="77777777">
        <w:trPr>
          <w:cantSplit/>
          <w:jc w:val="center"/>
        </w:trPr>
        <w:tc>
          <w:tcPr>
            <w:tcW w:w="6520" w:type="dxa"/>
            <w:vAlign w:val="center"/>
          </w:tcPr>
          <w:p w14:paraId="7C722BA5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D2 – </w:t>
            </w:r>
            <w:proofErr w:type="spellStart"/>
            <w:r w:rsidRPr="00915FC0">
              <w:rPr>
                <w:color w:val="auto"/>
                <w:sz w:val="14"/>
              </w:rPr>
              <w:t>ochrona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</w:p>
        </w:tc>
        <w:tc>
          <w:tcPr>
            <w:tcW w:w="3685" w:type="dxa"/>
            <w:vAlign w:val="center"/>
          </w:tcPr>
          <w:p w14:paraId="4301632F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................................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4025" w:type="dxa"/>
            <w:vAlign w:val="center"/>
          </w:tcPr>
          <w:p w14:paraId="2746E0DC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jedna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składka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niezależnie</w:t>
            </w:r>
            <w:proofErr w:type="spellEnd"/>
            <w:r w:rsidRPr="00915FC0">
              <w:rPr>
                <w:color w:val="auto"/>
                <w:sz w:val="14"/>
              </w:rPr>
              <w:t xml:space="preserve"> od </w:t>
            </w:r>
            <w:proofErr w:type="spellStart"/>
            <w:r w:rsidRPr="00915FC0">
              <w:rPr>
                <w:color w:val="auto"/>
                <w:sz w:val="14"/>
              </w:rPr>
              <w:t>liczby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dzieci</w:t>
            </w:r>
            <w:proofErr w:type="spellEnd"/>
          </w:p>
        </w:tc>
      </w:tr>
      <w:tr w:rsidR="003158F7" w:rsidRPr="00915FC0" w14:paraId="50DEA476" w14:textId="77777777">
        <w:trPr>
          <w:cantSplit/>
          <w:jc w:val="center"/>
        </w:trPr>
        <w:tc>
          <w:tcPr>
            <w:tcW w:w="6520" w:type="dxa"/>
            <w:shd w:val="clear" w:color="auto" w:fill="FAFCFD"/>
            <w:vAlign w:val="center"/>
          </w:tcPr>
          <w:p w14:paraId="10904663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D3 – </w:t>
            </w:r>
            <w:proofErr w:type="spellStart"/>
            <w:r w:rsidRPr="00915FC0">
              <w:rPr>
                <w:color w:val="auto"/>
                <w:sz w:val="14"/>
              </w:rPr>
              <w:t>ochrona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</w:p>
        </w:tc>
        <w:tc>
          <w:tcPr>
            <w:tcW w:w="3685" w:type="dxa"/>
            <w:shd w:val="clear" w:color="auto" w:fill="FAFCFD"/>
            <w:vAlign w:val="center"/>
          </w:tcPr>
          <w:p w14:paraId="09E9048F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................................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4025" w:type="dxa"/>
            <w:shd w:val="clear" w:color="auto" w:fill="FAFCFD"/>
            <w:vAlign w:val="center"/>
          </w:tcPr>
          <w:p w14:paraId="4B60851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jedna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składka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niezależnie</w:t>
            </w:r>
            <w:proofErr w:type="spellEnd"/>
            <w:r w:rsidRPr="00915FC0">
              <w:rPr>
                <w:color w:val="auto"/>
                <w:sz w:val="14"/>
              </w:rPr>
              <w:t xml:space="preserve"> od </w:t>
            </w:r>
            <w:proofErr w:type="spellStart"/>
            <w:r w:rsidRPr="00915FC0">
              <w:rPr>
                <w:color w:val="auto"/>
                <w:sz w:val="14"/>
              </w:rPr>
              <w:t>liczby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dzieci</w:t>
            </w:r>
            <w:proofErr w:type="spellEnd"/>
          </w:p>
        </w:tc>
      </w:tr>
      <w:tr w:rsidR="003158F7" w:rsidRPr="00915FC0" w14:paraId="29835D50" w14:textId="77777777">
        <w:trPr>
          <w:cantSplit/>
          <w:jc w:val="center"/>
        </w:trPr>
        <w:tc>
          <w:tcPr>
            <w:tcW w:w="6520" w:type="dxa"/>
            <w:vAlign w:val="center"/>
          </w:tcPr>
          <w:p w14:paraId="08582C4C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D4 – </w:t>
            </w:r>
            <w:proofErr w:type="spellStart"/>
            <w:r w:rsidRPr="00915FC0">
              <w:rPr>
                <w:color w:val="auto"/>
                <w:sz w:val="14"/>
              </w:rPr>
              <w:t>ochrona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dziecka</w:t>
            </w:r>
            <w:proofErr w:type="spellEnd"/>
          </w:p>
        </w:tc>
        <w:tc>
          <w:tcPr>
            <w:tcW w:w="3685" w:type="dxa"/>
            <w:vAlign w:val="center"/>
          </w:tcPr>
          <w:p w14:paraId="39A80287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................................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4025" w:type="dxa"/>
            <w:vAlign w:val="center"/>
          </w:tcPr>
          <w:p w14:paraId="7D75C13E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jedna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składka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niezależnie</w:t>
            </w:r>
            <w:proofErr w:type="spellEnd"/>
            <w:r w:rsidRPr="00915FC0">
              <w:rPr>
                <w:color w:val="auto"/>
                <w:sz w:val="14"/>
              </w:rPr>
              <w:t xml:space="preserve"> od </w:t>
            </w:r>
            <w:proofErr w:type="spellStart"/>
            <w:r w:rsidRPr="00915FC0">
              <w:rPr>
                <w:color w:val="auto"/>
                <w:sz w:val="14"/>
              </w:rPr>
              <w:t>liczby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dzieci</w:t>
            </w:r>
            <w:proofErr w:type="spellEnd"/>
          </w:p>
        </w:tc>
      </w:tr>
      <w:tr w:rsidR="003158F7" w:rsidRPr="00915FC0" w14:paraId="0E42E343" w14:textId="77777777">
        <w:trPr>
          <w:cantSplit/>
          <w:jc w:val="center"/>
        </w:trPr>
        <w:tc>
          <w:tcPr>
            <w:tcW w:w="6520" w:type="dxa"/>
            <w:shd w:val="clear" w:color="auto" w:fill="FAFCFD"/>
            <w:vAlign w:val="center"/>
          </w:tcPr>
          <w:p w14:paraId="2F9F8E38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N1 – </w:t>
            </w:r>
            <w:proofErr w:type="spellStart"/>
            <w:r w:rsidRPr="00915FC0">
              <w:rPr>
                <w:color w:val="auto"/>
                <w:sz w:val="14"/>
              </w:rPr>
              <w:t>rozszerzone</w:t>
            </w:r>
            <w:proofErr w:type="spellEnd"/>
            <w:r w:rsidRPr="00915FC0">
              <w:rPr>
                <w:color w:val="auto"/>
                <w:sz w:val="14"/>
              </w:rPr>
              <w:t xml:space="preserve"> NNW</w:t>
            </w:r>
          </w:p>
        </w:tc>
        <w:tc>
          <w:tcPr>
            <w:tcW w:w="3685" w:type="dxa"/>
            <w:shd w:val="clear" w:color="auto" w:fill="FAFCFD"/>
            <w:vAlign w:val="center"/>
          </w:tcPr>
          <w:p w14:paraId="171FD11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................................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4025" w:type="dxa"/>
            <w:shd w:val="clear" w:color="auto" w:fill="FAFCFD"/>
            <w:vAlign w:val="center"/>
          </w:tcPr>
          <w:p w14:paraId="3AA6060D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odrębna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składka</w:t>
            </w:r>
            <w:proofErr w:type="spellEnd"/>
          </w:p>
        </w:tc>
      </w:tr>
      <w:tr w:rsidR="003158F7" w:rsidRPr="00915FC0" w14:paraId="446D2A81" w14:textId="77777777">
        <w:trPr>
          <w:cantSplit/>
          <w:jc w:val="center"/>
        </w:trPr>
        <w:tc>
          <w:tcPr>
            <w:tcW w:w="6520" w:type="dxa"/>
            <w:vAlign w:val="center"/>
          </w:tcPr>
          <w:p w14:paraId="37154035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N2 – </w:t>
            </w:r>
            <w:proofErr w:type="spellStart"/>
            <w:r w:rsidRPr="00915FC0">
              <w:rPr>
                <w:color w:val="auto"/>
                <w:sz w:val="14"/>
              </w:rPr>
              <w:t>rozszerzone</w:t>
            </w:r>
            <w:proofErr w:type="spellEnd"/>
            <w:r w:rsidRPr="00915FC0">
              <w:rPr>
                <w:color w:val="auto"/>
                <w:sz w:val="14"/>
              </w:rPr>
              <w:t xml:space="preserve"> NNW</w:t>
            </w:r>
          </w:p>
        </w:tc>
        <w:tc>
          <w:tcPr>
            <w:tcW w:w="3685" w:type="dxa"/>
            <w:vAlign w:val="center"/>
          </w:tcPr>
          <w:p w14:paraId="454CF3F1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r w:rsidRPr="00915FC0">
              <w:rPr>
                <w:color w:val="auto"/>
                <w:sz w:val="14"/>
              </w:rPr>
              <w:t xml:space="preserve">................................ </w:t>
            </w:r>
            <w:proofErr w:type="spellStart"/>
            <w:r w:rsidRPr="00915FC0">
              <w:rPr>
                <w:color w:val="auto"/>
                <w:sz w:val="14"/>
              </w:rPr>
              <w:t>zł</w:t>
            </w:r>
            <w:proofErr w:type="spellEnd"/>
          </w:p>
        </w:tc>
        <w:tc>
          <w:tcPr>
            <w:tcW w:w="4025" w:type="dxa"/>
            <w:vAlign w:val="center"/>
          </w:tcPr>
          <w:p w14:paraId="3437315A" w14:textId="77777777" w:rsidR="003158F7" w:rsidRPr="00915FC0" w:rsidRDefault="009D5D3E" w:rsidP="00CC5695">
            <w:pPr>
              <w:spacing w:after="0" w:line="259" w:lineRule="auto"/>
              <w:jc w:val="both"/>
              <w:rPr>
                <w:rFonts w:hint="eastAsia"/>
                <w:color w:val="auto"/>
              </w:rPr>
            </w:pPr>
            <w:proofErr w:type="spellStart"/>
            <w:r w:rsidRPr="00915FC0">
              <w:rPr>
                <w:color w:val="auto"/>
                <w:sz w:val="14"/>
              </w:rPr>
              <w:t>odrębna</w:t>
            </w:r>
            <w:proofErr w:type="spellEnd"/>
            <w:r w:rsidRPr="00915FC0">
              <w:rPr>
                <w:color w:val="auto"/>
                <w:sz w:val="14"/>
              </w:rPr>
              <w:t xml:space="preserve"> </w:t>
            </w:r>
            <w:proofErr w:type="spellStart"/>
            <w:r w:rsidRPr="00915FC0">
              <w:rPr>
                <w:color w:val="auto"/>
                <w:sz w:val="14"/>
              </w:rPr>
              <w:t>składka</w:t>
            </w:r>
            <w:proofErr w:type="spellEnd"/>
          </w:p>
        </w:tc>
      </w:tr>
    </w:tbl>
    <w:p w14:paraId="2B04646A" w14:textId="77777777" w:rsidR="003158F7" w:rsidRPr="00915FC0" w:rsidRDefault="003158F7" w:rsidP="00CC5695">
      <w:pPr>
        <w:spacing w:after="0"/>
        <w:jc w:val="both"/>
        <w:rPr>
          <w:rFonts w:hint="eastAsia"/>
          <w:color w:val="auto"/>
        </w:rPr>
      </w:pPr>
    </w:p>
    <w:p w14:paraId="628D1045" w14:textId="77777777" w:rsidR="003158F7" w:rsidRPr="00915FC0" w:rsidRDefault="009D5D3E" w:rsidP="00CC5695">
      <w:pPr>
        <w:pStyle w:val="Nagwek2"/>
        <w:jc w:val="both"/>
        <w:rPr>
          <w:color w:val="auto"/>
        </w:rPr>
      </w:pPr>
      <w:proofErr w:type="spellStart"/>
      <w:r w:rsidRPr="00915FC0">
        <w:rPr>
          <w:color w:val="auto"/>
        </w:rPr>
        <w:t>Oświadczenia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informacje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wymagane</w:t>
      </w:r>
      <w:proofErr w:type="spellEnd"/>
      <w:r w:rsidRPr="00915FC0">
        <w:rPr>
          <w:color w:val="auto"/>
        </w:rPr>
        <w:t xml:space="preserve"> od </w:t>
      </w:r>
      <w:proofErr w:type="spellStart"/>
      <w:r w:rsidRPr="00915FC0">
        <w:rPr>
          <w:color w:val="auto"/>
        </w:rPr>
        <w:t>oferenta</w:t>
      </w:r>
      <w:proofErr w:type="spellEnd"/>
    </w:p>
    <w:p w14:paraId="58B61822" w14:textId="77777777" w:rsidR="003158F7" w:rsidRPr="00915FC0" w:rsidRDefault="009D5D3E" w:rsidP="00CC5695">
      <w:pPr>
        <w:pStyle w:val="Listapunktowana"/>
        <w:jc w:val="both"/>
        <w:rPr>
          <w:rFonts w:hint="eastAsia"/>
          <w:color w:val="auto"/>
        </w:rPr>
      </w:pPr>
      <w:proofErr w:type="spellStart"/>
      <w:r w:rsidRPr="00915FC0">
        <w:rPr>
          <w:color w:val="auto"/>
        </w:rPr>
        <w:t>Potwierdzamy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identyczność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składki</w:t>
      </w:r>
      <w:proofErr w:type="spellEnd"/>
      <w:r w:rsidRPr="00915FC0">
        <w:rPr>
          <w:color w:val="auto"/>
        </w:rPr>
        <w:t xml:space="preserve"> w A, B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C: TAK / NIE.</w:t>
      </w:r>
    </w:p>
    <w:p w14:paraId="5CC8ADDC" w14:textId="77777777" w:rsidR="003158F7" w:rsidRPr="00915FC0" w:rsidRDefault="009D5D3E" w:rsidP="00CC5695">
      <w:pPr>
        <w:pStyle w:val="Listapunktowana"/>
        <w:jc w:val="both"/>
        <w:rPr>
          <w:rFonts w:hint="eastAsia"/>
          <w:color w:val="auto"/>
        </w:rPr>
      </w:pPr>
      <w:proofErr w:type="spellStart"/>
      <w:r w:rsidRPr="00915FC0">
        <w:rPr>
          <w:color w:val="auto"/>
        </w:rPr>
        <w:t>Potwierdzamy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pełną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zgodność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wszystkich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kwot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zakresów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tabel</w:t>
      </w:r>
      <w:proofErr w:type="spellEnd"/>
      <w:r w:rsidRPr="00915FC0">
        <w:rPr>
          <w:color w:val="auto"/>
        </w:rPr>
        <w:t xml:space="preserve"> z </w:t>
      </w:r>
      <w:proofErr w:type="spellStart"/>
      <w:r w:rsidRPr="00915FC0">
        <w:rPr>
          <w:color w:val="auto"/>
        </w:rPr>
        <w:t>Załącznikami</w:t>
      </w:r>
      <w:proofErr w:type="spellEnd"/>
      <w:r w:rsidRPr="00915FC0">
        <w:rPr>
          <w:color w:val="auto"/>
        </w:rPr>
        <w:t xml:space="preserve"> nr 1–3: TAK / NIE; </w:t>
      </w:r>
      <w:proofErr w:type="spellStart"/>
      <w:r w:rsidRPr="00915FC0">
        <w:rPr>
          <w:color w:val="auto"/>
        </w:rPr>
        <w:t>wykaz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odstępstw</w:t>
      </w:r>
      <w:proofErr w:type="spellEnd"/>
      <w:r w:rsidRPr="00915FC0">
        <w:rPr>
          <w:color w:val="auto"/>
        </w:rPr>
        <w:t>: [</w:t>
      </w:r>
      <w:proofErr w:type="spellStart"/>
      <w:r w:rsidRPr="00915FC0">
        <w:rPr>
          <w:color w:val="auto"/>
        </w:rPr>
        <w:t>załącznik</w:t>
      </w:r>
      <w:proofErr w:type="spellEnd"/>
      <w:r w:rsidRPr="00915FC0">
        <w:rPr>
          <w:color w:val="auto"/>
        </w:rPr>
        <w:t>].</w:t>
      </w:r>
    </w:p>
    <w:p w14:paraId="19C2C523" w14:textId="77777777" w:rsidR="003158F7" w:rsidRPr="00915FC0" w:rsidRDefault="009D5D3E" w:rsidP="00CC5695">
      <w:pPr>
        <w:pStyle w:val="Listapunktowana"/>
        <w:jc w:val="both"/>
        <w:rPr>
          <w:rFonts w:hint="eastAsia"/>
          <w:color w:val="auto"/>
        </w:rPr>
      </w:pPr>
      <w:proofErr w:type="spellStart"/>
      <w:r w:rsidRPr="00915FC0">
        <w:rPr>
          <w:color w:val="auto"/>
        </w:rPr>
        <w:t>Potwierdzamy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brak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karencji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wobec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pracowników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objętych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dotychczas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ubezpieczeniem</w:t>
      </w:r>
      <w:proofErr w:type="spellEnd"/>
      <w:r w:rsidRPr="00915FC0">
        <w:rPr>
          <w:color w:val="auto"/>
        </w:rPr>
        <w:t xml:space="preserve"> – </w:t>
      </w:r>
      <w:proofErr w:type="spellStart"/>
      <w:r w:rsidRPr="00915FC0">
        <w:rPr>
          <w:color w:val="auto"/>
        </w:rPr>
        <w:t>również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przy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poszerzeniu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ochrony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podwyższeniu</w:t>
      </w:r>
      <w:proofErr w:type="spellEnd"/>
      <w:r w:rsidRPr="00915FC0">
        <w:rPr>
          <w:color w:val="auto"/>
        </w:rPr>
        <w:t xml:space="preserve"> sum w </w:t>
      </w:r>
      <w:proofErr w:type="spellStart"/>
      <w:r w:rsidRPr="00915FC0">
        <w:rPr>
          <w:color w:val="auto"/>
        </w:rPr>
        <w:t>chwili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uruchomienia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programu</w:t>
      </w:r>
      <w:proofErr w:type="spellEnd"/>
      <w:r w:rsidRPr="00915FC0">
        <w:rPr>
          <w:color w:val="auto"/>
        </w:rPr>
        <w:t>: TAK / NIE.</w:t>
      </w:r>
    </w:p>
    <w:p w14:paraId="60119EFD" w14:textId="77777777" w:rsidR="003158F7" w:rsidRPr="00915FC0" w:rsidRDefault="009D5D3E" w:rsidP="00CC5695">
      <w:pPr>
        <w:pStyle w:val="Listapunktowana"/>
        <w:jc w:val="both"/>
        <w:rPr>
          <w:rFonts w:hint="eastAsia"/>
          <w:color w:val="auto"/>
        </w:rPr>
      </w:pPr>
      <w:proofErr w:type="spellStart"/>
      <w:r w:rsidRPr="00915FC0">
        <w:rPr>
          <w:color w:val="auto"/>
        </w:rPr>
        <w:t>Potwierdzamy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brak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karencji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wobec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takich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pracowników</w:t>
      </w:r>
      <w:proofErr w:type="spellEnd"/>
      <w:r w:rsidRPr="00915FC0">
        <w:rPr>
          <w:color w:val="auto"/>
        </w:rPr>
        <w:t xml:space="preserve"> w </w:t>
      </w:r>
      <w:proofErr w:type="spellStart"/>
      <w:r w:rsidRPr="00915FC0">
        <w:rPr>
          <w:color w:val="auto"/>
        </w:rPr>
        <w:t>opcjach</w:t>
      </w:r>
      <w:proofErr w:type="spellEnd"/>
      <w:r w:rsidRPr="00915FC0">
        <w:rPr>
          <w:color w:val="auto"/>
        </w:rPr>
        <w:t xml:space="preserve"> D1–D4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N1–N2, o </w:t>
      </w:r>
      <w:proofErr w:type="spellStart"/>
      <w:r w:rsidRPr="00915FC0">
        <w:rPr>
          <w:color w:val="auto"/>
        </w:rPr>
        <w:t>ile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wybiorą</w:t>
      </w:r>
      <w:proofErr w:type="spellEnd"/>
      <w:r w:rsidRPr="00915FC0">
        <w:rPr>
          <w:color w:val="auto"/>
        </w:rPr>
        <w:t xml:space="preserve"> je </w:t>
      </w:r>
      <w:proofErr w:type="spellStart"/>
      <w:r w:rsidRPr="00915FC0">
        <w:rPr>
          <w:color w:val="auto"/>
        </w:rPr>
        <w:t>na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dzień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uruchomienia</w:t>
      </w:r>
      <w:proofErr w:type="spellEnd"/>
      <w:r w:rsidRPr="00915FC0">
        <w:rPr>
          <w:color w:val="auto"/>
        </w:rPr>
        <w:t>: TAK / NIE.</w:t>
      </w:r>
    </w:p>
    <w:p w14:paraId="1F0D307F" w14:textId="77777777" w:rsidR="003158F7" w:rsidRPr="00915FC0" w:rsidRDefault="009D5D3E" w:rsidP="00CC5695">
      <w:pPr>
        <w:pStyle w:val="Listapunktowana"/>
        <w:jc w:val="both"/>
        <w:rPr>
          <w:rFonts w:hint="eastAsia"/>
          <w:color w:val="auto"/>
        </w:rPr>
      </w:pPr>
      <w:proofErr w:type="spellStart"/>
      <w:r w:rsidRPr="00915FC0">
        <w:rPr>
          <w:color w:val="auto"/>
        </w:rPr>
        <w:t>Wykaz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karencji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dla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osób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dotychczas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nieubezpieczonych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osób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przystępujących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później</w:t>
      </w:r>
      <w:proofErr w:type="spellEnd"/>
      <w:r w:rsidRPr="00915FC0">
        <w:rPr>
          <w:color w:val="auto"/>
        </w:rPr>
        <w:t>: [</w:t>
      </w:r>
      <w:proofErr w:type="spellStart"/>
      <w:r w:rsidRPr="00915FC0">
        <w:rPr>
          <w:color w:val="auto"/>
        </w:rPr>
        <w:t>załącznik</w:t>
      </w:r>
      <w:proofErr w:type="spellEnd"/>
      <w:r w:rsidRPr="00915FC0">
        <w:rPr>
          <w:color w:val="auto"/>
        </w:rPr>
        <w:t xml:space="preserve"> – </w:t>
      </w:r>
      <w:proofErr w:type="spellStart"/>
      <w:r w:rsidRPr="00915FC0">
        <w:rPr>
          <w:color w:val="auto"/>
        </w:rPr>
        <w:t>każda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pozycja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osobno</w:t>
      </w:r>
      <w:proofErr w:type="spellEnd"/>
      <w:r w:rsidRPr="00915FC0">
        <w:rPr>
          <w:color w:val="auto"/>
        </w:rPr>
        <w:t>].</w:t>
      </w:r>
    </w:p>
    <w:p w14:paraId="580A30C8" w14:textId="77777777" w:rsidR="003158F7" w:rsidRPr="00915FC0" w:rsidRDefault="009D5D3E" w:rsidP="00CC5695">
      <w:pPr>
        <w:pStyle w:val="Listapunktowana"/>
        <w:jc w:val="both"/>
        <w:rPr>
          <w:rFonts w:hint="eastAsia"/>
          <w:color w:val="auto"/>
        </w:rPr>
      </w:pPr>
      <w:proofErr w:type="spellStart"/>
      <w:r w:rsidRPr="00915FC0">
        <w:rPr>
          <w:color w:val="auto"/>
        </w:rPr>
        <w:t>Wykaz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ograniczeń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odpowiedzialności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przy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chorobach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uprzednio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istniejących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lub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rozpoczętej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diagnostyce</w:t>
      </w:r>
      <w:proofErr w:type="spellEnd"/>
      <w:r w:rsidRPr="00915FC0">
        <w:rPr>
          <w:color w:val="auto"/>
        </w:rPr>
        <w:t>: [</w:t>
      </w:r>
      <w:proofErr w:type="spellStart"/>
      <w:r w:rsidRPr="00915FC0">
        <w:rPr>
          <w:color w:val="auto"/>
        </w:rPr>
        <w:t>załącznik</w:t>
      </w:r>
      <w:proofErr w:type="spellEnd"/>
      <w:r w:rsidRPr="00915FC0">
        <w:rPr>
          <w:color w:val="auto"/>
        </w:rPr>
        <w:t>].</w:t>
      </w:r>
    </w:p>
    <w:p w14:paraId="19FE4EC9" w14:textId="77777777" w:rsidR="003158F7" w:rsidRPr="00915FC0" w:rsidRDefault="009D5D3E" w:rsidP="00CC5695">
      <w:pPr>
        <w:pStyle w:val="Listapunktowana"/>
        <w:jc w:val="both"/>
        <w:rPr>
          <w:rFonts w:hint="eastAsia"/>
          <w:color w:val="auto"/>
        </w:rPr>
      </w:pPr>
      <w:proofErr w:type="spellStart"/>
      <w:r w:rsidRPr="00915FC0">
        <w:rPr>
          <w:color w:val="auto"/>
        </w:rPr>
        <w:t>Wykaz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ograniczeń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związanych</w:t>
      </w:r>
      <w:proofErr w:type="spellEnd"/>
      <w:r w:rsidRPr="00915FC0">
        <w:rPr>
          <w:color w:val="auto"/>
        </w:rPr>
        <w:t xml:space="preserve"> z </w:t>
      </w:r>
      <w:proofErr w:type="spellStart"/>
      <w:r w:rsidRPr="00915FC0">
        <w:rPr>
          <w:color w:val="auto"/>
        </w:rPr>
        <w:t>wiekiem</w:t>
      </w:r>
      <w:proofErr w:type="spellEnd"/>
      <w:r w:rsidRPr="00915FC0">
        <w:rPr>
          <w:color w:val="auto"/>
        </w:rPr>
        <w:t xml:space="preserve">, w </w:t>
      </w:r>
      <w:proofErr w:type="spellStart"/>
      <w:r w:rsidRPr="00915FC0">
        <w:rPr>
          <w:color w:val="auto"/>
        </w:rPr>
        <w:t>tym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osób</w:t>
      </w:r>
      <w:proofErr w:type="spellEnd"/>
      <w:r w:rsidRPr="00915FC0">
        <w:rPr>
          <w:color w:val="auto"/>
        </w:rPr>
        <w:t xml:space="preserve"> 69–75 </w:t>
      </w:r>
      <w:proofErr w:type="spellStart"/>
      <w:r w:rsidRPr="00915FC0">
        <w:rPr>
          <w:color w:val="auto"/>
        </w:rPr>
        <w:t>lat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oraz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wymaganych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oświadczeń</w:t>
      </w:r>
      <w:proofErr w:type="spellEnd"/>
      <w:r w:rsidRPr="00915FC0">
        <w:rPr>
          <w:color w:val="auto"/>
        </w:rPr>
        <w:t xml:space="preserve"> o </w:t>
      </w:r>
      <w:proofErr w:type="spellStart"/>
      <w:r w:rsidRPr="00915FC0">
        <w:rPr>
          <w:color w:val="auto"/>
        </w:rPr>
        <w:t>zdrowiu</w:t>
      </w:r>
      <w:proofErr w:type="spellEnd"/>
      <w:r w:rsidRPr="00915FC0">
        <w:rPr>
          <w:color w:val="auto"/>
        </w:rPr>
        <w:t>: [</w:t>
      </w:r>
      <w:proofErr w:type="spellStart"/>
      <w:r w:rsidRPr="00915FC0">
        <w:rPr>
          <w:color w:val="auto"/>
        </w:rPr>
        <w:t>załącznik</w:t>
      </w:r>
      <w:proofErr w:type="spellEnd"/>
      <w:r w:rsidRPr="00915FC0">
        <w:rPr>
          <w:color w:val="auto"/>
        </w:rPr>
        <w:t>].</w:t>
      </w:r>
    </w:p>
    <w:p w14:paraId="4C213E99" w14:textId="77777777" w:rsidR="003158F7" w:rsidRPr="00915FC0" w:rsidRDefault="009D5D3E" w:rsidP="00CC5695">
      <w:pPr>
        <w:pStyle w:val="Listapunktowana"/>
        <w:jc w:val="both"/>
        <w:rPr>
          <w:rFonts w:hint="eastAsia"/>
          <w:color w:val="auto"/>
        </w:rPr>
      </w:pPr>
      <w:proofErr w:type="spellStart"/>
      <w:r w:rsidRPr="00915FC0">
        <w:rPr>
          <w:color w:val="auto"/>
        </w:rPr>
        <w:t>Minimalna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wymagana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liczba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ubezpieczonych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sposób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przeliczenia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składki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jeśli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uczestnictwo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będzie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niższe</w:t>
      </w:r>
      <w:proofErr w:type="spellEnd"/>
      <w:r w:rsidRPr="00915FC0">
        <w:rPr>
          <w:color w:val="auto"/>
        </w:rPr>
        <w:t xml:space="preserve"> od </w:t>
      </w:r>
      <w:proofErr w:type="spellStart"/>
      <w:r w:rsidRPr="00915FC0">
        <w:rPr>
          <w:color w:val="auto"/>
        </w:rPr>
        <w:t>zakładanego</w:t>
      </w:r>
      <w:proofErr w:type="spellEnd"/>
      <w:r w:rsidRPr="00915FC0">
        <w:rPr>
          <w:color w:val="auto"/>
        </w:rPr>
        <w:t>: [</w:t>
      </w:r>
      <w:proofErr w:type="spellStart"/>
      <w:r w:rsidRPr="00915FC0">
        <w:rPr>
          <w:color w:val="auto"/>
        </w:rPr>
        <w:t>opis</w:t>
      </w:r>
      <w:proofErr w:type="spellEnd"/>
      <w:r w:rsidRPr="00915FC0">
        <w:rPr>
          <w:color w:val="auto"/>
        </w:rPr>
        <w:t>].</w:t>
      </w:r>
    </w:p>
    <w:p w14:paraId="326B5BA9" w14:textId="77777777" w:rsidR="003158F7" w:rsidRPr="00915FC0" w:rsidRDefault="009D5D3E" w:rsidP="00CC5695">
      <w:pPr>
        <w:pStyle w:val="Listapunktowana"/>
        <w:jc w:val="both"/>
        <w:rPr>
          <w:rFonts w:hint="eastAsia"/>
          <w:color w:val="auto"/>
        </w:rPr>
      </w:pPr>
      <w:r w:rsidRPr="00915FC0">
        <w:rPr>
          <w:color w:val="auto"/>
        </w:rPr>
        <w:t xml:space="preserve">Model prawny: </w:t>
      </w:r>
      <w:proofErr w:type="spellStart"/>
      <w:r w:rsidRPr="00915FC0">
        <w:rPr>
          <w:color w:val="auto"/>
        </w:rPr>
        <w:t>ubezpieczającym</w:t>
      </w:r>
      <w:proofErr w:type="spellEnd"/>
      <w:r w:rsidRPr="00915FC0">
        <w:rPr>
          <w:color w:val="auto"/>
        </w:rPr>
        <w:t xml:space="preserve"> jest [</w:t>
      </w:r>
      <w:proofErr w:type="spellStart"/>
      <w:r w:rsidRPr="00915FC0">
        <w:rPr>
          <w:color w:val="auto"/>
        </w:rPr>
        <w:t>podmiot</w:t>
      </w:r>
      <w:proofErr w:type="spellEnd"/>
      <w:r w:rsidRPr="00915FC0">
        <w:rPr>
          <w:color w:val="auto"/>
        </w:rPr>
        <w:t xml:space="preserve">]; za </w:t>
      </w:r>
      <w:proofErr w:type="spellStart"/>
      <w:r w:rsidRPr="00915FC0">
        <w:rPr>
          <w:color w:val="auto"/>
        </w:rPr>
        <w:t>zapłatę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składek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odpowiada</w:t>
      </w:r>
      <w:proofErr w:type="spellEnd"/>
      <w:r w:rsidRPr="00915FC0">
        <w:rPr>
          <w:color w:val="auto"/>
        </w:rPr>
        <w:t xml:space="preserve"> [</w:t>
      </w:r>
      <w:proofErr w:type="spellStart"/>
      <w:r w:rsidRPr="00915FC0">
        <w:rPr>
          <w:color w:val="auto"/>
        </w:rPr>
        <w:t>podmiot</w:t>
      </w:r>
      <w:proofErr w:type="spellEnd"/>
      <w:r w:rsidRPr="00915FC0">
        <w:rPr>
          <w:color w:val="auto"/>
        </w:rPr>
        <w:t xml:space="preserve">]; </w:t>
      </w:r>
      <w:proofErr w:type="spellStart"/>
      <w:r w:rsidRPr="00915FC0">
        <w:rPr>
          <w:color w:val="auto"/>
        </w:rPr>
        <w:t>obowiązki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Instytutu</w:t>
      </w:r>
      <w:proofErr w:type="spellEnd"/>
      <w:r w:rsidRPr="00915FC0">
        <w:rPr>
          <w:color w:val="auto"/>
        </w:rPr>
        <w:t xml:space="preserve"> [</w:t>
      </w:r>
      <w:proofErr w:type="spellStart"/>
      <w:r w:rsidRPr="00915FC0">
        <w:rPr>
          <w:color w:val="auto"/>
        </w:rPr>
        <w:t>opis</w:t>
      </w:r>
      <w:proofErr w:type="spellEnd"/>
      <w:r w:rsidRPr="00915FC0">
        <w:rPr>
          <w:color w:val="auto"/>
        </w:rPr>
        <w:t>].</w:t>
      </w:r>
    </w:p>
    <w:p w14:paraId="5BA82155" w14:textId="77777777" w:rsidR="003158F7" w:rsidRPr="00915FC0" w:rsidRDefault="009D5D3E" w:rsidP="00CC5695">
      <w:pPr>
        <w:pStyle w:val="Listapunktowana"/>
        <w:jc w:val="both"/>
        <w:rPr>
          <w:rFonts w:hint="eastAsia"/>
          <w:color w:val="auto"/>
        </w:rPr>
      </w:pPr>
      <w:proofErr w:type="spellStart"/>
      <w:r w:rsidRPr="00915FC0">
        <w:rPr>
          <w:color w:val="auto"/>
        </w:rPr>
        <w:t>Wynagrodzenie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dystrybutora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ewentualny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udział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Instytutu</w:t>
      </w:r>
      <w:proofErr w:type="spellEnd"/>
      <w:r w:rsidRPr="00915FC0">
        <w:rPr>
          <w:color w:val="auto"/>
        </w:rPr>
        <w:t xml:space="preserve"> w </w:t>
      </w:r>
      <w:proofErr w:type="spellStart"/>
      <w:r w:rsidRPr="00915FC0">
        <w:rPr>
          <w:color w:val="auto"/>
        </w:rPr>
        <w:t>administrowaniu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programem</w:t>
      </w:r>
      <w:proofErr w:type="spellEnd"/>
      <w:r w:rsidRPr="00915FC0">
        <w:rPr>
          <w:color w:val="auto"/>
        </w:rPr>
        <w:t>: [</w:t>
      </w:r>
      <w:proofErr w:type="spellStart"/>
      <w:r w:rsidRPr="00915FC0">
        <w:rPr>
          <w:color w:val="auto"/>
        </w:rPr>
        <w:t>opis</w:t>
      </w:r>
      <w:proofErr w:type="spellEnd"/>
      <w:r w:rsidRPr="00915FC0">
        <w:rPr>
          <w:color w:val="auto"/>
        </w:rPr>
        <w:t>].</w:t>
      </w:r>
    </w:p>
    <w:p w14:paraId="5C13A9E5" w14:textId="77777777" w:rsidR="003158F7" w:rsidRPr="00915FC0" w:rsidRDefault="009D5D3E" w:rsidP="00CC5695">
      <w:pPr>
        <w:pStyle w:val="Listapunktowana"/>
        <w:jc w:val="both"/>
        <w:rPr>
          <w:rFonts w:hint="eastAsia"/>
          <w:color w:val="auto"/>
        </w:rPr>
      </w:pPr>
      <w:proofErr w:type="spellStart"/>
      <w:r w:rsidRPr="00915FC0">
        <w:rPr>
          <w:color w:val="auto"/>
        </w:rPr>
        <w:t>Dostępność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usług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medycznych</w:t>
      </w:r>
      <w:proofErr w:type="spellEnd"/>
      <w:r w:rsidRPr="00915FC0">
        <w:rPr>
          <w:color w:val="auto"/>
        </w:rPr>
        <w:t xml:space="preserve">, OWU, </w:t>
      </w:r>
      <w:proofErr w:type="spellStart"/>
      <w:r w:rsidRPr="00915FC0">
        <w:rPr>
          <w:color w:val="auto"/>
        </w:rPr>
        <w:t>katalog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operacji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tabela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uszczerbków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definicje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chorób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pełna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lista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wyłączeń</w:t>
      </w:r>
      <w:proofErr w:type="spellEnd"/>
      <w:r w:rsidRPr="00915FC0">
        <w:rPr>
          <w:color w:val="auto"/>
        </w:rPr>
        <w:t>: [</w:t>
      </w:r>
      <w:proofErr w:type="spellStart"/>
      <w:r w:rsidRPr="00915FC0">
        <w:rPr>
          <w:color w:val="auto"/>
        </w:rPr>
        <w:t>załączniki</w:t>
      </w:r>
      <w:proofErr w:type="spellEnd"/>
      <w:r w:rsidRPr="00915FC0">
        <w:rPr>
          <w:color w:val="auto"/>
        </w:rPr>
        <w:t>].</w:t>
      </w:r>
    </w:p>
    <w:p w14:paraId="7969A53B" w14:textId="77777777" w:rsidR="003158F7" w:rsidRDefault="009D5D3E" w:rsidP="00CC5695">
      <w:pPr>
        <w:pStyle w:val="Listapunktowana"/>
        <w:jc w:val="both"/>
        <w:rPr>
          <w:rFonts w:hint="eastAsia"/>
          <w:color w:val="auto"/>
        </w:rPr>
      </w:pPr>
      <w:r w:rsidRPr="00915FC0">
        <w:rPr>
          <w:color w:val="auto"/>
        </w:rPr>
        <w:t xml:space="preserve">Oferta </w:t>
      </w:r>
      <w:proofErr w:type="spellStart"/>
      <w:r w:rsidRPr="00915FC0">
        <w:rPr>
          <w:color w:val="auto"/>
        </w:rPr>
        <w:t>cenowa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obowiązuje</w:t>
      </w:r>
      <w:proofErr w:type="spellEnd"/>
      <w:r w:rsidRPr="00915FC0">
        <w:rPr>
          <w:color w:val="auto"/>
        </w:rPr>
        <w:t xml:space="preserve"> do [data]. </w:t>
      </w:r>
      <w:proofErr w:type="spellStart"/>
      <w:r w:rsidRPr="00915FC0">
        <w:rPr>
          <w:color w:val="auto"/>
        </w:rPr>
        <w:t>Warunki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ewentualnego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przedłużenia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ochrony</w:t>
      </w:r>
      <w:proofErr w:type="spellEnd"/>
      <w:r w:rsidRPr="00915FC0">
        <w:rPr>
          <w:color w:val="auto"/>
        </w:rPr>
        <w:t>: [</w:t>
      </w:r>
      <w:proofErr w:type="spellStart"/>
      <w:r w:rsidRPr="00915FC0">
        <w:rPr>
          <w:color w:val="auto"/>
        </w:rPr>
        <w:t>opis</w:t>
      </w:r>
      <w:proofErr w:type="spellEnd"/>
      <w:r w:rsidRPr="00915FC0">
        <w:rPr>
          <w:color w:val="auto"/>
        </w:rPr>
        <w:t>].</w:t>
      </w:r>
    </w:p>
    <w:p w14:paraId="64F4CFFA" w14:textId="77777777" w:rsidR="00993A76" w:rsidRDefault="00993A76" w:rsidP="00993A76">
      <w:pPr>
        <w:pStyle w:val="Listapunktowana"/>
        <w:rPr>
          <w:rFonts w:hint="eastAsia"/>
          <w:color w:val="auto"/>
        </w:rPr>
      </w:pPr>
      <w:r w:rsidRPr="00993A76">
        <w:rPr>
          <w:color w:val="auto"/>
        </w:rPr>
        <w:t xml:space="preserve">Potwierdzamy, </w:t>
      </w:r>
      <w:proofErr w:type="spellStart"/>
      <w:r w:rsidRPr="00993A76">
        <w:rPr>
          <w:rFonts w:hint="cs"/>
          <w:color w:val="auto"/>
        </w:rPr>
        <w:t>ż</w:t>
      </w:r>
      <w:r w:rsidRPr="00993A76">
        <w:rPr>
          <w:color w:val="auto"/>
        </w:rPr>
        <w:t>e</w:t>
      </w:r>
      <w:proofErr w:type="spellEnd"/>
      <w:r w:rsidRPr="00993A76">
        <w:rPr>
          <w:color w:val="auto"/>
        </w:rPr>
        <w:t xml:space="preserve"> </w:t>
      </w:r>
      <w:proofErr w:type="spellStart"/>
      <w:r w:rsidRPr="00993A76">
        <w:rPr>
          <w:color w:val="auto"/>
        </w:rPr>
        <w:t>sk</w:t>
      </w:r>
      <w:r w:rsidRPr="00993A76">
        <w:rPr>
          <w:rFonts w:hint="cs"/>
          <w:color w:val="auto"/>
        </w:rPr>
        <w:t>ł</w:t>
      </w:r>
      <w:r w:rsidRPr="00993A76">
        <w:rPr>
          <w:color w:val="auto"/>
        </w:rPr>
        <w:t>adka</w:t>
      </w:r>
      <w:proofErr w:type="spellEnd"/>
      <w:r w:rsidRPr="00993A76">
        <w:rPr>
          <w:color w:val="auto"/>
        </w:rPr>
        <w:t xml:space="preserve"> za </w:t>
      </w:r>
      <w:proofErr w:type="spellStart"/>
      <w:r w:rsidRPr="00993A76">
        <w:rPr>
          <w:color w:val="auto"/>
        </w:rPr>
        <w:t>ma</w:t>
      </w:r>
      <w:r w:rsidRPr="00993A76">
        <w:rPr>
          <w:rFonts w:hint="cs"/>
          <w:color w:val="auto"/>
        </w:rPr>
        <w:t>łż</w:t>
      </w:r>
      <w:r w:rsidRPr="00993A76">
        <w:rPr>
          <w:color w:val="auto"/>
        </w:rPr>
        <w:t>onka</w:t>
      </w:r>
      <w:proofErr w:type="spellEnd"/>
      <w:r w:rsidRPr="00993A76">
        <w:rPr>
          <w:color w:val="auto"/>
        </w:rPr>
        <w:t xml:space="preserve">, </w:t>
      </w:r>
      <w:proofErr w:type="spellStart"/>
      <w:r w:rsidRPr="00993A76">
        <w:rPr>
          <w:color w:val="auto"/>
        </w:rPr>
        <w:t>partnera</w:t>
      </w:r>
      <w:proofErr w:type="spellEnd"/>
      <w:r w:rsidRPr="00993A76">
        <w:rPr>
          <w:color w:val="auto"/>
        </w:rPr>
        <w:t xml:space="preserve"> </w:t>
      </w:r>
      <w:proofErr w:type="spellStart"/>
      <w:r w:rsidRPr="00993A76">
        <w:rPr>
          <w:rFonts w:hint="cs"/>
          <w:color w:val="auto"/>
        </w:rPr>
        <w:t>ż</w:t>
      </w:r>
      <w:r w:rsidRPr="00993A76">
        <w:rPr>
          <w:color w:val="auto"/>
        </w:rPr>
        <w:t>yciowego</w:t>
      </w:r>
      <w:proofErr w:type="spellEnd"/>
      <w:r w:rsidRPr="00993A76">
        <w:rPr>
          <w:color w:val="auto"/>
        </w:rPr>
        <w:t xml:space="preserve"> </w:t>
      </w:r>
      <w:proofErr w:type="spellStart"/>
      <w:r w:rsidRPr="00993A76">
        <w:rPr>
          <w:color w:val="auto"/>
        </w:rPr>
        <w:t>i</w:t>
      </w:r>
      <w:proofErr w:type="spellEnd"/>
      <w:r w:rsidRPr="00993A76">
        <w:rPr>
          <w:color w:val="auto"/>
        </w:rPr>
        <w:t xml:space="preserve"> </w:t>
      </w:r>
      <w:proofErr w:type="spellStart"/>
      <w:r w:rsidRPr="00993A76">
        <w:rPr>
          <w:color w:val="auto"/>
        </w:rPr>
        <w:t>pe</w:t>
      </w:r>
      <w:r w:rsidRPr="00993A76">
        <w:rPr>
          <w:rFonts w:hint="cs"/>
          <w:color w:val="auto"/>
        </w:rPr>
        <w:t>ł</w:t>
      </w:r>
      <w:r w:rsidRPr="00993A76">
        <w:rPr>
          <w:color w:val="auto"/>
        </w:rPr>
        <w:t>noletnie</w:t>
      </w:r>
      <w:proofErr w:type="spellEnd"/>
      <w:r w:rsidRPr="00993A76">
        <w:rPr>
          <w:color w:val="auto"/>
        </w:rPr>
        <w:t xml:space="preserve"> </w:t>
      </w:r>
      <w:proofErr w:type="spellStart"/>
      <w:r w:rsidRPr="00993A76">
        <w:rPr>
          <w:color w:val="auto"/>
        </w:rPr>
        <w:t>dziecko</w:t>
      </w:r>
      <w:proofErr w:type="spellEnd"/>
      <w:r w:rsidRPr="00993A76">
        <w:rPr>
          <w:color w:val="auto"/>
        </w:rPr>
        <w:t xml:space="preserve"> jest </w:t>
      </w:r>
      <w:proofErr w:type="spellStart"/>
      <w:r w:rsidRPr="00993A76">
        <w:rPr>
          <w:color w:val="auto"/>
        </w:rPr>
        <w:t>r</w:t>
      </w:r>
      <w:r w:rsidRPr="00993A76">
        <w:rPr>
          <w:rFonts w:hint="cs"/>
          <w:color w:val="auto"/>
        </w:rPr>
        <w:t>ó</w:t>
      </w:r>
      <w:r w:rsidRPr="00993A76">
        <w:rPr>
          <w:color w:val="auto"/>
        </w:rPr>
        <w:t>wna</w:t>
      </w:r>
      <w:proofErr w:type="spellEnd"/>
      <w:r w:rsidRPr="00993A76">
        <w:rPr>
          <w:color w:val="auto"/>
        </w:rPr>
        <w:t xml:space="preserve"> </w:t>
      </w:r>
      <w:proofErr w:type="spellStart"/>
      <w:r w:rsidRPr="00993A76">
        <w:rPr>
          <w:color w:val="auto"/>
        </w:rPr>
        <w:t>sk</w:t>
      </w:r>
      <w:r w:rsidRPr="00993A76">
        <w:rPr>
          <w:rFonts w:hint="cs"/>
          <w:color w:val="auto"/>
        </w:rPr>
        <w:t>ł</w:t>
      </w:r>
      <w:r w:rsidRPr="00993A76">
        <w:rPr>
          <w:color w:val="auto"/>
        </w:rPr>
        <w:t>adce</w:t>
      </w:r>
      <w:proofErr w:type="spellEnd"/>
      <w:r w:rsidRPr="00993A76">
        <w:rPr>
          <w:color w:val="auto"/>
        </w:rPr>
        <w:t xml:space="preserve"> </w:t>
      </w:r>
      <w:proofErr w:type="spellStart"/>
      <w:r w:rsidRPr="00993A76">
        <w:rPr>
          <w:color w:val="auto"/>
        </w:rPr>
        <w:t>pracownika</w:t>
      </w:r>
      <w:proofErr w:type="spellEnd"/>
      <w:r w:rsidRPr="00993A76">
        <w:rPr>
          <w:color w:val="auto"/>
        </w:rPr>
        <w:t xml:space="preserve"> w </w:t>
      </w:r>
      <w:proofErr w:type="spellStart"/>
      <w:r w:rsidRPr="00993A76">
        <w:rPr>
          <w:color w:val="auto"/>
        </w:rPr>
        <w:t>tym</w:t>
      </w:r>
      <w:proofErr w:type="spellEnd"/>
      <w:r w:rsidRPr="00993A76">
        <w:rPr>
          <w:color w:val="auto"/>
        </w:rPr>
        <w:t xml:space="preserve"> </w:t>
      </w:r>
      <w:proofErr w:type="spellStart"/>
      <w:r w:rsidRPr="00993A76">
        <w:rPr>
          <w:color w:val="auto"/>
        </w:rPr>
        <w:t>samym</w:t>
      </w:r>
      <w:proofErr w:type="spellEnd"/>
      <w:r w:rsidRPr="00993A76">
        <w:rPr>
          <w:color w:val="auto"/>
        </w:rPr>
        <w:t xml:space="preserve"> </w:t>
      </w:r>
      <w:proofErr w:type="spellStart"/>
      <w:r w:rsidRPr="00993A76">
        <w:rPr>
          <w:color w:val="auto"/>
        </w:rPr>
        <w:t>wariancie</w:t>
      </w:r>
      <w:proofErr w:type="spellEnd"/>
      <w:r w:rsidRPr="00993A76">
        <w:rPr>
          <w:color w:val="auto"/>
        </w:rPr>
        <w:t xml:space="preserve">, bez </w:t>
      </w:r>
      <w:proofErr w:type="spellStart"/>
      <w:r w:rsidRPr="00993A76">
        <w:rPr>
          <w:color w:val="auto"/>
        </w:rPr>
        <w:t>dodatkowych</w:t>
      </w:r>
      <w:proofErr w:type="spellEnd"/>
      <w:r w:rsidRPr="00993A76">
        <w:rPr>
          <w:color w:val="auto"/>
        </w:rPr>
        <w:t xml:space="preserve"> </w:t>
      </w:r>
      <w:proofErr w:type="spellStart"/>
      <w:r w:rsidRPr="00993A76">
        <w:rPr>
          <w:color w:val="auto"/>
        </w:rPr>
        <w:t>warunk</w:t>
      </w:r>
      <w:r w:rsidRPr="00993A76">
        <w:rPr>
          <w:rFonts w:hint="cs"/>
          <w:color w:val="auto"/>
        </w:rPr>
        <w:t>ó</w:t>
      </w:r>
      <w:r w:rsidRPr="00993A76">
        <w:rPr>
          <w:color w:val="auto"/>
        </w:rPr>
        <w:t>w</w:t>
      </w:r>
      <w:proofErr w:type="spellEnd"/>
      <w:r w:rsidRPr="00993A76">
        <w:rPr>
          <w:color w:val="auto"/>
        </w:rPr>
        <w:t xml:space="preserve"> ani </w:t>
      </w:r>
      <w:proofErr w:type="spellStart"/>
      <w:r w:rsidRPr="00993A76">
        <w:rPr>
          <w:color w:val="auto"/>
        </w:rPr>
        <w:t>limit</w:t>
      </w:r>
      <w:r w:rsidRPr="00993A76">
        <w:rPr>
          <w:rFonts w:hint="cs"/>
          <w:color w:val="auto"/>
        </w:rPr>
        <w:t>ó</w:t>
      </w:r>
      <w:r w:rsidRPr="00993A76">
        <w:rPr>
          <w:color w:val="auto"/>
        </w:rPr>
        <w:t>w</w:t>
      </w:r>
      <w:proofErr w:type="spellEnd"/>
      <w:r w:rsidRPr="00993A76">
        <w:rPr>
          <w:color w:val="auto"/>
        </w:rPr>
        <w:t>: TAK / NIE</w:t>
      </w:r>
    </w:p>
    <w:p w14:paraId="1EDB9A4A" w14:textId="77777777" w:rsidR="00246A86" w:rsidRDefault="00246A86" w:rsidP="00993A76">
      <w:pPr>
        <w:pStyle w:val="Listapunktowana"/>
        <w:rPr>
          <w:rFonts w:hint="eastAsia"/>
          <w:color w:val="auto"/>
        </w:rPr>
      </w:pPr>
      <w:proofErr w:type="spellStart"/>
      <w:r>
        <w:t>Składka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zakres</w:t>
      </w:r>
      <w:proofErr w:type="spellEnd"/>
      <w:r>
        <w:t xml:space="preserve"> </w:t>
      </w:r>
      <w:proofErr w:type="spellStart"/>
      <w:r>
        <w:t>świadczeń</w:t>
      </w:r>
      <w:proofErr w:type="spellEnd"/>
      <w:r>
        <w:t xml:space="preserve"> </w:t>
      </w:r>
      <w:proofErr w:type="spellStart"/>
      <w:r>
        <w:t>gwarantowane</w:t>
      </w:r>
      <w:proofErr w:type="spellEnd"/>
      <w:r>
        <w:t xml:space="preserve"> bez </w:t>
      </w:r>
      <w:proofErr w:type="spellStart"/>
      <w:r>
        <w:t>zmian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48 </w:t>
      </w:r>
      <w:proofErr w:type="spellStart"/>
      <w:r>
        <w:t>miesięcy</w:t>
      </w:r>
      <w:proofErr w:type="spellEnd"/>
      <w:r>
        <w:t>: TAK / NIE (</w:t>
      </w:r>
      <w:proofErr w:type="spellStart"/>
      <w:r>
        <w:t>jeśli</w:t>
      </w:r>
      <w:proofErr w:type="spellEnd"/>
      <w:r>
        <w:t xml:space="preserve"> NIE – </w:t>
      </w:r>
      <w:proofErr w:type="spellStart"/>
      <w:r>
        <w:t>zasady</w:t>
      </w:r>
      <w:proofErr w:type="spellEnd"/>
      <w:r>
        <w:t xml:space="preserve"> </w:t>
      </w:r>
      <w:proofErr w:type="spellStart"/>
      <w:r>
        <w:t>zmian</w:t>
      </w:r>
      <w:proofErr w:type="spellEnd"/>
      <w:r>
        <w:t>: [</w:t>
      </w:r>
      <w:proofErr w:type="spellStart"/>
      <w:r>
        <w:t>opis</w:t>
      </w:r>
      <w:proofErr w:type="spellEnd"/>
      <w:r>
        <w:t>])</w:t>
      </w:r>
    </w:p>
    <w:p w14:paraId="69BAD502" w14:textId="77777777" w:rsidR="006F6A09" w:rsidRDefault="006F6A09" w:rsidP="006F6A09">
      <w:pPr>
        <w:pStyle w:val="Listapunktowana"/>
        <w:numPr>
          <w:ilvl w:val="0"/>
          <w:numId w:val="0"/>
        </w:numPr>
        <w:ind w:left="360" w:hanging="360"/>
        <w:jc w:val="both"/>
        <w:rPr>
          <w:rFonts w:hint="eastAsia"/>
          <w:color w:val="auto"/>
        </w:rPr>
      </w:pPr>
    </w:p>
    <w:p w14:paraId="3F8A9C8C" w14:textId="77777777" w:rsidR="006F6A09" w:rsidRDefault="006F6A09" w:rsidP="006F6A09">
      <w:pPr>
        <w:pStyle w:val="Listapunktowana"/>
        <w:numPr>
          <w:ilvl w:val="0"/>
          <w:numId w:val="0"/>
        </w:numPr>
        <w:ind w:left="360" w:hanging="360"/>
        <w:jc w:val="both"/>
        <w:rPr>
          <w:rFonts w:hint="eastAsia"/>
          <w:color w:val="auto"/>
        </w:rPr>
      </w:pPr>
    </w:p>
    <w:p w14:paraId="43A47323" w14:textId="77777777" w:rsidR="006F6A09" w:rsidRDefault="006F6A09" w:rsidP="006F6A09">
      <w:pPr>
        <w:pStyle w:val="Listapunktowana"/>
        <w:numPr>
          <w:ilvl w:val="0"/>
          <w:numId w:val="0"/>
        </w:numPr>
        <w:ind w:left="360" w:hanging="360"/>
        <w:jc w:val="both"/>
        <w:rPr>
          <w:rFonts w:hint="eastAsia"/>
          <w:color w:val="auto"/>
        </w:rPr>
      </w:pPr>
    </w:p>
    <w:p w14:paraId="16E1DC1C" w14:textId="77777777" w:rsidR="006F6A09" w:rsidRDefault="006F6A09" w:rsidP="006F6A09">
      <w:pPr>
        <w:pStyle w:val="Listapunktowana"/>
        <w:numPr>
          <w:ilvl w:val="0"/>
          <w:numId w:val="0"/>
        </w:numPr>
        <w:ind w:left="360" w:hanging="360"/>
        <w:jc w:val="both"/>
        <w:rPr>
          <w:rFonts w:hint="eastAsia"/>
          <w:color w:val="auto"/>
        </w:rPr>
      </w:pPr>
    </w:p>
    <w:p w14:paraId="71C5E234" w14:textId="77777777" w:rsidR="006F6A09" w:rsidRDefault="006F6A09" w:rsidP="006F6A09">
      <w:pPr>
        <w:pStyle w:val="Listapunktowana"/>
        <w:numPr>
          <w:ilvl w:val="0"/>
          <w:numId w:val="0"/>
        </w:numPr>
        <w:ind w:left="360" w:hanging="360"/>
        <w:jc w:val="both"/>
        <w:rPr>
          <w:rFonts w:hint="eastAsia"/>
          <w:color w:val="auto"/>
        </w:rPr>
      </w:pPr>
    </w:p>
    <w:p w14:paraId="4F83E265" w14:textId="77777777" w:rsidR="006F6A09" w:rsidRDefault="006F6A09" w:rsidP="006F6A09">
      <w:pPr>
        <w:pStyle w:val="Listapunktowana"/>
        <w:numPr>
          <w:ilvl w:val="0"/>
          <w:numId w:val="0"/>
        </w:numPr>
        <w:ind w:left="360" w:hanging="360"/>
        <w:jc w:val="both"/>
        <w:rPr>
          <w:rFonts w:hint="eastAsia"/>
          <w:color w:val="auto"/>
        </w:rPr>
      </w:pPr>
    </w:p>
    <w:p w14:paraId="11912020" w14:textId="77777777" w:rsidR="006F6A09" w:rsidRDefault="006F6A09" w:rsidP="006F6A09">
      <w:pPr>
        <w:pStyle w:val="Listapunktowana"/>
        <w:numPr>
          <w:ilvl w:val="0"/>
          <w:numId w:val="0"/>
        </w:numPr>
        <w:ind w:left="360" w:hanging="360"/>
        <w:jc w:val="both"/>
        <w:rPr>
          <w:rFonts w:hint="eastAsia"/>
          <w:color w:val="auto"/>
        </w:rPr>
      </w:pPr>
    </w:p>
    <w:p w14:paraId="078A2087" w14:textId="77777777" w:rsidR="006F6A09" w:rsidRPr="00915FC0" w:rsidRDefault="006F6A09" w:rsidP="006F6A09">
      <w:pPr>
        <w:pStyle w:val="Listapunktowana"/>
        <w:numPr>
          <w:ilvl w:val="0"/>
          <w:numId w:val="0"/>
        </w:numPr>
        <w:ind w:left="360" w:hanging="360"/>
        <w:jc w:val="both"/>
        <w:rPr>
          <w:rFonts w:hint="eastAsia"/>
          <w:color w:val="auto"/>
        </w:rPr>
      </w:pPr>
    </w:p>
    <w:p w14:paraId="590E97A9" w14:textId="77777777" w:rsidR="003158F7" w:rsidRPr="00915FC0" w:rsidRDefault="009D5D3E" w:rsidP="00CC5695">
      <w:pPr>
        <w:jc w:val="both"/>
        <w:rPr>
          <w:rFonts w:hint="eastAsia"/>
          <w:color w:val="auto"/>
        </w:rPr>
      </w:pPr>
      <w:r w:rsidRPr="00915FC0">
        <w:rPr>
          <w:color w:val="auto"/>
        </w:rPr>
        <w:t xml:space="preserve">Data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osoba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sporządzająca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informację</w:t>
      </w:r>
      <w:proofErr w:type="spellEnd"/>
      <w:r w:rsidRPr="00915FC0">
        <w:rPr>
          <w:color w:val="auto"/>
        </w:rPr>
        <w:t>: ...........................................................................................................</w:t>
      </w:r>
    </w:p>
    <w:p w14:paraId="1FDD0636" w14:textId="77777777" w:rsidR="003158F7" w:rsidRPr="00915FC0" w:rsidRDefault="009D5D3E" w:rsidP="00CC5695">
      <w:pPr>
        <w:jc w:val="both"/>
        <w:rPr>
          <w:rFonts w:hint="eastAsia"/>
          <w:color w:val="auto"/>
        </w:rPr>
      </w:pPr>
      <w:r w:rsidRPr="00915FC0">
        <w:rPr>
          <w:color w:val="auto"/>
        </w:rPr>
        <w:lastRenderedPageBreak/>
        <w:br w:type="page"/>
      </w:r>
    </w:p>
    <w:p w14:paraId="7D441AF5" w14:textId="77777777" w:rsidR="003158F7" w:rsidRPr="00915FC0" w:rsidRDefault="009D5D3E" w:rsidP="00CC5695">
      <w:pPr>
        <w:pStyle w:val="Nagwek1"/>
        <w:jc w:val="both"/>
        <w:rPr>
          <w:color w:val="auto"/>
        </w:rPr>
      </w:pPr>
      <w:r w:rsidRPr="00915FC0">
        <w:rPr>
          <w:color w:val="auto"/>
        </w:rPr>
        <w:lastRenderedPageBreak/>
        <w:t xml:space="preserve">ZAŁĄCZNIK NR 5. </w:t>
      </w:r>
      <w:proofErr w:type="spellStart"/>
      <w:r w:rsidRPr="00915FC0">
        <w:rPr>
          <w:color w:val="auto"/>
        </w:rPr>
        <w:t>Referencyjny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zakres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schorzeń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procedur</w:t>
      </w:r>
      <w:proofErr w:type="spellEnd"/>
    </w:p>
    <w:p w14:paraId="38CB24F0" w14:textId="77777777" w:rsidR="003158F7" w:rsidRPr="00915FC0" w:rsidRDefault="009D5D3E" w:rsidP="00CC5695">
      <w:pPr>
        <w:jc w:val="both"/>
        <w:rPr>
          <w:rFonts w:hint="eastAsia"/>
          <w:color w:val="auto"/>
        </w:rPr>
      </w:pPr>
      <w:proofErr w:type="spellStart"/>
      <w:r w:rsidRPr="00915FC0">
        <w:rPr>
          <w:color w:val="auto"/>
        </w:rPr>
        <w:t>Użyte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poniżej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nazwy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są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kategoriami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medycznymi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służącymi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porównaniu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zakresu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kodami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lub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nazwami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handlowymi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jakiegokolwiek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zakładu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ubezpieczeń</w:t>
      </w:r>
      <w:proofErr w:type="spellEnd"/>
      <w:r w:rsidRPr="00915FC0">
        <w:rPr>
          <w:color w:val="auto"/>
        </w:rPr>
        <w:t xml:space="preserve">. </w:t>
      </w:r>
      <w:proofErr w:type="spellStart"/>
      <w:r w:rsidRPr="00915FC0">
        <w:rPr>
          <w:color w:val="auto"/>
        </w:rPr>
        <w:t>Oferent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może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zastosować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własne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definicje</w:t>
      </w:r>
      <w:proofErr w:type="spellEnd"/>
      <w:r w:rsidRPr="00915FC0">
        <w:rPr>
          <w:color w:val="auto"/>
        </w:rPr>
        <w:t xml:space="preserve">, ale </w:t>
      </w:r>
      <w:proofErr w:type="spellStart"/>
      <w:r w:rsidRPr="00915FC0">
        <w:rPr>
          <w:color w:val="auto"/>
        </w:rPr>
        <w:t>musi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załączyć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wykaz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pełnych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różnic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wskazać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każde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zawężenie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odpowiedzialności</w:t>
      </w:r>
      <w:proofErr w:type="spellEnd"/>
      <w:r w:rsidRPr="00915FC0">
        <w:rPr>
          <w:color w:val="auto"/>
        </w:rPr>
        <w:t>.</w:t>
      </w:r>
    </w:p>
    <w:p w14:paraId="6454CF72" w14:textId="77777777" w:rsidR="003158F7" w:rsidRPr="00915FC0" w:rsidRDefault="009D5D3E" w:rsidP="00CC5695">
      <w:pPr>
        <w:pStyle w:val="Nagwek2"/>
        <w:jc w:val="both"/>
        <w:rPr>
          <w:color w:val="auto"/>
        </w:rPr>
      </w:pPr>
      <w:r w:rsidRPr="00915FC0">
        <w:rPr>
          <w:color w:val="auto"/>
        </w:rPr>
        <w:t xml:space="preserve">5.1. </w:t>
      </w:r>
      <w:proofErr w:type="spellStart"/>
      <w:r w:rsidRPr="00915FC0">
        <w:rPr>
          <w:color w:val="auto"/>
        </w:rPr>
        <w:t>Ciężkie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choroby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osoby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ubezpieczonej</w:t>
      </w:r>
      <w:proofErr w:type="spellEnd"/>
      <w:r w:rsidRPr="00915FC0">
        <w:rPr>
          <w:color w:val="auto"/>
        </w:rPr>
        <w:t xml:space="preserve"> / </w:t>
      </w:r>
      <w:proofErr w:type="spellStart"/>
      <w:r w:rsidRPr="00915FC0">
        <w:rPr>
          <w:color w:val="auto"/>
        </w:rPr>
        <w:t>małżonka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lub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partnera</w:t>
      </w:r>
      <w:proofErr w:type="spellEnd"/>
    </w:p>
    <w:p w14:paraId="24A73476" w14:textId="77777777" w:rsidR="003158F7" w:rsidRPr="00915FC0" w:rsidRDefault="009D5D3E" w:rsidP="00CC5695">
      <w:pPr>
        <w:jc w:val="both"/>
        <w:rPr>
          <w:rFonts w:hint="eastAsia"/>
          <w:color w:val="auto"/>
        </w:rPr>
      </w:pPr>
      <w:proofErr w:type="spellStart"/>
      <w:r w:rsidRPr="00915FC0">
        <w:rPr>
          <w:color w:val="auto"/>
        </w:rPr>
        <w:t>bakteryjne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zapalenie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mózgu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lub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opon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mózgowo-rdzeniowych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bakteryjne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zapalenie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wsierdzia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bąblowica</w:t>
      </w:r>
      <w:proofErr w:type="spellEnd"/>
      <w:r w:rsidRPr="00915FC0">
        <w:rPr>
          <w:color w:val="auto"/>
        </w:rPr>
        <w:t xml:space="preserve"> z </w:t>
      </w:r>
      <w:proofErr w:type="spellStart"/>
      <w:r w:rsidRPr="00915FC0">
        <w:rPr>
          <w:color w:val="auto"/>
        </w:rPr>
        <w:t>zajęciem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mózgu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borelioza</w:t>
      </w:r>
      <w:proofErr w:type="spellEnd"/>
      <w:r w:rsidRPr="00915FC0">
        <w:rPr>
          <w:color w:val="auto"/>
        </w:rPr>
        <w:t xml:space="preserve"> z </w:t>
      </w:r>
      <w:proofErr w:type="spellStart"/>
      <w:r w:rsidRPr="00915FC0">
        <w:rPr>
          <w:color w:val="auto"/>
        </w:rPr>
        <w:t>zajęciem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serca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neuroborelioza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całkowita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utrata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mowy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całkowita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utrata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słuchu</w:t>
      </w:r>
      <w:proofErr w:type="spellEnd"/>
      <w:r w:rsidRPr="00915FC0">
        <w:rPr>
          <w:color w:val="auto"/>
        </w:rPr>
        <w:t xml:space="preserve"> w </w:t>
      </w:r>
      <w:proofErr w:type="spellStart"/>
      <w:r w:rsidRPr="00915FC0">
        <w:rPr>
          <w:color w:val="auto"/>
        </w:rPr>
        <w:t>obydwu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uszach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całkowita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utrata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wzroku</w:t>
      </w:r>
      <w:proofErr w:type="spellEnd"/>
      <w:r w:rsidRPr="00915FC0">
        <w:rPr>
          <w:color w:val="auto"/>
        </w:rPr>
        <w:t xml:space="preserve"> w </w:t>
      </w:r>
      <w:proofErr w:type="spellStart"/>
      <w:r w:rsidRPr="00915FC0">
        <w:rPr>
          <w:color w:val="auto"/>
        </w:rPr>
        <w:t>obydwu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oczach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choroba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Alzheimera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choroba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Creutzfeldta</w:t>
      </w:r>
      <w:proofErr w:type="spellEnd"/>
      <w:r w:rsidRPr="00915FC0">
        <w:rPr>
          <w:color w:val="auto"/>
        </w:rPr>
        <w:t xml:space="preserve">-Jakoba; </w:t>
      </w:r>
      <w:proofErr w:type="spellStart"/>
      <w:r w:rsidRPr="00915FC0">
        <w:rPr>
          <w:color w:val="auto"/>
        </w:rPr>
        <w:t>choroba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Huntingtona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choroba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Leśniowskiego-Crohna</w:t>
      </w:r>
      <w:proofErr w:type="spellEnd"/>
      <w:r w:rsidRPr="00915FC0">
        <w:rPr>
          <w:color w:val="auto"/>
        </w:rPr>
        <w:t xml:space="preserve"> z </w:t>
      </w:r>
      <w:proofErr w:type="spellStart"/>
      <w:r w:rsidRPr="00915FC0">
        <w:rPr>
          <w:color w:val="auto"/>
        </w:rPr>
        <w:t>powikłaniami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choroba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neuronu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ruchowego</w:t>
      </w:r>
      <w:proofErr w:type="spellEnd"/>
      <w:r w:rsidRPr="00915FC0">
        <w:rPr>
          <w:color w:val="auto"/>
        </w:rPr>
        <w:t xml:space="preserve"> (SLA); </w:t>
      </w:r>
      <w:proofErr w:type="spellStart"/>
      <w:r w:rsidRPr="00915FC0">
        <w:rPr>
          <w:color w:val="auto"/>
        </w:rPr>
        <w:t>choroba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niedokrwienna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serca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leczona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metodą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pomostowania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choroba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Parkinsona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gruźlica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wymagająca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hospitalizacji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kleszczowe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zapalenie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mózgu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niedokrwistość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aplastyczna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niezłośliwy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guz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mózgu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nowotwór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złośliwy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oparzenie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wymagające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hospitalizacji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porażenie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kończyn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wskutek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uszkodzenia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rdzenia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kręgowego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przewlekła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choroba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nerek</w:t>
      </w:r>
      <w:proofErr w:type="spellEnd"/>
      <w:r w:rsidRPr="00915FC0">
        <w:rPr>
          <w:color w:val="auto"/>
        </w:rPr>
        <w:t xml:space="preserve"> z </w:t>
      </w:r>
      <w:proofErr w:type="spellStart"/>
      <w:r w:rsidRPr="00915FC0">
        <w:rPr>
          <w:color w:val="auto"/>
        </w:rPr>
        <w:t>leczeniem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nerkozastępczym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reumatoidalne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zapalenie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stawów</w:t>
      </w:r>
      <w:proofErr w:type="spellEnd"/>
      <w:r w:rsidRPr="00915FC0">
        <w:rPr>
          <w:color w:val="auto"/>
        </w:rPr>
        <w:t xml:space="preserve"> z </w:t>
      </w:r>
      <w:proofErr w:type="spellStart"/>
      <w:r w:rsidRPr="00915FC0">
        <w:rPr>
          <w:color w:val="auto"/>
        </w:rPr>
        <w:t>niepełnosprawnością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ropień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mózgu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leczony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chirurgicznie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schyłkowa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niewydolność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wątroby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sepsa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stwardnienie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rozsiane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śpiączka</w:t>
      </w:r>
      <w:proofErr w:type="spellEnd"/>
      <w:r w:rsidRPr="00915FC0">
        <w:rPr>
          <w:color w:val="auto"/>
        </w:rPr>
        <w:t xml:space="preserve"> z </w:t>
      </w:r>
      <w:proofErr w:type="spellStart"/>
      <w:r w:rsidRPr="00915FC0">
        <w:rPr>
          <w:color w:val="auto"/>
        </w:rPr>
        <w:t>ciężkimi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następstwami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uszkodzenia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mózgu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tętniak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aorty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brzusznej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leczony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chirurgicznie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tętniak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aorty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piersiowej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leczony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chirurgicznie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tężec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toczeń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rumieniowaty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układowy</w:t>
      </w:r>
      <w:proofErr w:type="spellEnd"/>
      <w:r w:rsidRPr="00915FC0">
        <w:rPr>
          <w:color w:val="auto"/>
        </w:rPr>
        <w:t xml:space="preserve"> z </w:t>
      </w:r>
      <w:proofErr w:type="spellStart"/>
      <w:r w:rsidRPr="00915FC0">
        <w:rPr>
          <w:color w:val="auto"/>
        </w:rPr>
        <w:t>zajęciem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narządów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wewnętrznych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transplantacja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udar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mózgu</w:t>
      </w:r>
      <w:proofErr w:type="spellEnd"/>
      <w:r w:rsidRPr="00915FC0">
        <w:rPr>
          <w:color w:val="auto"/>
        </w:rPr>
        <w:t xml:space="preserve"> z </w:t>
      </w:r>
      <w:proofErr w:type="spellStart"/>
      <w:r w:rsidRPr="00915FC0">
        <w:rPr>
          <w:color w:val="auto"/>
        </w:rPr>
        <w:t>trwałym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ubytkiem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neurologicznym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uraz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czaszkowo-mózgowy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utrata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kończyny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wrzodziejące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zapalenie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jelita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grubego</w:t>
      </w:r>
      <w:proofErr w:type="spellEnd"/>
      <w:r w:rsidRPr="00915FC0">
        <w:rPr>
          <w:color w:val="auto"/>
        </w:rPr>
        <w:t xml:space="preserve"> z </w:t>
      </w:r>
      <w:proofErr w:type="spellStart"/>
      <w:r w:rsidRPr="00915FC0">
        <w:rPr>
          <w:color w:val="auto"/>
        </w:rPr>
        <w:t>powikłaniami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wścieklizna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zakażenie</w:t>
      </w:r>
      <w:proofErr w:type="spellEnd"/>
      <w:r w:rsidRPr="00915FC0">
        <w:rPr>
          <w:color w:val="auto"/>
        </w:rPr>
        <w:t xml:space="preserve"> HIV w </w:t>
      </w:r>
      <w:proofErr w:type="spellStart"/>
      <w:r w:rsidRPr="00915FC0">
        <w:rPr>
          <w:color w:val="auto"/>
        </w:rPr>
        <w:t>wyniku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transfuzji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zawodowe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zakażenie</w:t>
      </w:r>
      <w:proofErr w:type="spellEnd"/>
      <w:r w:rsidRPr="00915FC0">
        <w:rPr>
          <w:color w:val="auto"/>
        </w:rPr>
        <w:t xml:space="preserve"> HIV; </w:t>
      </w:r>
      <w:proofErr w:type="spellStart"/>
      <w:r w:rsidRPr="00915FC0">
        <w:rPr>
          <w:color w:val="auto"/>
        </w:rPr>
        <w:t>zakażona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martwica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trzustki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zastawkowa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wada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serca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leczona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wszczepieniem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zastawki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zator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tętnicy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płucnej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zawał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serca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zgorzel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gazowa</w:t>
      </w:r>
      <w:proofErr w:type="spellEnd"/>
    </w:p>
    <w:p w14:paraId="3D9469DC" w14:textId="77777777" w:rsidR="003158F7" w:rsidRPr="00915FC0" w:rsidRDefault="009D5D3E" w:rsidP="00CC5695">
      <w:pPr>
        <w:pStyle w:val="Nagwek2"/>
        <w:jc w:val="both"/>
        <w:rPr>
          <w:color w:val="auto"/>
        </w:rPr>
      </w:pPr>
      <w:r w:rsidRPr="00915FC0">
        <w:rPr>
          <w:color w:val="auto"/>
        </w:rPr>
        <w:t xml:space="preserve">5.2. </w:t>
      </w:r>
      <w:proofErr w:type="spellStart"/>
      <w:r w:rsidRPr="00915FC0">
        <w:rPr>
          <w:color w:val="auto"/>
        </w:rPr>
        <w:t>Specjalistyczne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metody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leczenia</w:t>
      </w:r>
      <w:proofErr w:type="spellEnd"/>
    </w:p>
    <w:p w14:paraId="01ADF258" w14:textId="77777777" w:rsidR="003158F7" w:rsidRPr="00915FC0" w:rsidRDefault="009D5D3E" w:rsidP="00CC5695">
      <w:pPr>
        <w:jc w:val="both"/>
        <w:rPr>
          <w:rFonts w:hint="eastAsia"/>
          <w:color w:val="auto"/>
        </w:rPr>
      </w:pPr>
      <w:proofErr w:type="spellStart"/>
      <w:r w:rsidRPr="00915FC0">
        <w:rPr>
          <w:color w:val="auto"/>
        </w:rPr>
        <w:t>Ablacja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chemioterapia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radioterapia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albo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radioterapia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stereotaktyczna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nowotworu</w:t>
      </w:r>
      <w:proofErr w:type="spellEnd"/>
      <w:r w:rsidRPr="00915FC0">
        <w:rPr>
          <w:color w:val="auto"/>
        </w:rPr>
        <w:t xml:space="preserve"> (w </w:t>
      </w:r>
      <w:proofErr w:type="spellStart"/>
      <w:r w:rsidRPr="00915FC0">
        <w:rPr>
          <w:color w:val="auto"/>
        </w:rPr>
        <w:t>tym</w:t>
      </w:r>
      <w:proofErr w:type="spellEnd"/>
      <w:r w:rsidRPr="00915FC0">
        <w:rPr>
          <w:color w:val="auto"/>
        </w:rPr>
        <w:t xml:space="preserve"> Gamma Knife / Cyber Knife </w:t>
      </w:r>
      <w:proofErr w:type="spellStart"/>
      <w:r w:rsidRPr="00915FC0">
        <w:rPr>
          <w:color w:val="auto"/>
        </w:rPr>
        <w:t>jako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techniki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opisowe</w:t>
      </w:r>
      <w:proofErr w:type="spellEnd"/>
      <w:r w:rsidRPr="00915FC0">
        <w:rPr>
          <w:color w:val="auto"/>
        </w:rPr>
        <w:t xml:space="preserve">); </w:t>
      </w:r>
      <w:proofErr w:type="spellStart"/>
      <w:r w:rsidRPr="00915FC0">
        <w:rPr>
          <w:color w:val="auto"/>
        </w:rPr>
        <w:t>dializoterapia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terapia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interferonowa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leczenie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radiojodem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nienowotworowych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chorób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tarczycy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wszczepienie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kardiowertera-defibrylatora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wszczepienie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stymulatora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resynchronizującego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wszczepienie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stymulatora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serca</w:t>
      </w:r>
      <w:proofErr w:type="spellEnd"/>
      <w:r w:rsidRPr="00915FC0">
        <w:rPr>
          <w:color w:val="auto"/>
        </w:rPr>
        <w:t xml:space="preserve"> (</w:t>
      </w:r>
      <w:proofErr w:type="spellStart"/>
      <w:r w:rsidRPr="00915FC0">
        <w:rPr>
          <w:color w:val="auto"/>
        </w:rPr>
        <w:t>rozrusznika</w:t>
      </w:r>
      <w:proofErr w:type="spellEnd"/>
      <w:r w:rsidRPr="00915FC0">
        <w:rPr>
          <w:color w:val="auto"/>
        </w:rPr>
        <w:t>).</w:t>
      </w:r>
    </w:p>
    <w:p w14:paraId="0936D025" w14:textId="77777777" w:rsidR="003158F7" w:rsidRPr="00915FC0" w:rsidRDefault="009D5D3E" w:rsidP="00CC5695">
      <w:pPr>
        <w:pStyle w:val="Nagwek2"/>
        <w:jc w:val="both"/>
        <w:rPr>
          <w:color w:val="auto"/>
        </w:rPr>
      </w:pPr>
      <w:r w:rsidRPr="00915FC0">
        <w:rPr>
          <w:color w:val="auto"/>
        </w:rPr>
        <w:t xml:space="preserve">5.3. </w:t>
      </w:r>
      <w:proofErr w:type="spellStart"/>
      <w:r w:rsidRPr="00915FC0">
        <w:rPr>
          <w:color w:val="auto"/>
        </w:rPr>
        <w:t>Określone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choroby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zakaźne</w:t>
      </w:r>
      <w:proofErr w:type="spellEnd"/>
    </w:p>
    <w:p w14:paraId="16DBDB6F" w14:textId="77777777" w:rsidR="003158F7" w:rsidRPr="00915FC0" w:rsidRDefault="009D5D3E" w:rsidP="00CC5695">
      <w:pPr>
        <w:jc w:val="both"/>
        <w:rPr>
          <w:rFonts w:hint="eastAsia"/>
          <w:color w:val="auto"/>
        </w:rPr>
      </w:pPr>
      <w:proofErr w:type="spellStart"/>
      <w:r w:rsidRPr="00915FC0">
        <w:rPr>
          <w:color w:val="auto"/>
        </w:rPr>
        <w:t>Borelioza</w:t>
      </w:r>
      <w:proofErr w:type="spellEnd"/>
      <w:r w:rsidRPr="00915FC0">
        <w:rPr>
          <w:color w:val="auto"/>
        </w:rPr>
        <w:t xml:space="preserve"> z </w:t>
      </w:r>
      <w:proofErr w:type="spellStart"/>
      <w:r w:rsidRPr="00915FC0">
        <w:rPr>
          <w:color w:val="auto"/>
        </w:rPr>
        <w:t>zajęciem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stawów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bruceloza</w:t>
      </w:r>
      <w:proofErr w:type="spellEnd"/>
      <w:r w:rsidRPr="00915FC0">
        <w:rPr>
          <w:color w:val="auto"/>
        </w:rPr>
        <w:t xml:space="preserve">; cholera; dur </w:t>
      </w:r>
      <w:proofErr w:type="spellStart"/>
      <w:r w:rsidRPr="00915FC0">
        <w:rPr>
          <w:color w:val="auto"/>
        </w:rPr>
        <w:t>brzuszny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gorączka</w:t>
      </w:r>
      <w:proofErr w:type="spellEnd"/>
      <w:r w:rsidRPr="00915FC0">
        <w:rPr>
          <w:color w:val="auto"/>
        </w:rPr>
        <w:t xml:space="preserve"> chikungunya; denga; </w:t>
      </w:r>
      <w:proofErr w:type="spellStart"/>
      <w:r w:rsidRPr="00915FC0">
        <w:rPr>
          <w:color w:val="auto"/>
        </w:rPr>
        <w:t>gorączka</w:t>
      </w:r>
      <w:proofErr w:type="spellEnd"/>
      <w:r w:rsidRPr="00915FC0">
        <w:rPr>
          <w:color w:val="auto"/>
        </w:rPr>
        <w:t xml:space="preserve"> Ebola; </w:t>
      </w:r>
      <w:proofErr w:type="spellStart"/>
      <w:r w:rsidRPr="00915FC0">
        <w:rPr>
          <w:color w:val="auto"/>
        </w:rPr>
        <w:t>gorączka</w:t>
      </w:r>
      <w:proofErr w:type="spellEnd"/>
      <w:r w:rsidRPr="00915FC0">
        <w:rPr>
          <w:color w:val="auto"/>
        </w:rPr>
        <w:t xml:space="preserve"> Lassa; </w:t>
      </w:r>
      <w:proofErr w:type="spellStart"/>
      <w:r w:rsidRPr="00915FC0">
        <w:rPr>
          <w:color w:val="auto"/>
        </w:rPr>
        <w:t>gorączka</w:t>
      </w:r>
      <w:proofErr w:type="spellEnd"/>
      <w:r w:rsidRPr="00915FC0">
        <w:rPr>
          <w:color w:val="auto"/>
        </w:rPr>
        <w:t xml:space="preserve"> Marburg; </w:t>
      </w:r>
      <w:proofErr w:type="spellStart"/>
      <w:r w:rsidRPr="00915FC0">
        <w:rPr>
          <w:color w:val="auto"/>
        </w:rPr>
        <w:t>gorączka</w:t>
      </w:r>
      <w:proofErr w:type="spellEnd"/>
      <w:r w:rsidRPr="00915FC0">
        <w:rPr>
          <w:color w:val="auto"/>
        </w:rPr>
        <w:t xml:space="preserve"> Q; </w:t>
      </w:r>
      <w:proofErr w:type="spellStart"/>
      <w:r w:rsidRPr="00915FC0">
        <w:rPr>
          <w:color w:val="auto"/>
        </w:rPr>
        <w:t>gorączka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zachodniego</w:t>
      </w:r>
      <w:proofErr w:type="spellEnd"/>
      <w:r w:rsidRPr="00915FC0">
        <w:rPr>
          <w:color w:val="auto"/>
        </w:rPr>
        <w:t xml:space="preserve"> Nilu; </w:t>
      </w:r>
      <w:proofErr w:type="spellStart"/>
      <w:r w:rsidRPr="00915FC0">
        <w:rPr>
          <w:color w:val="auto"/>
        </w:rPr>
        <w:t>leptospiroza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pełzakowica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schistosomatoza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szigeloza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śpiączka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afrykańska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włośnica</w:t>
      </w:r>
      <w:proofErr w:type="spellEnd"/>
      <w:r w:rsidRPr="00915FC0">
        <w:rPr>
          <w:color w:val="auto"/>
        </w:rPr>
        <w:t xml:space="preserve">; malaria; </w:t>
      </w:r>
      <w:proofErr w:type="spellStart"/>
      <w:r w:rsidRPr="00915FC0">
        <w:rPr>
          <w:color w:val="auto"/>
        </w:rPr>
        <w:t>żółta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gorączka</w:t>
      </w:r>
      <w:proofErr w:type="spellEnd"/>
      <w:r w:rsidRPr="00915FC0">
        <w:rPr>
          <w:color w:val="auto"/>
        </w:rPr>
        <w:t>.</w:t>
      </w:r>
    </w:p>
    <w:p w14:paraId="0B7E0071" w14:textId="77777777" w:rsidR="003158F7" w:rsidRPr="00915FC0" w:rsidRDefault="009D5D3E" w:rsidP="00CC5695">
      <w:pPr>
        <w:pStyle w:val="Nagwek2"/>
        <w:jc w:val="both"/>
        <w:rPr>
          <w:color w:val="auto"/>
        </w:rPr>
      </w:pPr>
      <w:r w:rsidRPr="00915FC0">
        <w:rPr>
          <w:color w:val="auto"/>
        </w:rPr>
        <w:t xml:space="preserve">5.4. </w:t>
      </w:r>
      <w:proofErr w:type="spellStart"/>
      <w:r w:rsidRPr="00915FC0">
        <w:rPr>
          <w:color w:val="auto"/>
        </w:rPr>
        <w:t>Ciężkie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choroby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dzieci</w:t>
      </w:r>
      <w:proofErr w:type="spellEnd"/>
      <w:r w:rsidRPr="00915FC0">
        <w:rPr>
          <w:color w:val="auto"/>
        </w:rPr>
        <w:t xml:space="preserve"> </w:t>
      </w:r>
    </w:p>
    <w:p w14:paraId="7BE3B272" w14:textId="77777777" w:rsidR="003158F7" w:rsidRPr="00915FC0" w:rsidRDefault="009D5D3E" w:rsidP="00CC5695">
      <w:pPr>
        <w:jc w:val="both"/>
        <w:rPr>
          <w:rFonts w:hint="eastAsia"/>
          <w:color w:val="auto"/>
        </w:rPr>
      </w:pPr>
      <w:proofErr w:type="spellStart"/>
      <w:r w:rsidRPr="00915FC0">
        <w:rPr>
          <w:color w:val="auto"/>
        </w:rPr>
        <w:t>bakteryjne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zapalenie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wsierdzia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całkowita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utrata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słuchu</w:t>
      </w:r>
      <w:proofErr w:type="spellEnd"/>
      <w:r w:rsidRPr="00915FC0">
        <w:rPr>
          <w:color w:val="auto"/>
        </w:rPr>
        <w:t xml:space="preserve"> w co </w:t>
      </w:r>
      <w:proofErr w:type="spellStart"/>
      <w:r w:rsidRPr="00915FC0">
        <w:rPr>
          <w:color w:val="auto"/>
        </w:rPr>
        <w:t>najmniej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jednym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uchu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całkowita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utrata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wzroku</w:t>
      </w:r>
      <w:proofErr w:type="spellEnd"/>
      <w:r w:rsidRPr="00915FC0">
        <w:rPr>
          <w:color w:val="auto"/>
        </w:rPr>
        <w:t xml:space="preserve"> w co </w:t>
      </w:r>
      <w:proofErr w:type="spellStart"/>
      <w:r w:rsidRPr="00915FC0">
        <w:rPr>
          <w:color w:val="auto"/>
        </w:rPr>
        <w:t>najmniej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jednym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oku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choroba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Leśniowskiego-Crohna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ciężkie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oparzenie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cukrzyca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typu</w:t>
      </w:r>
      <w:proofErr w:type="spellEnd"/>
      <w:r w:rsidRPr="00915FC0">
        <w:rPr>
          <w:color w:val="auto"/>
        </w:rPr>
        <w:t xml:space="preserve"> 1; </w:t>
      </w:r>
      <w:proofErr w:type="spellStart"/>
      <w:r w:rsidRPr="00915FC0">
        <w:rPr>
          <w:color w:val="auto"/>
        </w:rPr>
        <w:t>dystrofia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mięśniowa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choroba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Heinego</w:t>
      </w:r>
      <w:proofErr w:type="spellEnd"/>
      <w:r w:rsidRPr="00915FC0">
        <w:rPr>
          <w:color w:val="auto"/>
        </w:rPr>
        <w:t xml:space="preserve">-Medina; </w:t>
      </w:r>
      <w:proofErr w:type="spellStart"/>
      <w:r w:rsidRPr="00915FC0">
        <w:rPr>
          <w:color w:val="auto"/>
        </w:rPr>
        <w:t>neuroborelioza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niedokrwistość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aplastyczna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niedokrwistość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hemolityczna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niezłośliwy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guz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mózgu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nowotwór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złośliwy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paraliż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kończyn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wskutek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uszkodzenia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rdzenia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kręgowego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przewlekła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niewydolność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nerek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schyłkowa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niewydolność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wątroby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sepsa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śpiączka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tężec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toczeń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rumieniowaty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układowy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transplantacja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utrata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kończyny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wścieklizna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zakażenie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wirusem</w:t>
      </w:r>
      <w:proofErr w:type="spellEnd"/>
      <w:r w:rsidRPr="00915FC0">
        <w:rPr>
          <w:color w:val="auto"/>
        </w:rPr>
        <w:t xml:space="preserve"> HIV w </w:t>
      </w:r>
      <w:proofErr w:type="spellStart"/>
      <w:r w:rsidRPr="00915FC0">
        <w:rPr>
          <w:color w:val="auto"/>
        </w:rPr>
        <w:t>wyniku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transfuzji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zapalenie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mózgu</w:t>
      </w:r>
      <w:proofErr w:type="spellEnd"/>
      <w:r w:rsidRPr="00915FC0">
        <w:rPr>
          <w:color w:val="auto"/>
        </w:rPr>
        <w:t xml:space="preserve">; </w:t>
      </w:r>
      <w:proofErr w:type="spellStart"/>
      <w:r w:rsidRPr="00915FC0">
        <w:rPr>
          <w:color w:val="auto"/>
        </w:rPr>
        <w:t>zapalenie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opon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mózgowo-rdzeniowych</w:t>
      </w:r>
      <w:proofErr w:type="spellEnd"/>
    </w:p>
    <w:p w14:paraId="6941BB3B" w14:textId="77777777" w:rsidR="003158F7" w:rsidRPr="00915FC0" w:rsidRDefault="009D5D3E" w:rsidP="00CC5695">
      <w:pPr>
        <w:pStyle w:val="Nagwek2"/>
        <w:jc w:val="both"/>
        <w:rPr>
          <w:color w:val="auto"/>
        </w:rPr>
      </w:pPr>
      <w:r w:rsidRPr="00915FC0">
        <w:rPr>
          <w:color w:val="auto"/>
        </w:rPr>
        <w:t xml:space="preserve">5.5. </w:t>
      </w:r>
      <w:proofErr w:type="spellStart"/>
      <w:r w:rsidRPr="00915FC0">
        <w:rPr>
          <w:color w:val="auto"/>
        </w:rPr>
        <w:t>Istotne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szczegóły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ochrony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wyłączenia</w:t>
      </w:r>
      <w:proofErr w:type="spellEnd"/>
      <w:r w:rsidRPr="00915FC0">
        <w:rPr>
          <w:color w:val="auto"/>
        </w:rPr>
        <w:t xml:space="preserve"> do </w:t>
      </w:r>
      <w:proofErr w:type="spellStart"/>
      <w:r w:rsidRPr="00915FC0">
        <w:rPr>
          <w:color w:val="auto"/>
        </w:rPr>
        <w:t>ujawnienia</w:t>
      </w:r>
      <w:proofErr w:type="spellEnd"/>
    </w:p>
    <w:p w14:paraId="19B8B9C0" w14:textId="77777777" w:rsidR="003158F7" w:rsidRPr="00915FC0" w:rsidRDefault="009D5D3E" w:rsidP="00CC5695">
      <w:pPr>
        <w:jc w:val="both"/>
        <w:rPr>
          <w:rFonts w:hint="eastAsia"/>
          <w:color w:val="auto"/>
        </w:rPr>
      </w:pPr>
      <w:proofErr w:type="spellStart"/>
      <w:r w:rsidRPr="00915FC0">
        <w:rPr>
          <w:color w:val="auto"/>
        </w:rPr>
        <w:t>Oferent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wskaże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własne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definicje</w:t>
      </w:r>
      <w:proofErr w:type="spellEnd"/>
      <w:r w:rsidRPr="00915FC0">
        <w:rPr>
          <w:color w:val="auto"/>
        </w:rPr>
        <w:t xml:space="preserve"> 26 </w:t>
      </w:r>
      <w:proofErr w:type="spellStart"/>
      <w:r w:rsidRPr="00915FC0">
        <w:rPr>
          <w:color w:val="auto"/>
        </w:rPr>
        <w:t>chorób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dziecięcych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procentowe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tabele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uszczerbków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dziecięcych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dorosłych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maksymalne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okresy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pobytów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szpitalnych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oraz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zasady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uznawania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operacji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spoza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katalogu</w:t>
      </w:r>
      <w:proofErr w:type="spellEnd"/>
      <w:r w:rsidRPr="00915FC0">
        <w:rPr>
          <w:color w:val="auto"/>
        </w:rPr>
        <w:t xml:space="preserve">. </w:t>
      </w:r>
      <w:proofErr w:type="spellStart"/>
      <w:r w:rsidRPr="00915FC0">
        <w:rPr>
          <w:color w:val="auto"/>
        </w:rPr>
        <w:t>Referencyjna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konstrukcja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dopuszcza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świadczenie</w:t>
      </w:r>
      <w:proofErr w:type="spellEnd"/>
      <w:r w:rsidRPr="00915FC0">
        <w:rPr>
          <w:color w:val="auto"/>
        </w:rPr>
        <w:t xml:space="preserve"> za </w:t>
      </w:r>
      <w:proofErr w:type="spellStart"/>
      <w:r w:rsidRPr="00915FC0">
        <w:rPr>
          <w:color w:val="auto"/>
        </w:rPr>
        <w:t>zabieg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wykonany</w:t>
      </w:r>
      <w:proofErr w:type="spellEnd"/>
      <w:r w:rsidRPr="00915FC0">
        <w:rPr>
          <w:color w:val="auto"/>
        </w:rPr>
        <w:t xml:space="preserve"> w </w:t>
      </w:r>
      <w:proofErr w:type="spellStart"/>
      <w:r w:rsidRPr="00915FC0">
        <w:rPr>
          <w:color w:val="auto"/>
        </w:rPr>
        <w:t>szpitalu</w:t>
      </w:r>
      <w:proofErr w:type="spellEnd"/>
      <w:r w:rsidRPr="00915FC0">
        <w:rPr>
          <w:color w:val="auto"/>
        </w:rPr>
        <w:t xml:space="preserve"> w </w:t>
      </w:r>
      <w:proofErr w:type="spellStart"/>
      <w:r w:rsidRPr="00915FC0">
        <w:rPr>
          <w:color w:val="auto"/>
        </w:rPr>
        <w:t>znieczuleniu</w:t>
      </w:r>
      <w:proofErr w:type="spellEnd"/>
      <w:r w:rsidRPr="00915FC0">
        <w:rPr>
          <w:color w:val="auto"/>
        </w:rPr>
        <w:t xml:space="preserve"> z </w:t>
      </w:r>
      <w:proofErr w:type="spellStart"/>
      <w:r w:rsidRPr="00915FC0">
        <w:rPr>
          <w:color w:val="auto"/>
        </w:rPr>
        <w:t>przyczyn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medycznych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nie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obejmując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ambulatoryjnych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zabiegów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spoza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wykazu</w:t>
      </w:r>
      <w:proofErr w:type="spellEnd"/>
      <w:r w:rsidRPr="00915FC0">
        <w:rPr>
          <w:color w:val="auto"/>
        </w:rPr>
        <w:t xml:space="preserve"> ani </w:t>
      </w:r>
      <w:proofErr w:type="spellStart"/>
      <w:r w:rsidRPr="00915FC0">
        <w:rPr>
          <w:color w:val="auto"/>
        </w:rPr>
        <w:t>zabiegów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dotyczących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skóry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tkanki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podskórnej</w:t>
      </w:r>
      <w:proofErr w:type="spellEnd"/>
      <w:r w:rsidRPr="00915FC0">
        <w:rPr>
          <w:color w:val="auto"/>
        </w:rPr>
        <w:t xml:space="preserve">. </w:t>
      </w:r>
      <w:proofErr w:type="spellStart"/>
      <w:r w:rsidRPr="00915FC0">
        <w:rPr>
          <w:color w:val="auto"/>
        </w:rPr>
        <w:t>Przy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operacjach</w:t>
      </w:r>
      <w:proofErr w:type="spellEnd"/>
      <w:r w:rsidRPr="00915FC0">
        <w:rPr>
          <w:color w:val="auto"/>
        </w:rPr>
        <w:t xml:space="preserve"> w </w:t>
      </w:r>
      <w:proofErr w:type="spellStart"/>
      <w:r w:rsidRPr="00915FC0">
        <w:rPr>
          <w:color w:val="auto"/>
        </w:rPr>
        <w:t>okresie</w:t>
      </w:r>
      <w:proofErr w:type="spellEnd"/>
      <w:r w:rsidRPr="00915FC0">
        <w:rPr>
          <w:color w:val="auto"/>
        </w:rPr>
        <w:t xml:space="preserve"> 60 </w:t>
      </w:r>
      <w:proofErr w:type="spellStart"/>
      <w:r w:rsidRPr="00915FC0">
        <w:rPr>
          <w:color w:val="auto"/>
        </w:rPr>
        <w:t>dni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oferent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wskaże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czy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obowiązuje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ograniczenie</w:t>
      </w:r>
      <w:proofErr w:type="spellEnd"/>
      <w:r w:rsidRPr="00915FC0">
        <w:rPr>
          <w:color w:val="auto"/>
        </w:rPr>
        <w:t xml:space="preserve"> do </w:t>
      </w:r>
      <w:proofErr w:type="spellStart"/>
      <w:r w:rsidRPr="00915FC0">
        <w:rPr>
          <w:color w:val="auto"/>
        </w:rPr>
        <w:t>jednego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najwyższego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świadczenia</w:t>
      </w:r>
      <w:proofErr w:type="spellEnd"/>
      <w:r w:rsidRPr="00915FC0">
        <w:rPr>
          <w:color w:val="auto"/>
        </w:rPr>
        <w:t xml:space="preserve">. </w:t>
      </w:r>
      <w:proofErr w:type="spellStart"/>
      <w:r w:rsidRPr="00915FC0">
        <w:rPr>
          <w:color w:val="auto"/>
        </w:rPr>
        <w:t>Wymagana</w:t>
      </w:r>
      <w:proofErr w:type="spellEnd"/>
      <w:r w:rsidRPr="00915FC0">
        <w:rPr>
          <w:color w:val="auto"/>
        </w:rPr>
        <w:t xml:space="preserve"> jest </w:t>
      </w:r>
      <w:proofErr w:type="spellStart"/>
      <w:r w:rsidRPr="00915FC0">
        <w:rPr>
          <w:color w:val="auto"/>
        </w:rPr>
        <w:t>ochrona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zdarzeń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związanych</w:t>
      </w:r>
      <w:proofErr w:type="spellEnd"/>
      <w:r w:rsidRPr="00915FC0">
        <w:rPr>
          <w:color w:val="auto"/>
        </w:rPr>
        <w:t xml:space="preserve"> z </w:t>
      </w:r>
      <w:proofErr w:type="spellStart"/>
      <w:r w:rsidRPr="00915FC0">
        <w:rPr>
          <w:color w:val="auto"/>
        </w:rPr>
        <w:t>rekreacyjnym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uprawianiem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sportów</w:t>
      </w:r>
      <w:proofErr w:type="spellEnd"/>
      <w:r w:rsidRPr="00915FC0">
        <w:rPr>
          <w:color w:val="auto"/>
        </w:rPr>
        <w:t xml:space="preserve">, </w:t>
      </w:r>
      <w:proofErr w:type="spellStart"/>
      <w:r w:rsidRPr="00915FC0">
        <w:rPr>
          <w:color w:val="auto"/>
        </w:rPr>
        <w:t>także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tych</w:t>
      </w:r>
      <w:proofErr w:type="spellEnd"/>
      <w:r w:rsidRPr="00915FC0">
        <w:rPr>
          <w:color w:val="auto"/>
        </w:rPr>
        <w:t xml:space="preserve"> </w:t>
      </w:r>
      <w:proofErr w:type="spellStart"/>
      <w:r w:rsidRPr="00915FC0">
        <w:rPr>
          <w:color w:val="auto"/>
        </w:rPr>
        <w:t>uzn</w:t>
      </w:r>
      <w:r w:rsidR="000C26D7">
        <w:rPr>
          <w:color w:val="auto"/>
        </w:rPr>
        <w:t>awanych</w:t>
      </w:r>
      <w:proofErr w:type="spellEnd"/>
      <w:r w:rsidR="000C26D7">
        <w:rPr>
          <w:color w:val="auto"/>
        </w:rPr>
        <w:t xml:space="preserve"> za </w:t>
      </w:r>
      <w:proofErr w:type="spellStart"/>
      <w:r w:rsidR="000C26D7">
        <w:rPr>
          <w:color w:val="auto"/>
        </w:rPr>
        <w:t>ryzykowne</w:t>
      </w:r>
      <w:proofErr w:type="spellEnd"/>
      <w:r w:rsidRPr="00915FC0">
        <w:rPr>
          <w:color w:val="auto"/>
        </w:rPr>
        <w:t>.</w:t>
      </w:r>
    </w:p>
    <w:p w14:paraId="5EBAC321" w14:textId="77777777" w:rsidR="008A6A43" w:rsidRDefault="00DE7234" w:rsidP="00CC5695">
      <w:pPr>
        <w:jc w:val="both"/>
        <w:rPr>
          <w:rFonts w:hint="eastAsia"/>
          <w:color w:val="auto"/>
        </w:rPr>
      </w:pPr>
      <w:r w:rsidRPr="00DE7234">
        <w:rPr>
          <w:color w:val="auto"/>
        </w:rPr>
        <w:t xml:space="preserve">W </w:t>
      </w:r>
      <w:proofErr w:type="spellStart"/>
      <w:r w:rsidRPr="00DE7234">
        <w:rPr>
          <w:color w:val="auto"/>
        </w:rPr>
        <w:t>odniesieniu</w:t>
      </w:r>
      <w:proofErr w:type="spellEnd"/>
      <w:r w:rsidRPr="00DE7234">
        <w:rPr>
          <w:color w:val="auto"/>
        </w:rPr>
        <w:t xml:space="preserve"> do </w:t>
      </w:r>
      <w:proofErr w:type="spellStart"/>
      <w:r w:rsidRPr="00DE7234">
        <w:rPr>
          <w:color w:val="auto"/>
        </w:rPr>
        <w:t>pobytu</w:t>
      </w:r>
      <w:proofErr w:type="spellEnd"/>
      <w:r w:rsidRPr="00DE7234">
        <w:rPr>
          <w:color w:val="auto"/>
        </w:rPr>
        <w:t xml:space="preserve"> </w:t>
      </w:r>
      <w:proofErr w:type="spellStart"/>
      <w:r w:rsidRPr="00DE7234">
        <w:rPr>
          <w:color w:val="auto"/>
        </w:rPr>
        <w:t>dziecka</w:t>
      </w:r>
      <w:proofErr w:type="spellEnd"/>
      <w:r w:rsidRPr="00DE7234">
        <w:rPr>
          <w:color w:val="auto"/>
        </w:rPr>
        <w:t xml:space="preserve"> w </w:t>
      </w:r>
      <w:proofErr w:type="spellStart"/>
      <w:r w:rsidRPr="00DE7234">
        <w:rPr>
          <w:color w:val="auto"/>
        </w:rPr>
        <w:t>szpitalu</w:t>
      </w:r>
      <w:proofErr w:type="spellEnd"/>
      <w:r w:rsidRPr="00DE7234">
        <w:rPr>
          <w:color w:val="auto"/>
        </w:rPr>
        <w:t xml:space="preserve"> </w:t>
      </w:r>
      <w:proofErr w:type="spellStart"/>
      <w:r w:rsidRPr="00DE7234">
        <w:rPr>
          <w:color w:val="auto"/>
        </w:rPr>
        <w:t>wskutek</w:t>
      </w:r>
      <w:proofErr w:type="spellEnd"/>
      <w:r w:rsidRPr="00DE7234">
        <w:rPr>
          <w:color w:val="auto"/>
        </w:rPr>
        <w:t xml:space="preserve"> </w:t>
      </w:r>
      <w:proofErr w:type="spellStart"/>
      <w:r w:rsidRPr="00DE7234">
        <w:rPr>
          <w:color w:val="auto"/>
        </w:rPr>
        <w:t>choroby</w:t>
      </w:r>
      <w:proofErr w:type="spellEnd"/>
      <w:r w:rsidRPr="00DE7234">
        <w:rPr>
          <w:color w:val="auto"/>
        </w:rPr>
        <w:t xml:space="preserve"> </w:t>
      </w:r>
      <w:proofErr w:type="spellStart"/>
      <w:r w:rsidRPr="00DE7234">
        <w:rPr>
          <w:color w:val="auto"/>
        </w:rPr>
        <w:t>lub</w:t>
      </w:r>
      <w:proofErr w:type="spellEnd"/>
      <w:r w:rsidRPr="00DE7234">
        <w:rPr>
          <w:color w:val="auto"/>
        </w:rPr>
        <w:t xml:space="preserve"> </w:t>
      </w:r>
      <w:proofErr w:type="spellStart"/>
      <w:r w:rsidRPr="00DE7234">
        <w:rPr>
          <w:color w:val="auto"/>
        </w:rPr>
        <w:t>nieszcz</w:t>
      </w:r>
      <w:r w:rsidRPr="00DE7234">
        <w:rPr>
          <w:rFonts w:hint="cs"/>
          <w:color w:val="auto"/>
        </w:rPr>
        <w:t>ęś</w:t>
      </w:r>
      <w:r w:rsidRPr="00DE7234">
        <w:rPr>
          <w:color w:val="auto"/>
        </w:rPr>
        <w:t>liwego</w:t>
      </w:r>
      <w:proofErr w:type="spellEnd"/>
      <w:r w:rsidRPr="00DE7234">
        <w:rPr>
          <w:color w:val="auto"/>
        </w:rPr>
        <w:t xml:space="preserve"> </w:t>
      </w:r>
      <w:proofErr w:type="spellStart"/>
      <w:r w:rsidRPr="00DE7234">
        <w:rPr>
          <w:color w:val="auto"/>
        </w:rPr>
        <w:t>wypadku</w:t>
      </w:r>
      <w:proofErr w:type="spellEnd"/>
      <w:r w:rsidRPr="00DE7234">
        <w:rPr>
          <w:color w:val="auto"/>
        </w:rPr>
        <w:t xml:space="preserve"> </w:t>
      </w:r>
      <w:proofErr w:type="spellStart"/>
      <w:r w:rsidRPr="00DE7234">
        <w:rPr>
          <w:rFonts w:hint="cs"/>
          <w:color w:val="auto"/>
        </w:rPr>
        <w:t>ś</w:t>
      </w:r>
      <w:r w:rsidRPr="00DE7234">
        <w:rPr>
          <w:color w:val="auto"/>
        </w:rPr>
        <w:t>wiadczenie</w:t>
      </w:r>
      <w:proofErr w:type="spellEnd"/>
      <w:r w:rsidRPr="00DE7234">
        <w:rPr>
          <w:color w:val="auto"/>
        </w:rPr>
        <w:t xml:space="preserve"> </w:t>
      </w:r>
      <w:proofErr w:type="spellStart"/>
      <w:r w:rsidRPr="00DE7234">
        <w:rPr>
          <w:color w:val="auto"/>
        </w:rPr>
        <w:t>przys</w:t>
      </w:r>
      <w:r w:rsidRPr="00DE7234">
        <w:rPr>
          <w:rFonts w:hint="cs"/>
          <w:color w:val="auto"/>
        </w:rPr>
        <w:t>ł</w:t>
      </w:r>
      <w:r w:rsidRPr="00DE7234">
        <w:rPr>
          <w:color w:val="auto"/>
        </w:rPr>
        <w:t>uguje</w:t>
      </w:r>
      <w:proofErr w:type="spellEnd"/>
      <w:r w:rsidRPr="00DE7234">
        <w:rPr>
          <w:color w:val="auto"/>
        </w:rPr>
        <w:t xml:space="preserve"> za </w:t>
      </w:r>
      <w:proofErr w:type="spellStart"/>
      <w:r w:rsidRPr="00DE7234">
        <w:rPr>
          <w:color w:val="auto"/>
        </w:rPr>
        <w:t>ka</w:t>
      </w:r>
      <w:r w:rsidRPr="00DE7234">
        <w:rPr>
          <w:rFonts w:hint="cs"/>
          <w:color w:val="auto"/>
        </w:rPr>
        <w:t>ż</w:t>
      </w:r>
      <w:r w:rsidRPr="00DE7234">
        <w:rPr>
          <w:color w:val="auto"/>
        </w:rPr>
        <w:t>dy</w:t>
      </w:r>
      <w:proofErr w:type="spellEnd"/>
      <w:r w:rsidRPr="00DE7234">
        <w:rPr>
          <w:color w:val="auto"/>
        </w:rPr>
        <w:t xml:space="preserve"> </w:t>
      </w:r>
      <w:proofErr w:type="spellStart"/>
      <w:r w:rsidRPr="00DE7234">
        <w:rPr>
          <w:color w:val="auto"/>
        </w:rPr>
        <w:t>dzie</w:t>
      </w:r>
      <w:r w:rsidRPr="00DE7234">
        <w:rPr>
          <w:rFonts w:hint="cs"/>
          <w:color w:val="auto"/>
        </w:rPr>
        <w:t>ń</w:t>
      </w:r>
      <w:proofErr w:type="spellEnd"/>
      <w:r w:rsidRPr="00DE7234">
        <w:rPr>
          <w:color w:val="auto"/>
        </w:rPr>
        <w:t xml:space="preserve"> </w:t>
      </w:r>
      <w:proofErr w:type="spellStart"/>
      <w:r w:rsidRPr="00DE7234">
        <w:rPr>
          <w:color w:val="auto"/>
        </w:rPr>
        <w:t>pobytu</w:t>
      </w:r>
      <w:proofErr w:type="spellEnd"/>
      <w:r w:rsidRPr="00DE7234">
        <w:rPr>
          <w:color w:val="auto"/>
        </w:rPr>
        <w:t xml:space="preserve">, </w:t>
      </w:r>
      <w:proofErr w:type="spellStart"/>
      <w:r w:rsidRPr="00DE7234">
        <w:rPr>
          <w:color w:val="auto"/>
        </w:rPr>
        <w:t>pocz</w:t>
      </w:r>
      <w:r w:rsidRPr="00DE7234">
        <w:rPr>
          <w:rFonts w:hint="cs"/>
          <w:color w:val="auto"/>
        </w:rPr>
        <w:t>ą</w:t>
      </w:r>
      <w:r w:rsidRPr="00DE7234">
        <w:rPr>
          <w:color w:val="auto"/>
        </w:rPr>
        <w:t>wszy</w:t>
      </w:r>
      <w:proofErr w:type="spellEnd"/>
      <w:r w:rsidRPr="00DE7234">
        <w:rPr>
          <w:color w:val="auto"/>
        </w:rPr>
        <w:t xml:space="preserve"> </w:t>
      </w:r>
      <w:proofErr w:type="spellStart"/>
      <w:r w:rsidRPr="00DE7234">
        <w:rPr>
          <w:color w:val="auto"/>
        </w:rPr>
        <w:t>od</w:t>
      </w:r>
      <w:proofErr w:type="spellEnd"/>
      <w:r w:rsidRPr="00DE7234">
        <w:rPr>
          <w:color w:val="auto"/>
        </w:rPr>
        <w:t xml:space="preserve"> </w:t>
      </w:r>
      <w:proofErr w:type="spellStart"/>
      <w:r w:rsidRPr="00DE7234">
        <w:rPr>
          <w:color w:val="auto"/>
        </w:rPr>
        <w:t>pierwszego</w:t>
      </w:r>
      <w:proofErr w:type="spellEnd"/>
      <w:r w:rsidRPr="00DE7234">
        <w:rPr>
          <w:color w:val="auto"/>
        </w:rPr>
        <w:t xml:space="preserve">, </w:t>
      </w:r>
      <w:proofErr w:type="spellStart"/>
      <w:r w:rsidRPr="00DE7234">
        <w:rPr>
          <w:color w:val="auto"/>
        </w:rPr>
        <w:t>je</w:t>
      </w:r>
      <w:r w:rsidRPr="00DE7234">
        <w:rPr>
          <w:rFonts w:hint="cs"/>
          <w:color w:val="auto"/>
        </w:rPr>
        <w:t>ż</w:t>
      </w:r>
      <w:r w:rsidRPr="00DE7234">
        <w:rPr>
          <w:color w:val="auto"/>
        </w:rPr>
        <w:t>eli</w:t>
      </w:r>
      <w:proofErr w:type="spellEnd"/>
      <w:r w:rsidRPr="00DE7234">
        <w:rPr>
          <w:color w:val="auto"/>
        </w:rPr>
        <w:t xml:space="preserve"> </w:t>
      </w:r>
      <w:proofErr w:type="spellStart"/>
      <w:r w:rsidRPr="00DE7234">
        <w:rPr>
          <w:color w:val="auto"/>
        </w:rPr>
        <w:t>ca</w:t>
      </w:r>
      <w:r w:rsidRPr="00DE7234">
        <w:rPr>
          <w:rFonts w:hint="cs"/>
          <w:color w:val="auto"/>
        </w:rPr>
        <w:t>ł</w:t>
      </w:r>
      <w:r w:rsidRPr="00DE7234">
        <w:rPr>
          <w:color w:val="auto"/>
        </w:rPr>
        <w:t>y</w:t>
      </w:r>
      <w:proofErr w:type="spellEnd"/>
      <w:r w:rsidRPr="00DE7234">
        <w:rPr>
          <w:color w:val="auto"/>
        </w:rPr>
        <w:t xml:space="preserve"> </w:t>
      </w:r>
      <w:proofErr w:type="spellStart"/>
      <w:r w:rsidRPr="00DE7234">
        <w:rPr>
          <w:color w:val="auto"/>
        </w:rPr>
        <w:t>pobyt</w:t>
      </w:r>
      <w:proofErr w:type="spellEnd"/>
      <w:r w:rsidRPr="00DE7234">
        <w:rPr>
          <w:color w:val="auto"/>
        </w:rPr>
        <w:t xml:space="preserve"> </w:t>
      </w:r>
      <w:proofErr w:type="spellStart"/>
      <w:r w:rsidRPr="00DE7234">
        <w:rPr>
          <w:color w:val="auto"/>
        </w:rPr>
        <w:t>trwa</w:t>
      </w:r>
      <w:r w:rsidRPr="00DE7234">
        <w:rPr>
          <w:rFonts w:hint="cs"/>
          <w:color w:val="auto"/>
        </w:rPr>
        <w:t>ł</w:t>
      </w:r>
      <w:proofErr w:type="spellEnd"/>
      <w:r w:rsidRPr="00DE7234">
        <w:rPr>
          <w:color w:val="auto"/>
        </w:rPr>
        <w:t xml:space="preserve"> co </w:t>
      </w:r>
      <w:proofErr w:type="spellStart"/>
      <w:r w:rsidRPr="00DE7234">
        <w:rPr>
          <w:color w:val="auto"/>
        </w:rPr>
        <w:t>najmniej</w:t>
      </w:r>
      <w:proofErr w:type="spellEnd"/>
      <w:r w:rsidRPr="00DE7234">
        <w:rPr>
          <w:color w:val="auto"/>
        </w:rPr>
        <w:t xml:space="preserve"> 4 </w:t>
      </w:r>
      <w:proofErr w:type="spellStart"/>
      <w:r w:rsidRPr="00DE7234">
        <w:rPr>
          <w:color w:val="auto"/>
        </w:rPr>
        <w:t>dni</w:t>
      </w:r>
      <w:proofErr w:type="spellEnd"/>
      <w:r w:rsidRPr="00DE7234">
        <w:rPr>
          <w:color w:val="auto"/>
        </w:rPr>
        <w:t xml:space="preserve">, </w:t>
      </w:r>
      <w:proofErr w:type="spellStart"/>
      <w:r w:rsidRPr="00DE7234">
        <w:rPr>
          <w:color w:val="auto"/>
        </w:rPr>
        <w:t>zgodnie</w:t>
      </w:r>
      <w:proofErr w:type="spellEnd"/>
      <w:r w:rsidRPr="00DE7234">
        <w:rPr>
          <w:color w:val="auto"/>
        </w:rPr>
        <w:t xml:space="preserve"> z </w:t>
      </w:r>
      <w:proofErr w:type="spellStart"/>
      <w:r w:rsidRPr="00DE7234">
        <w:rPr>
          <w:color w:val="auto"/>
        </w:rPr>
        <w:t>tabel</w:t>
      </w:r>
      <w:r w:rsidRPr="00DE7234">
        <w:rPr>
          <w:rFonts w:hint="cs"/>
          <w:color w:val="auto"/>
        </w:rPr>
        <w:t>ą</w:t>
      </w:r>
      <w:proofErr w:type="spellEnd"/>
      <w:r w:rsidRPr="00DE7234">
        <w:rPr>
          <w:color w:val="auto"/>
        </w:rPr>
        <w:t xml:space="preserve"> w </w:t>
      </w:r>
      <w:proofErr w:type="spellStart"/>
      <w:r w:rsidRPr="00DE7234">
        <w:rPr>
          <w:color w:val="auto"/>
        </w:rPr>
        <w:t>Za</w:t>
      </w:r>
      <w:r w:rsidRPr="00DE7234">
        <w:rPr>
          <w:rFonts w:hint="cs"/>
          <w:color w:val="auto"/>
        </w:rPr>
        <w:t>łą</w:t>
      </w:r>
      <w:r w:rsidRPr="00DE7234">
        <w:rPr>
          <w:color w:val="auto"/>
        </w:rPr>
        <w:t>czniku</w:t>
      </w:r>
      <w:proofErr w:type="spellEnd"/>
      <w:r w:rsidRPr="00DE7234">
        <w:rPr>
          <w:color w:val="auto"/>
        </w:rPr>
        <w:t xml:space="preserve"> nr 2.</w:t>
      </w:r>
    </w:p>
    <w:p w14:paraId="3DDCB4A9" w14:textId="77777777" w:rsidR="008A6A43" w:rsidRDefault="008A6A43" w:rsidP="00CC5695">
      <w:pPr>
        <w:jc w:val="both"/>
        <w:rPr>
          <w:rFonts w:hint="eastAsia"/>
          <w:color w:val="auto"/>
        </w:rPr>
      </w:pPr>
    </w:p>
    <w:p w14:paraId="570B91E8" w14:textId="77777777" w:rsidR="008A6A43" w:rsidRDefault="008A6A43" w:rsidP="00CC5695">
      <w:pPr>
        <w:jc w:val="both"/>
        <w:rPr>
          <w:rFonts w:hint="eastAsia"/>
          <w:color w:val="auto"/>
        </w:rPr>
      </w:pPr>
    </w:p>
    <w:p w14:paraId="71E95B4D" w14:textId="77777777" w:rsidR="008A6A43" w:rsidRDefault="008A6A43" w:rsidP="008A6A43">
      <w:pPr>
        <w:pStyle w:val="Nagwek1"/>
      </w:pPr>
      <w:r>
        <w:t xml:space="preserve">ZAŁĄCZNIK NR 6. </w:t>
      </w:r>
      <w:proofErr w:type="spellStart"/>
      <w:r>
        <w:t>Wiążący</w:t>
      </w:r>
      <w:proofErr w:type="spellEnd"/>
      <w:r>
        <w:t xml:space="preserve"> </w:t>
      </w:r>
      <w:proofErr w:type="spellStart"/>
      <w:r>
        <w:t>wykaz</w:t>
      </w:r>
      <w:proofErr w:type="spellEnd"/>
      <w:r>
        <w:t xml:space="preserve"> </w:t>
      </w:r>
      <w:proofErr w:type="spellStart"/>
      <w:r>
        <w:t>operacji</w:t>
      </w:r>
      <w:proofErr w:type="spellEnd"/>
      <w:r>
        <w:t xml:space="preserve"> </w:t>
      </w:r>
      <w:proofErr w:type="spellStart"/>
      <w:r>
        <w:t>chirurgicznych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ich </w:t>
      </w:r>
      <w:proofErr w:type="spellStart"/>
      <w:r>
        <w:t>klasyfikacja</w:t>
      </w:r>
      <w:proofErr w:type="spellEnd"/>
    </w:p>
    <w:p w14:paraId="20609A00" w14:textId="77777777" w:rsidR="008A6A43" w:rsidRDefault="008A6A43" w:rsidP="008A6A43">
      <w:pPr>
        <w:rPr>
          <w:rFonts w:hint="eastAsia"/>
        </w:rPr>
      </w:pPr>
      <w:proofErr w:type="spellStart"/>
      <w:r>
        <w:t>Niniejszy</w:t>
      </w:r>
      <w:proofErr w:type="spellEnd"/>
      <w:r>
        <w:t xml:space="preserve"> </w:t>
      </w:r>
      <w:proofErr w:type="spellStart"/>
      <w:r>
        <w:t>wykaz</w:t>
      </w:r>
      <w:proofErr w:type="spellEnd"/>
      <w:r>
        <w:t xml:space="preserve"> </w:t>
      </w:r>
      <w:proofErr w:type="spellStart"/>
      <w:r>
        <w:t>stanowi</w:t>
      </w:r>
      <w:proofErr w:type="spellEnd"/>
      <w:r>
        <w:t xml:space="preserve"> </w:t>
      </w:r>
      <w:proofErr w:type="spellStart"/>
      <w:r>
        <w:t>integralną</w:t>
      </w:r>
      <w:proofErr w:type="spellEnd"/>
      <w:r>
        <w:t xml:space="preserve"> </w:t>
      </w:r>
      <w:proofErr w:type="spellStart"/>
      <w:r>
        <w:t>część</w:t>
      </w:r>
      <w:proofErr w:type="spellEnd"/>
      <w:r>
        <w:t xml:space="preserve"> </w:t>
      </w:r>
      <w:proofErr w:type="spellStart"/>
      <w:r>
        <w:t>wymagań</w:t>
      </w:r>
      <w:proofErr w:type="spellEnd"/>
      <w:r>
        <w:t xml:space="preserve"> </w:t>
      </w:r>
      <w:proofErr w:type="spellStart"/>
      <w:r>
        <w:t>dla</w:t>
      </w:r>
      <w:proofErr w:type="spellEnd"/>
      <w:r>
        <w:t xml:space="preserve"> </w:t>
      </w:r>
      <w:proofErr w:type="spellStart"/>
      <w:r>
        <w:t>pięciu</w:t>
      </w:r>
      <w:proofErr w:type="spellEnd"/>
      <w:r>
        <w:t xml:space="preserve"> </w:t>
      </w:r>
      <w:proofErr w:type="spellStart"/>
      <w:r>
        <w:t>wariantów</w:t>
      </w:r>
      <w:proofErr w:type="spellEnd"/>
      <w:r>
        <w:t xml:space="preserve"> </w:t>
      </w:r>
      <w:proofErr w:type="spellStart"/>
      <w:r>
        <w:t>ubezpieczenia</w:t>
      </w:r>
      <w:proofErr w:type="spellEnd"/>
      <w:r>
        <w:t xml:space="preserve"> </w:t>
      </w:r>
      <w:proofErr w:type="spellStart"/>
      <w:r>
        <w:t>podstawowego</w:t>
      </w:r>
      <w:proofErr w:type="spellEnd"/>
      <w:r>
        <w:t xml:space="preserve"> A–E. </w:t>
      </w:r>
      <w:proofErr w:type="spellStart"/>
      <w:r>
        <w:t>Każda</w:t>
      </w:r>
      <w:proofErr w:type="spellEnd"/>
      <w:r>
        <w:t xml:space="preserve"> </w:t>
      </w:r>
      <w:proofErr w:type="spellStart"/>
      <w:r>
        <w:t>wymieniona</w:t>
      </w:r>
      <w:proofErr w:type="spellEnd"/>
      <w:r>
        <w:t xml:space="preserve"> </w:t>
      </w:r>
      <w:proofErr w:type="spellStart"/>
      <w:r>
        <w:t>operacja</w:t>
      </w:r>
      <w:proofErr w:type="spellEnd"/>
      <w:r>
        <w:t xml:space="preserve"> </w:t>
      </w:r>
      <w:proofErr w:type="spellStart"/>
      <w:r>
        <w:t>musi</w:t>
      </w:r>
      <w:proofErr w:type="spellEnd"/>
      <w:r>
        <w:t xml:space="preserve"> </w:t>
      </w:r>
      <w:proofErr w:type="spellStart"/>
      <w:r>
        <w:t>być</w:t>
      </w:r>
      <w:proofErr w:type="spellEnd"/>
      <w:r>
        <w:t xml:space="preserve"> </w:t>
      </w:r>
      <w:proofErr w:type="spellStart"/>
      <w:r>
        <w:t>objęta</w:t>
      </w:r>
      <w:proofErr w:type="spellEnd"/>
      <w:r>
        <w:t xml:space="preserve"> </w:t>
      </w:r>
      <w:proofErr w:type="spellStart"/>
      <w:r>
        <w:t>ochroną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uprawniać</w:t>
      </w:r>
      <w:proofErr w:type="spellEnd"/>
      <w:r>
        <w:t xml:space="preserve"> do </w:t>
      </w:r>
      <w:proofErr w:type="spellStart"/>
      <w:r>
        <w:t>świadczenia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niższego</w:t>
      </w:r>
      <w:proofErr w:type="spellEnd"/>
      <w:r>
        <w:t xml:space="preserve"> </w:t>
      </w:r>
      <w:proofErr w:type="spellStart"/>
      <w:r>
        <w:t>niż</w:t>
      </w:r>
      <w:proofErr w:type="spellEnd"/>
      <w:r>
        <w:t xml:space="preserve"> </w:t>
      </w:r>
      <w:proofErr w:type="spellStart"/>
      <w:r>
        <w:t>wynikające</w:t>
      </w:r>
      <w:proofErr w:type="spellEnd"/>
      <w:r>
        <w:t xml:space="preserve"> z </w:t>
      </w:r>
      <w:proofErr w:type="spellStart"/>
      <w:r>
        <w:t>przypisanej</w:t>
      </w:r>
      <w:proofErr w:type="spellEnd"/>
      <w:r>
        <w:t xml:space="preserve"> </w:t>
      </w:r>
      <w:proofErr w:type="spellStart"/>
      <w:r>
        <w:t>jej</w:t>
      </w:r>
      <w:proofErr w:type="spellEnd"/>
      <w:r>
        <w:t xml:space="preserve"> </w:t>
      </w:r>
      <w:proofErr w:type="spellStart"/>
      <w:r>
        <w:t>klasy</w:t>
      </w:r>
      <w:proofErr w:type="spellEnd"/>
      <w:r>
        <w:t xml:space="preserve"> I–V </w:t>
      </w:r>
      <w:proofErr w:type="spellStart"/>
      <w:r>
        <w:t>i</w:t>
      </w:r>
      <w:proofErr w:type="spellEnd"/>
      <w:r>
        <w:t xml:space="preserve"> </w:t>
      </w:r>
      <w:proofErr w:type="spellStart"/>
      <w:r>
        <w:t>kwoty</w:t>
      </w:r>
      <w:proofErr w:type="spellEnd"/>
      <w:r>
        <w:t xml:space="preserve"> </w:t>
      </w:r>
      <w:proofErr w:type="spellStart"/>
      <w:r>
        <w:t>bazowej</w:t>
      </w:r>
      <w:proofErr w:type="spellEnd"/>
      <w:r>
        <w:t xml:space="preserve"> </w:t>
      </w:r>
      <w:proofErr w:type="spellStart"/>
      <w:r>
        <w:t>określonej</w:t>
      </w:r>
      <w:proofErr w:type="spellEnd"/>
      <w:r>
        <w:t xml:space="preserve"> w </w:t>
      </w:r>
      <w:proofErr w:type="spellStart"/>
      <w:r>
        <w:t>Załączniku</w:t>
      </w:r>
      <w:proofErr w:type="spellEnd"/>
      <w:r>
        <w:t xml:space="preserve"> nr 1. </w:t>
      </w:r>
      <w:proofErr w:type="spellStart"/>
      <w:r>
        <w:t>Klasa</w:t>
      </w:r>
      <w:proofErr w:type="spellEnd"/>
      <w:r>
        <w:t xml:space="preserve"> I </w:t>
      </w:r>
      <w:proofErr w:type="spellStart"/>
      <w:r>
        <w:t>oznacza</w:t>
      </w:r>
      <w:proofErr w:type="spellEnd"/>
      <w:r>
        <w:t xml:space="preserve"> 100%, II – 50%, III – 30%, IV – 10%, V – 5% </w:t>
      </w:r>
      <w:proofErr w:type="spellStart"/>
      <w:r>
        <w:t>kwoty</w:t>
      </w:r>
      <w:proofErr w:type="spellEnd"/>
      <w:r>
        <w:t xml:space="preserve"> </w:t>
      </w:r>
      <w:proofErr w:type="spellStart"/>
      <w:r>
        <w:t>bazowej</w:t>
      </w:r>
      <w:proofErr w:type="spellEnd"/>
      <w:r>
        <w:t xml:space="preserve">. </w:t>
      </w:r>
      <w:proofErr w:type="spellStart"/>
      <w:r>
        <w:t>Możliwe</w:t>
      </w:r>
      <w:proofErr w:type="spellEnd"/>
      <w:r>
        <w:t xml:space="preserve"> </w:t>
      </w:r>
      <w:proofErr w:type="spellStart"/>
      <w:r>
        <w:t>są</w:t>
      </w:r>
      <w:proofErr w:type="spellEnd"/>
      <w:r>
        <w:t xml:space="preserve"> </w:t>
      </w:r>
      <w:proofErr w:type="spellStart"/>
      <w:r>
        <w:t>wyższe</w:t>
      </w:r>
      <w:proofErr w:type="spellEnd"/>
      <w:r>
        <w:t xml:space="preserve"> </w:t>
      </w:r>
      <w:proofErr w:type="spellStart"/>
      <w:r>
        <w:t>wypłaty</w:t>
      </w:r>
      <w:proofErr w:type="spellEnd"/>
      <w:r>
        <w:t xml:space="preserve">, </w:t>
      </w:r>
      <w:proofErr w:type="spellStart"/>
      <w:r>
        <w:t>natomiast</w:t>
      </w:r>
      <w:proofErr w:type="spellEnd"/>
      <w:r>
        <w:t xml:space="preserve"> </w:t>
      </w:r>
      <w:proofErr w:type="spellStart"/>
      <w:r>
        <w:t>przypisanie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oferenta</w:t>
      </w:r>
      <w:proofErr w:type="spellEnd"/>
      <w:r>
        <w:t xml:space="preserve"> </w:t>
      </w:r>
      <w:proofErr w:type="spellStart"/>
      <w:r>
        <w:t>niższego</w:t>
      </w:r>
      <w:proofErr w:type="spellEnd"/>
      <w:r>
        <w:t xml:space="preserve"> </w:t>
      </w:r>
      <w:proofErr w:type="spellStart"/>
      <w:r>
        <w:t>świadczenia</w:t>
      </w:r>
      <w:proofErr w:type="spellEnd"/>
      <w:r>
        <w:t xml:space="preserve"> za </w:t>
      </w:r>
      <w:proofErr w:type="spellStart"/>
      <w:r>
        <w:t>którąkolwiek</w:t>
      </w:r>
      <w:proofErr w:type="spellEnd"/>
      <w:r>
        <w:t xml:space="preserve"> </w:t>
      </w:r>
      <w:proofErr w:type="spellStart"/>
      <w:r>
        <w:t>operację</w:t>
      </w:r>
      <w:proofErr w:type="spellEnd"/>
      <w:r>
        <w:t xml:space="preserve">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wykazać</w:t>
      </w:r>
      <w:proofErr w:type="spellEnd"/>
      <w:r>
        <w:t xml:space="preserve"> </w:t>
      </w:r>
      <w:proofErr w:type="spellStart"/>
      <w:r>
        <w:t>jako</w:t>
      </w:r>
      <w:proofErr w:type="spellEnd"/>
      <w:r>
        <w:t xml:space="preserve"> </w:t>
      </w:r>
      <w:proofErr w:type="spellStart"/>
      <w:r>
        <w:t>niezgodność</w:t>
      </w:r>
      <w:proofErr w:type="spellEnd"/>
      <w:r>
        <w:t xml:space="preserve"> z </w:t>
      </w:r>
      <w:proofErr w:type="spellStart"/>
      <w:r>
        <w:t>wymaganiem</w:t>
      </w:r>
      <w:proofErr w:type="spellEnd"/>
      <w:r>
        <w:t>.</w:t>
      </w:r>
    </w:p>
    <w:p w14:paraId="3500C3BF" w14:textId="77777777" w:rsidR="008A6A43" w:rsidRDefault="008A6A43" w:rsidP="008A6A43">
      <w:pPr>
        <w:rPr>
          <w:rFonts w:hint="eastAsia"/>
        </w:rPr>
      </w:pPr>
      <w:proofErr w:type="spellStart"/>
      <w:r>
        <w:t>Jeżeli</w:t>
      </w:r>
      <w:proofErr w:type="spellEnd"/>
      <w:r>
        <w:t xml:space="preserve"> </w:t>
      </w:r>
      <w:proofErr w:type="spellStart"/>
      <w:r>
        <w:t>oferent</w:t>
      </w:r>
      <w:proofErr w:type="spellEnd"/>
      <w:r>
        <w:t xml:space="preserve"> </w:t>
      </w:r>
      <w:proofErr w:type="spellStart"/>
      <w:r>
        <w:t>stosuje</w:t>
      </w:r>
      <w:proofErr w:type="spellEnd"/>
      <w:r>
        <w:t xml:space="preserve"> </w:t>
      </w:r>
      <w:proofErr w:type="spellStart"/>
      <w:r>
        <w:t>inne</w:t>
      </w:r>
      <w:proofErr w:type="spellEnd"/>
      <w:r>
        <w:t xml:space="preserve"> </w:t>
      </w:r>
      <w:proofErr w:type="spellStart"/>
      <w:r>
        <w:t>nazwy</w:t>
      </w:r>
      <w:proofErr w:type="spellEnd"/>
      <w:r>
        <w:t xml:space="preserve"> </w:t>
      </w:r>
      <w:proofErr w:type="spellStart"/>
      <w:r>
        <w:t>zabiegów</w:t>
      </w:r>
      <w:proofErr w:type="spellEnd"/>
      <w:r>
        <w:t xml:space="preserve">, </w:t>
      </w:r>
      <w:proofErr w:type="spellStart"/>
      <w:r>
        <w:t>kody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własną</w:t>
      </w:r>
      <w:proofErr w:type="spellEnd"/>
      <w:r>
        <w:t xml:space="preserve"> </w:t>
      </w:r>
      <w:proofErr w:type="spellStart"/>
      <w:r>
        <w:t>klasyfikację</w:t>
      </w:r>
      <w:proofErr w:type="spellEnd"/>
      <w:r>
        <w:t xml:space="preserve">, </w:t>
      </w:r>
      <w:proofErr w:type="spellStart"/>
      <w:r>
        <w:t>przedstawia</w:t>
      </w:r>
      <w:proofErr w:type="spellEnd"/>
      <w:r>
        <w:t xml:space="preserve"> </w:t>
      </w:r>
      <w:proofErr w:type="spellStart"/>
      <w:r>
        <w:t>tabelę</w:t>
      </w:r>
      <w:proofErr w:type="spellEnd"/>
      <w:r>
        <w:t xml:space="preserve"> </w:t>
      </w:r>
      <w:proofErr w:type="spellStart"/>
      <w:r>
        <w:t>równoważności</w:t>
      </w:r>
      <w:proofErr w:type="spellEnd"/>
      <w:r>
        <w:t xml:space="preserve"> </w:t>
      </w:r>
      <w:proofErr w:type="spellStart"/>
      <w:r>
        <w:t>wszystkich</w:t>
      </w:r>
      <w:proofErr w:type="spellEnd"/>
      <w:r>
        <w:t xml:space="preserve"> 610 </w:t>
      </w:r>
      <w:proofErr w:type="spellStart"/>
      <w:r>
        <w:t>pozycji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potwierdza</w:t>
      </w:r>
      <w:proofErr w:type="spellEnd"/>
      <w:r>
        <w:t xml:space="preserve"> </w:t>
      </w:r>
      <w:proofErr w:type="spellStart"/>
      <w:r>
        <w:t>wysokość</w:t>
      </w:r>
      <w:proofErr w:type="spellEnd"/>
      <w:r>
        <w:t xml:space="preserve"> </w:t>
      </w:r>
      <w:proofErr w:type="spellStart"/>
      <w:r>
        <w:t>świadczenia</w:t>
      </w:r>
      <w:proofErr w:type="spellEnd"/>
      <w:r>
        <w:t xml:space="preserve"> </w:t>
      </w:r>
      <w:proofErr w:type="spellStart"/>
      <w:r>
        <w:t>należnego</w:t>
      </w:r>
      <w:proofErr w:type="spellEnd"/>
      <w:r>
        <w:t xml:space="preserve"> za </w:t>
      </w:r>
      <w:proofErr w:type="spellStart"/>
      <w:r>
        <w:t>każdą</w:t>
      </w:r>
      <w:proofErr w:type="spellEnd"/>
      <w:r>
        <w:t xml:space="preserve"> z </w:t>
      </w:r>
      <w:proofErr w:type="spellStart"/>
      <w:r>
        <w:t>nich</w:t>
      </w:r>
      <w:proofErr w:type="spellEnd"/>
      <w:r>
        <w:t xml:space="preserve">. Samo </w:t>
      </w:r>
      <w:proofErr w:type="spellStart"/>
      <w:r>
        <w:t>załączenie</w:t>
      </w:r>
      <w:proofErr w:type="spellEnd"/>
      <w:r>
        <w:t xml:space="preserve"> OWU z </w:t>
      </w:r>
      <w:proofErr w:type="spellStart"/>
      <w:r>
        <w:t>podziałem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klasy</w:t>
      </w:r>
      <w:proofErr w:type="spellEnd"/>
      <w:r>
        <w:t xml:space="preserve">, bez </w:t>
      </w:r>
      <w:proofErr w:type="spellStart"/>
      <w:r>
        <w:t>możliwości</w:t>
      </w:r>
      <w:proofErr w:type="spellEnd"/>
      <w:r>
        <w:t xml:space="preserve"> </w:t>
      </w:r>
      <w:proofErr w:type="spellStart"/>
      <w:r>
        <w:t>zweryfikowania</w:t>
      </w:r>
      <w:proofErr w:type="spellEnd"/>
      <w:r>
        <w:t xml:space="preserve"> </w:t>
      </w:r>
      <w:proofErr w:type="spellStart"/>
      <w:r>
        <w:t>poszczególnych</w:t>
      </w:r>
      <w:proofErr w:type="spellEnd"/>
      <w:r>
        <w:t xml:space="preserve"> </w:t>
      </w:r>
      <w:proofErr w:type="spellStart"/>
      <w:r>
        <w:t>operacji</w:t>
      </w:r>
      <w:proofErr w:type="spellEnd"/>
      <w:r>
        <w:t xml:space="preserve">, </w:t>
      </w:r>
      <w:proofErr w:type="spellStart"/>
      <w:r>
        <w:t>nie</w:t>
      </w:r>
      <w:proofErr w:type="spellEnd"/>
      <w:r>
        <w:t xml:space="preserve"> </w:t>
      </w:r>
      <w:proofErr w:type="spellStart"/>
      <w:r>
        <w:t>stanowi</w:t>
      </w:r>
      <w:proofErr w:type="spellEnd"/>
      <w:r>
        <w:t xml:space="preserve"> </w:t>
      </w:r>
      <w:proofErr w:type="spellStart"/>
      <w:r>
        <w:t>potwierdzenia</w:t>
      </w:r>
      <w:proofErr w:type="spellEnd"/>
      <w:r>
        <w:t xml:space="preserve"> </w:t>
      </w:r>
      <w:proofErr w:type="spellStart"/>
      <w:r>
        <w:t>zgodności</w:t>
      </w:r>
      <w:proofErr w:type="spellEnd"/>
      <w:r>
        <w:t xml:space="preserve">. </w:t>
      </w:r>
      <w:proofErr w:type="spellStart"/>
      <w:r>
        <w:t>Dodatkowe</w:t>
      </w:r>
      <w:proofErr w:type="spellEnd"/>
      <w:r>
        <w:t xml:space="preserve"> </w:t>
      </w:r>
      <w:proofErr w:type="spellStart"/>
      <w:r>
        <w:t>świadczenia</w:t>
      </w:r>
      <w:proofErr w:type="spellEnd"/>
      <w:r>
        <w:t xml:space="preserve"> </w:t>
      </w:r>
      <w:proofErr w:type="spellStart"/>
      <w:r>
        <w:t>związane</w:t>
      </w:r>
      <w:proofErr w:type="spellEnd"/>
      <w:r>
        <w:t xml:space="preserve"> z </w:t>
      </w:r>
      <w:proofErr w:type="spellStart"/>
      <w:r>
        <w:t>okolicznościami</w:t>
      </w:r>
      <w:proofErr w:type="spellEnd"/>
      <w:r>
        <w:t xml:space="preserve"> </w:t>
      </w:r>
      <w:proofErr w:type="spellStart"/>
      <w:r>
        <w:t>przeprowadzenia</w:t>
      </w:r>
      <w:proofErr w:type="spellEnd"/>
      <w:r>
        <w:t xml:space="preserve"> </w:t>
      </w:r>
      <w:proofErr w:type="spellStart"/>
      <w:r>
        <w:t>zabiegu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operacje</w:t>
      </w:r>
      <w:proofErr w:type="spellEnd"/>
      <w:r>
        <w:t xml:space="preserve"> </w:t>
      </w:r>
      <w:proofErr w:type="spellStart"/>
      <w:r>
        <w:t>spoza</w:t>
      </w:r>
      <w:proofErr w:type="spellEnd"/>
      <w:r>
        <w:t xml:space="preserve"> </w:t>
      </w:r>
      <w:proofErr w:type="spellStart"/>
      <w:r>
        <w:t>wykazu</w:t>
      </w:r>
      <w:proofErr w:type="spellEnd"/>
      <w:r>
        <w:t xml:space="preserve"> </w:t>
      </w:r>
      <w:proofErr w:type="spellStart"/>
      <w:r>
        <w:t>pozostają</w:t>
      </w:r>
      <w:proofErr w:type="spellEnd"/>
      <w:r>
        <w:t xml:space="preserve"> </w:t>
      </w:r>
      <w:proofErr w:type="spellStart"/>
      <w:r>
        <w:t>określone</w:t>
      </w:r>
      <w:proofErr w:type="spellEnd"/>
      <w:r>
        <w:t xml:space="preserve"> w </w:t>
      </w:r>
      <w:proofErr w:type="spellStart"/>
      <w:r>
        <w:t>Załączniku</w:t>
      </w:r>
      <w:proofErr w:type="spellEnd"/>
      <w:r>
        <w:t xml:space="preserve"> nr 1.</w:t>
      </w:r>
    </w:p>
    <w:p w14:paraId="796256BE" w14:textId="77777777" w:rsidR="008A6A43" w:rsidRDefault="008A6A43" w:rsidP="008A6A43">
      <w:pPr>
        <w:pStyle w:val="Nagwek2"/>
      </w:pPr>
      <w:proofErr w:type="spellStart"/>
      <w:r>
        <w:t>Układ</w:t>
      </w:r>
      <w:proofErr w:type="spellEnd"/>
      <w:r>
        <w:t xml:space="preserve"> </w:t>
      </w:r>
      <w:proofErr w:type="spellStart"/>
      <w:r>
        <w:t>nerwowy</w:t>
      </w:r>
      <w:proofErr w:type="spellEnd"/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22"/>
        <w:gridCol w:w="13209"/>
        <w:gridCol w:w="822"/>
      </w:tblGrid>
      <w:tr w:rsidR="008A6A43" w14:paraId="0B0EBF0C" w14:textId="77777777" w:rsidTr="002C7EFA">
        <w:trPr>
          <w:cantSplit/>
          <w:tblHeader/>
          <w:jc w:val="center"/>
        </w:trPr>
        <w:tc>
          <w:tcPr>
            <w:tcW w:w="822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CA6A77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  <w:color w:val="1B2839"/>
                <w:sz w:val="15"/>
              </w:rPr>
              <w:t>Lp</w:t>
            </w:r>
            <w:proofErr w:type="spellEnd"/>
            <w:r>
              <w:rPr>
                <w:b/>
                <w:color w:val="1B2839"/>
                <w:sz w:val="15"/>
              </w:rPr>
              <w:t>.</w:t>
            </w:r>
          </w:p>
        </w:tc>
        <w:tc>
          <w:tcPr>
            <w:tcW w:w="13209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07458FA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 xml:space="preserve">Nazwa </w:t>
            </w:r>
            <w:proofErr w:type="spellStart"/>
            <w:r>
              <w:rPr>
                <w:b/>
                <w:color w:val="1B2839"/>
                <w:sz w:val="15"/>
              </w:rPr>
              <w:t>operacji</w:t>
            </w:r>
            <w:proofErr w:type="spellEnd"/>
            <w:r>
              <w:rPr>
                <w:b/>
                <w:color w:val="1B2839"/>
                <w:sz w:val="15"/>
              </w:rPr>
              <w:t xml:space="preserve"> </w:t>
            </w:r>
            <w:proofErr w:type="spellStart"/>
            <w:r>
              <w:rPr>
                <w:b/>
                <w:color w:val="1B2839"/>
                <w:sz w:val="15"/>
              </w:rPr>
              <w:t>chirurgicznej</w:t>
            </w:r>
            <w:proofErr w:type="spellEnd"/>
          </w:p>
        </w:tc>
        <w:tc>
          <w:tcPr>
            <w:tcW w:w="822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A863E3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  <w:color w:val="1B2839"/>
                <w:sz w:val="15"/>
              </w:rPr>
              <w:t>Klasa</w:t>
            </w:r>
            <w:proofErr w:type="spellEnd"/>
          </w:p>
        </w:tc>
      </w:tr>
      <w:tr w:rsidR="008A6A43" w14:paraId="68AD51A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FC3DFD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86F029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Kraniotomia</w:t>
            </w:r>
            <w:proofErr w:type="spellEnd"/>
            <w:r>
              <w:rPr>
                <w:color w:val="1B2839"/>
                <w:sz w:val="15"/>
              </w:rPr>
              <w:t xml:space="preserve"> z </w:t>
            </w:r>
            <w:proofErr w:type="spellStart"/>
            <w:r>
              <w:rPr>
                <w:color w:val="1B2839"/>
                <w:sz w:val="15"/>
              </w:rPr>
              <w:t>usunięciem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ropnia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nadtwardówkowego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5C3194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4E8ECE0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C22F2A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3C3A8D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Kraniotomia</w:t>
            </w:r>
            <w:proofErr w:type="spellEnd"/>
            <w:r>
              <w:rPr>
                <w:color w:val="1B2839"/>
                <w:sz w:val="15"/>
              </w:rPr>
              <w:t xml:space="preserve"> z </w:t>
            </w:r>
            <w:proofErr w:type="spellStart"/>
            <w:r>
              <w:rPr>
                <w:color w:val="1B2839"/>
                <w:sz w:val="15"/>
              </w:rPr>
              <w:t>usunięciem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krwiaka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nadtwardówkowego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43208F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4CA06997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783151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ACD3426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Kraniotomia</w:t>
            </w:r>
            <w:proofErr w:type="spellEnd"/>
            <w:r>
              <w:rPr>
                <w:color w:val="1B2839"/>
                <w:sz w:val="15"/>
              </w:rPr>
              <w:t xml:space="preserve"> z </w:t>
            </w:r>
            <w:proofErr w:type="spellStart"/>
            <w:r>
              <w:rPr>
                <w:color w:val="1B2839"/>
                <w:sz w:val="15"/>
              </w:rPr>
              <w:t>usunięciem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obcego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ciała</w:t>
            </w:r>
            <w:proofErr w:type="spellEnd"/>
            <w:r>
              <w:rPr>
                <w:color w:val="1B2839"/>
                <w:sz w:val="15"/>
              </w:rPr>
              <w:t xml:space="preserve"> z </w:t>
            </w:r>
            <w:proofErr w:type="spellStart"/>
            <w:r>
              <w:rPr>
                <w:color w:val="1B2839"/>
                <w:sz w:val="15"/>
              </w:rPr>
              <w:t>czaszki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D568E5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6B4BA46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0FF9D9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94DC4F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Kraniotomia</w:t>
            </w:r>
            <w:proofErr w:type="spellEnd"/>
            <w:r>
              <w:rPr>
                <w:color w:val="1B2839"/>
                <w:sz w:val="15"/>
              </w:rPr>
              <w:t xml:space="preserve"> z </w:t>
            </w:r>
            <w:proofErr w:type="spellStart"/>
            <w:r>
              <w:rPr>
                <w:color w:val="1B2839"/>
                <w:sz w:val="15"/>
              </w:rPr>
              <w:t>usunięciem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krwiaka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podtwardówkowego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789C4B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24BFB50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FEEBEB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516337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Kraniotomia</w:t>
            </w:r>
            <w:proofErr w:type="spellEnd"/>
            <w:r>
              <w:rPr>
                <w:color w:val="1B2839"/>
                <w:sz w:val="15"/>
              </w:rPr>
              <w:t xml:space="preserve"> z </w:t>
            </w:r>
            <w:proofErr w:type="spellStart"/>
            <w:r>
              <w:rPr>
                <w:color w:val="1B2839"/>
                <w:sz w:val="15"/>
              </w:rPr>
              <w:t>usunięciem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krwiaka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śródmózgowego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FC21C2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2BE8D95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991913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07D78A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Drenaż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krwiaka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śródmózgowego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88A479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2390537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EE70A5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08491BC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Lobotomia</w:t>
            </w:r>
            <w:proofErr w:type="spellEnd"/>
            <w:r>
              <w:rPr>
                <w:color w:val="1B2839"/>
                <w:sz w:val="15"/>
              </w:rPr>
              <w:t>/</w:t>
            </w:r>
            <w:proofErr w:type="spellStart"/>
            <w:r>
              <w:rPr>
                <w:color w:val="1B2839"/>
                <w:sz w:val="15"/>
              </w:rPr>
              <w:t>traktotomia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8D7A2E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</w:t>
            </w:r>
          </w:p>
        </w:tc>
      </w:tr>
      <w:tr w:rsidR="008A6A43" w14:paraId="0AB8A99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2DE481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4801748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opony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mózgu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10A144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1CA48483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94E7F0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36C682C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tkanki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mózgu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0E502A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7911765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E7C4B2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15C5F3A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guza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móżdżku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FBE0D4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3AF8445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DF62EB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86A079A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Usunięcie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ropnia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móżdżku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6B28DD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6E7323F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163030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E78886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guza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mózgu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1149A5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38F72F60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238E6A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BF52F44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Rekonstrukcja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opon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mózgowych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823300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66F97F30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DE148B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6B09D2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Zamknięcie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płynowej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opon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mózgowo-rdzeniowych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08AC6C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4B4EEAB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C9130A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90532C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Wentrykulostomia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77A565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22FD5767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D90827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BEB053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Pozaczaszkowy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drenaż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mózgu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2333EC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04C4949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C0ED9D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0C7FBA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Wszczepienie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stymulatora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mózgu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30CFFF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097CA37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484B02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167BA5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tętniaka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lub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naczyniaka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mózgu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363749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0A6153A3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D98DC1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C3F09A2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odbarczająca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kanału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kręgowego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lub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korzenia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nerwu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rdzeniowego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961720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5C6C356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2D251C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999318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odbarczająca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kanału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kręgowego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lub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korzenia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nerwu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rdzeniowego</w:t>
            </w:r>
            <w:proofErr w:type="spellEnd"/>
            <w:r>
              <w:rPr>
                <w:color w:val="1B2839"/>
                <w:sz w:val="15"/>
              </w:rPr>
              <w:t xml:space="preserve"> ze </w:t>
            </w:r>
            <w:proofErr w:type="spellStart"/>
            <w:r>
              <w:rPr>
                <w:color w:val="1B2839"/>
                <w:sz w:val="15"/>
              </w:rPr>
              <w:t>stabilizacją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50D5B1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5013DE8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E4AA00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FE9983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rdzenia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kręgowego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F822D6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469FE4C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54D617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4A0424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opon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mózgowo-rdzeniowych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31BA54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0708B7E1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F17FC7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63DED3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nerwu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obwodowego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0C37FC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77535EF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482DF0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BB2AA1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nerwu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czaszkowego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03333B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1802C06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46E731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lastRenderedPageBreak/>
              <w:t>25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C42C32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Rekonstrukcja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nerwu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obwodowego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844872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612BF2C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C9C47A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2766EE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Odbarczenie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nerwu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czaszkowego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48A1A9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6A9CDAA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E0E35F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238B42C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nerwu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czaszkowego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464D06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47640C1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E7C6E6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6A4B22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nerwu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obwodowego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752326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65CF827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4304EB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C49324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nerwu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współczulnego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F19A4A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19B8E153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4CD3EE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0F4550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Wszczepienie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neurostymulatora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rdzenia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kręgowego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86DDCB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49D7F3C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4A8F14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03C757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Rekonstrukcja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nerwu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czaszkowego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A729C0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6A343E8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CAF3D0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9C62B48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Przeszczep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nerwu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czaszkowego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2776A4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6B399233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15028F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B3FAC9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Drenaż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przestrzeni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podpajęczynówkowej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4CC432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446F45D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AAA969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D60775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lub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zniszczenie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splotu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naczyniówkowego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opon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mózgowych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8CE7BC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17BC568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BD79DC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9CBBBA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Drenaż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ropnia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przestrzeni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podpajęczynówkowej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7E999C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7B211920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F507BF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DAFB2E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Podwiązanie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tętnicy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oponowej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środkowej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86F266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43EF4BB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FCDED6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A19E10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Kauteryzacja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splotu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naczyniówkowego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opon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mózgowych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DDAF4D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39934608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E37CDF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DE588EC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Podwiązanie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naczyń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przestrzeni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podtwardówkowej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9C299C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092DD481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1F284C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FDCF1B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Drenaż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przestrzeni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podtwardówkowej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A325D3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7769B3D7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E3E191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F54E14A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Drenaż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wodniaka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śródczaszkowego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653C99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70EC899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D25475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A2E1DB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Dekortykacja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opon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mózgu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63596F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30BE86F8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D686C1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A073AD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tkanki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mózgu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26A3D4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</w:t>
            </w:r>
          </w:p>
        </w:tc>
      </w:tr>
      <w:tr w:rsidR="008A6A43" w14:paraId="138B55B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84CA35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F2268B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Rozległa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resekcja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tkanki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mózgowej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6180BD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</w:t>
            </w:r>
          </w:p>
        </w:tc>
      </w:tr>
      <w:tr w:rsidR="008A6A43" w14:paraId="17FF1F3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364AEF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8981C62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Usunięcie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ropnia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mózgu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E85A45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</w:t>
            </w:r>
          </w:p>
        </w:tc>
      </w:tr>
      <w:tr w:rsidR="008A6A43" w14:paraId="6FB6F45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15D20A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CBB605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tkanki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rdzenia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kręgowego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B6AEA9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2761AC3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8C91BC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63C721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Przecięcie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dróg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rdzenia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kręgowego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7F1EEC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0781ABA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917CF9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18363AA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przepukliny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oponowej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lub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rdzeniowej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893571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30340607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4A327B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2388A7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Drenaż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przestrzeni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podoponowej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rdzenia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E24433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5F09FCC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6D7FAF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6C4511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nerwiaka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nerwu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słuchowego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468AEE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25321A8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D332E9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F903272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Sympatektomia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szyjna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9EC317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53AF7CF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E2FF89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160B35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Sympatektomia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lędźwiowa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5CDCFF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53433EF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E59C17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4607CE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Stereotaktyczna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ablacja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tkanki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mózgowej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4A46F0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13A2028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5D3A67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3A6963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rdzenia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kręgowego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8DDE4D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20AF9AB7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9479B6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B21BE9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opon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mózgowo-rdzeniowych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89AAB6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399AD5C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BCF2CB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5F2E782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Przeszczep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opony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twardej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mózgu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2A8323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</w:tbl>
    <w:p w14:paraId="0407E187" w14:textId="77777777" w:rsidR="008A6A43" w:rsidRDefault="008A6A43" w:rsidP="008A6A43">
      <w:pPr>
        <w:spacing w:after="0"/>
        <w:rPr>
          <w:rFonts w:hint="eastAsia"/>
        </w:rPr>
      </w:pPr>
    </w:p>
    <w:p w14:paraId="3D63AE4B" w14:textId="77777777" w:rsidR="008A6A43" w:rsidRDefault="008A6A43" w:rsidP="008A6A43">
      <w:pPr>
        <w:pStyle w:val="Nagwek2"/>
      </w:pPr>
      <w:proofErr w:type="spellStart"/>
      <w:r>
        <w:t>Układ</w:t>
      </w:r>
      <w:proofErr w:type="spellEnd"/>
      <w:r>
        <w:t xml:space="preserve"> </w:t>
      </w:r>
      <w:proofErr w:type="spellStart"/>
      <w:r>
        <w:t>endokrynologiczny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gruczoł</w:t>
      </w:r>
      <w:proofErr w:type="spellEnd"/>
      <w:r>
        <w:t xml:space="preserve"> </w:t>
      </w:r>
      <w:proofErr w:type="spellStart"/>
      <w:r>
        <w:t>sutkowy</w:t>
      </w:r>
      <w:proofErr w:type="spellEnd"/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22"/>
        <w:gridCol w:w="13209"/>
        <w:gridCol w:w="822"/>
      </w:tblGrid>
      <w:tr w:rsidR="008A6A43" w14:paraId="7914F9EE" w14:textId="77777777" w:rsidTr="002C7EFA">
        <w:trPr>
          <w:cantSplit/>
          <w:tblHeader/>
          <w:jc w:val="center"/>
        </w:trPr>
        <w:tc>
          <w:tcPr>
            <w:tcW w:w="822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4223A3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  <w:color w:val="1B2839"/>
                <w:sz w:val="15"/>
              </w:rPr>
              <w:t>Lp</w:t>
            </w:r>
            <w:proofErr w:type="spellEnd"/>
            <w:r>
              <w:rPr>
                <w:b/>
                <w:color w:val="1B2839"/>
                <w:sz w:val="15"/>
              </w:rPr>
              <w:t>.</w:t>
            </w:r>
          </w:p>
        </w:tc>
        <w:tc>
          <w:tcPr>
            <w:tcW w:w="13209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01FB742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 xml:space="preserve">Nazwa </w:t>
            </w:r>
            <w:proofErr w:type="spellStart"/>
            <w:r>
              <w:rPr>
                <w:b/>
                <w:color w:val="1B2839"/>
                <w:sz w:val="15"/>
              </w:rPr>
              <w:t>operacji</w:t>
            </w:r>
            <w:proofErr w:type="spellEnd"/>
            <w:r>
              <w:rPr>
                <w:b/>
                <w:color w:val="1B2839"/>
                <w:sz w:val="15"/>
              </w:rPr>
              <w:t xml:space="preserve"> </w:t>
            </w:r>
            <w:proofErr w:type="spellStart"/>
            <w:r>
              <w:rPr>
                <w:b/>
                <w:color w:val="1B2839"/>
                <w:sz w:val="15"/>
              </w:rPr>
              <w:t>chirurgicznej</w:t>
            </w:r>
            <w:proofErr w:type="spellEnd"/>
          </w:p>
        </w:tc>
        <w:tc>
          <w:tcPr>
            <w:tcW w:w="822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BC614B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  <w:color w:val="1B2839"/>
                <w:sz w:val="15"/>
              </w:rPr>
              <w:t>Klasa</w:t>
            </w:r>
            <w:proofErr w:type="spellEnd"/>
          </w:p>
        </w:tc>
      </w:tr>
      <w:tr w:rsidR="008A6A43" w14:paraId="52627B7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4C516A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lastRenderedPageBreak/>
              <w:t>56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8039E0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Częściowe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tarczycy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DD2285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5D9CEDB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727EA6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15897FC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Całkowite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tarczycy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ECB703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522EF00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859139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C51A74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przewodu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tarczowo-językowego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38C233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6EED821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DBC407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A013CD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Częściowe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przytarczyc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C86EAE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490CBB71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8A5A49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60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5A74FA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Całkowite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przytarczyc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EA69E1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2EF50DC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87FB00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61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590A51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Częściowe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nadnerczy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919D45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22BBB22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A1DD61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62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5AB31E8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r>
              <w:rPr>
                <w:color w:val="1B2839"/>
                <w:sz w:val="15"/>
              </w:rPr>
              <w:t xml:space="preserve">Obustronne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nadnerczy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3A66D4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56BF78FD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5AF8A0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63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A4FA11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szyszynki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BE3A1B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</w:t>
            </w:r>
          </w:p>
        </w:tc>
      </w:tr>
      <w:tr w:rsidR="008A6A43" w14:paraId="2E76349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A9172C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64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8EC1EB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przysadki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mózgowej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563530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</w:t>
            </w:r>
          </w:p>
        </w:tc>
      </w:tr>
      <w:tr w:rsidR="008A6A43" w14:paraId="36F9538D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7CCBCB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65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4712208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Częściowe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grasicy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3336D6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63C59A80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6070C1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66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768576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Całkowite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grasicy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8ECE97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0B17FE41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EC50EA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67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8CFAA3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Torakoskopowe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grasicy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1C26E8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09719DB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281ADB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68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3F26F32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Transplantacja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grasicy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6A0949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1D392C1C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6BBE06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69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09D8DD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piersi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758301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3C3D470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55DF48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70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07ACE62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Subtotalna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mammektomia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24C82A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0654FA2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5DA321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71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EC009F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brodawki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sutkowej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84C689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68D702D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50DF58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72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390EE7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Rekonstrukcja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lub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zabieg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brodawki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sutkowej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A1954C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788CFA11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B946E5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73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85A961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Jednostronne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całkowite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piersi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63DB67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6826BD1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362696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74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1720E0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r>
              <w:rPr>
                <w:color w:val="1B2839"/>
                <w:sz w:val="15"/>
              </w:rPr>
              <w:t xml:space="preserve">Obustronne </w:t>
            </w:r>
            <w:proofErr w:type="spellStart"/>
            <w:r>
              <w:rPr>
                <w:color w:val="1B2839"/>
                <w:sz w:val="15"/>
              </w:rPr>
              <w:t>całkowite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piersi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F91D1B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</w:t>
            </w:r>
          </w:p>
        </w:tc>
      </w:tr>
      <w:tr w:rsidR="008A6A43" w14:paraId="58EA888C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130BA0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75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55DE6E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Całkowita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jednoczasowa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rekonstrukcja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piersi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E6FFA8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1F3C8DB8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885409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76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B0BE9F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Jednostronny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wszczep</w:t>
            </w:r>
            <w:proofErr w:type="spellEnd"/>
            <w:r>
              <w:rPr>
                <w:color w:val="1B2839"/>
                <w:sz w:val="15"/>
              </w:rPr>
              <w:t xml:space="preserve"> do </w:t>
            </w:r>
            <w:proofErr w:type="spellStart"/>
            <w:r>
              <w:rPr>
                <w:color w:val="1B2839"/>
                <w:sz w:val="15"/>
              </w:rPr>
              <w:t>piersi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31BDEB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64EC3C5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11580E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77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0FE9BB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Przeszczep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skóry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pierś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2A9BE0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7EAD5F6C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5D3534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78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72ED92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Przeszczep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uszypułowany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pierś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B4DB1D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7B67523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C32A0E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79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D53A2B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Rekonstrukcja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piersi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płatem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mięśniowym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C956C4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7276E48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5CA7FF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80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49D161C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Rekonstrukcja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piersi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płatem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skórno-mięśniowym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965D3B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579BF29D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629BD7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81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A57A2A8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Całkowita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obustronna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jednoczasowa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rekonstrukcja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piersi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F07C1A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</w:t>
            </w:r>
          </w:p>
        </w:tc>
      </w:tr>
    </w:tbl>
    <w:p w14:paraId="14B7428F" w14:textId="77777777" w:rsidR="008A6A43" w:rsidRDefault="008A6A43" w:rsidP="008A6A43">
      <w:pPr>
        <w:spacing w:after="0"/>
        <w:rPr>
          <w:rFonts w:hint="eastAsia"/>
        </w:rPr>
      </w:pPr>
    </w:p>
    <w:p w14:paraId="55813367" w14:textId="77777777" w:rsidR="008A6A43" w:rsidRDefault="008A6A43" w:rsidP="008A6A43">
      <w:pPr>
        <w:pStyle w:val="Nagwek2"/>
      </w:pPr>
      <w:r>
        <w:t>Oko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22"/>
        <w:gridCol w:w="13209"/>
        <w:gridCol w:w="822"/>
      </w:tblGrid>
      <w:tr w:rsidR="008A6A43" w14:paraId="05F1C3C5" w14:textId="77777777" w:rsidTr="002C7EFA">
        <w:trPr>
          <w:cantSplit/>
          <w:tblHeader/>
          <w:jc w:val="center"/>
        </w:trPr>
        <w:tc>
          <w:tcPr>
            <w:tcW w:w="822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89DCCE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  <w:color w:val="1B2839"/>
                <w:sz w:val="15"/>
              </w:rPr>
              <w:t>Lp</w:t>
            </w:r>
            <w:proofErr w:type="spellEnd"/>
            <w:r>
              <w:rPr>
                <w:b/>
                <w:color w:val="1B2839"/>
                <w:sz w:val="15"/>
              </w:rPr>
              <w:t>.</w:t>
            </w:r>
          </w:p>
        </w:tc>
        <w:tc>
          <w:tcPr>
            <w:tcW w:w="13209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8C9EB78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 xml:space="preserve">Nazwa </w:t>
            </w:r>
            <w:proofErr w:type="spellStart"/>
            <w:r>
              <w:rPr>
                <w:b/>
                <w:color w:val="1B2839"/>
                <w:sz w:val="15"/>
              </w:rPr>
              <w:t>operacji</w:t>
            </w:r>
            <w:proofErr w:type="spellEnd"/>
            <w:r>
              <w:rPr>
                <w:b/>
                <w:color w:val="1B2839"/>
                <w:sz w:val="15"/>
              </w:rPr>
              <w:t xml:space="preserve"> </w:t>
            </w:r>
            <w:proofErr w:type="spellStart"/>
            <w:r>
              <w:rPr>
                <w:b/>
                <w:color w:val="1B2839"/>
                <w:sz w:val="15"/>
              </w:rPr>
              <w:t>chirurgicznej</w:t>
            </w:r>
            <w:proofErr w:type="spellEnd"/>
          </w:p>
        </w:tc>
        <w:tc>
          <w:tcPr>
            <w:tcW w:w="822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55B2D9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  <w:color w:val="1B2839"/>
                <w:sz w:val="15"/>
              </w:rPr>
              <w:t>Klasa</w:t>
            </w:r>
            <w:proofErr w:type="spellEnd"/>
          </w:p>
        </w:tc>
      </w:tr>
      <w:tr w:rsidR="008A6A43" w14:paraId="53653B48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6F006F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82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148775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gruczołu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łzowego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41637B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6EAF077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DA0090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83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F87438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gruczołu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łzowego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335B6B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4BF6437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BBEEFB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84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6FE5CCC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woreczka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łzowego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lub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dróg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łzowych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73AF5D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743A4B60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1884BC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85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4D0200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Zespolenie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dróg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łzowych</w:t>
            </w:r>
            <w:proofErr w:type="spellEnd"/>
            <w:r>
              <w:rPr>
                <w:color w:val="1B2839"/>
                <w:sz w:val="15"/>
              </w:rPr>
              <w:t xml:space="preserve"> z </w:t>
            </w:r>
            <w:proofErr w:type="spellStart"/>
            <w:r>
              <w:rPr>
                <w:color w:val="1B2839"/>
                <w:sz w:val="15"/>
              </w:rPr>
              <w:t>jamą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nosową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F69ADB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3FA03F4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B6A926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86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27FE61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ze </w:t>
            </w:r>
            <w:proofErr w:type="spellStart"/>
            <w:r>
              <w:rPr>
                <w:color w:val="1B2839"/>
                <w:sz w:val="15"/>
              </w:rPr>
              <w:t>spojówki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FABDF3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167746D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1A7E33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lastRenderedPageBreak/>
              <w:t>87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0C41104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skaleczenia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spojówki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CCD991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5A83EA7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8E54D6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88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FD75FD2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Usunięcie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zrostów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spojówki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lub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powieki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483ACA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71A55F13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1C7E3D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89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C7BFFC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Rekonstrukcja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spojówki</w:t>
            </w:r>
            <w:proofErr w:type="spellEnd"/>
            <w:r>
              <w:rPr>
                <w:color w:val="1B2839"/>
                <w:sz w:val="15"/>
              </w:rPr>
              <w:t xml:space="preserve"> z </w:t>
            </w:r>
            <w:proofErr w:type="spellStart"/>
            <w:r>
              <w:rPr>
                <w:color w:val="1B2839"/>
                <w:sz w:val="15"/>
              </w:rPr>
              <w:t>przeszczepem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C0F4A6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6472974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03D553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90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BFAD57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skrzydlika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rogówki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0DB9F1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2F5EC620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B2391C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91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E9B9412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Przeszczep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rogówki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18C532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444B969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1E3941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92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2B40CD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Nacięcie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tęczówki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05E7F7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7A8AA8ED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2DE2EA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93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0B16DB4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Usunięcie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zrostów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tęczówki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1CA577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0343D0A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47F828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94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AC0888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tęczówki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742A86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60C3DB2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BA7C6C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95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E8241D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tęczówki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624119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28036BED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4BBF0A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96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90B8C42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Trepanacja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twardówki</w:t>
            </w:r>
            <w:proofErr w:type="spellEnd"/>
            <w:r>
              <w:rPr>
                <w:color w:val="1B2839"/>
                <w:sz w:val="15"/>
              </w:rPr>
              <w:t xml:space="preserve"> z </w:t>
            </w:r>
            <w:proofErr w:type="spellStart"/>
            <w:r>
              <w:rPr>
                <w:color w:val="1B2839"/>
                <w:sz w:val="15"/>
              </w:rPr>
              <w:t>całkowitym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usunięciem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tęczówki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B10A12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30E3746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650284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97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C25388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Wytworzenie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twardówki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AF76B7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4659F5F7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0F54CB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98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D8DC6C6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Usunięcie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twardówki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30F8B2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43D73090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43DD15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99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2938F9A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Naprawa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garbiaka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twardówki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1F8E0D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4E4CEA6D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16ED99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100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49E0EBC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Wzmocnienie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twardówki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EA8017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283CAAB7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7CA3A4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101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42A981A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Usunięcie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ciała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szklistego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119DCE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5401808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A6E00A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102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91CD0A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Całkowite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usunięcie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mięśnia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okoruchowego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17D6E6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7C4943F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8AC480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103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4533876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gałki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ocznej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7A9E87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1E7D80BC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1C1A09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104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C3B9C4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Zabieg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pourazowych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uszkodzeń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struktur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oka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5E7F3B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326356A7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FC06A3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105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3B68EA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Operacyjne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zaopatrzenie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pękniętej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gałki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ocznej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D8A6C2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1CC906F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80019A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106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6E45B4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oczodołu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18F980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2F61E41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71CD5D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107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844AE7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Osteoplastyka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oczodołu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DE4D8E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35FCDC8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9774B5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108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0917F4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Usunięcie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lub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ciałka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rzęskowego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8CB9AC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</w:tbl>
    <w:p w14:paraId="40A49E47" w14:textId="77777777" w:rsidR="008A6A43" w:rsidRDefault="008A6A43" w:rsidP="008A6A43">
      <w:pPr>
        <w:spacing w:after="0"/>
        <w:rPr>
          <w:rFonts w:hint="eastAsia"/>
        </w:rPr>
      </w:pPr>
    </w:p>
    <w:p w14:paraId="0658D9F8" w14:textId="77777777" w:rsidR="008A6A43" w:rsidRDefault="008A6A43" w:rsidP="008A6A43">
      <w:pPr>
        <w:pStyle w:val="Nagwek2"/>
      </w:pPr>
      <w:r>
        <w:t>Ucho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22"/>
        <w:gridCol w:w="13209"/>
        <w:gridCol w:w="822"/>
      </w:tblGrid>
      <w:tr w:rsidR="008A6A43" w14:paraId="30AFCD5B" w14:textId="77777777" w:rsidTr="002C7EFA">
        <w:trPr>
          <w:cantSplit/>
          <w:tblHeader/>
          <w:jc w:val="center"/>
        </w:trPr>
        <w:tc>
          <w:tcPr>
            <w:tcW w:w="822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9AEC03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  <w:color w:val="1B2839"/>
                <w:sz w:val="15"/>
              </w:rPr>
              <w:t>Lp</w:t>
            </w:r>
            <w:proofErr w:type="spellEnd"/>
            <w:r>
              <w:rPr>
                <w:b/>
                <w:color w:val="1B2839"/>
                <w:sz w:val="15"/>
              </w:rPr>
              <w:t>.</w:t>
            </w:r>
          </w:p>
        </w:tc>
        <w:tc>
          <w:tcPr>
            <w:tcW w:w="13209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010852C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 xml:space="preserve">Nazwa </w:t>
            </w:r>
            <w:proofErr w:type="spellStart"/>
            <w:r>
              <w:rPr>
                <w:b/>
                <w:color w:val="1B2839"/>
                <w:sz w:val="15"/>
              </w:rPr>
              <w:t>operacji</w:t>
            </w:r>
            <w:proofErr w:type="spellEnd"/>
            <w:r>
              <w:rPr>
                <w:b/>
                <w:color w:val="1B2839"/>
                <w:sz w:val="15"/>
              </w:rPr>
              <w:t xml:space="preserve"> </w:t>
            </w:r>
            <w:proofErr w:type="spellStart"/>
            <w:r>
              <w:rPr>
                <w:b/>
                <w:color w:val="1B2839"/>
                <w:sz w:val="15"/>
              </w:rPr>
              <w:t>chirurgicznej</w:t>
            </w:r>
            <w:proofErr w:type="spellEnd"/>
          </w:p>
        </w:tc>
        <w:tc>
          <w:tcPr>
            <w:tcW w:w="822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4D1D39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  <w:color w:val="1B2839"/>
                <w:sz w:val="15"/>
              </w:rPr>
              <w:t>Klasa</w:t>
            </w:r>
            <w:proofErr w:type="spellEnd"/>
          </w:p>
        </w:tc>
      </w:tr>
      <w:tr w:rsidR="008A6A43" w14:paraId="6D1D71C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365F33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109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92FCEE2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Całkowite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ucha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zewnętrznego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A20886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21416BE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DA3503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110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D481A6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Rekonstrukcja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kosteczek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słuchowych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228C60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1C3DB09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5D679A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111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004EC1A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błony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bębenkowej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7E2A0C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3F8B382D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5ACEF6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112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668BB4C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wyrostka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sutkowatego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AE6490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267322D3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AF6F28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113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EC24F1A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ucha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środkowego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F61652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6336A1F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A0BCA5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114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15DAB8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ucha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wewnętrznego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18AC1B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6A30B31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1F0265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115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4FBDEDA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Drenaż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ucha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wewnętrznego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DA125B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3BECD9F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9549DB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116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E32DC6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Ablacja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struktur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ucha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wewnętrznego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03D54D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268AFA51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873412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117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897869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Rekonstrukcja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ucha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wewnętrznego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813B16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1846A241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CB1CD2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lastRenderedPageBreak/>
              <w:t>118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C18B90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ucha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wewnętrznego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B7DE85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03C5402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8CB52E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119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B37759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Wszczepienie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protezy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ślimaka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9A6818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67A7AF5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13A5BD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120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6E28B9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Wytworzenie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limfatycznej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C111D8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2AAC233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6FFA0D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121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7C9021C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Odbarczenie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błędnika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562CF0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</w:tbl>
    <w:p w14:paraId="28D0DF1C" w14:textId="77777777" w:rsidR="008A6A43" w:rsidRDefault="008A6A43" w:rsidP="008A6A43">
      <w:pPr>
        <w:spacing w:after="0"/>
        <w:rPr>
          <w:rFonts w:hint="eastAsia"/>
        </w:rPr>
      </w:pPr>
    </w:p>
    <w:p w14:paraId="700C09FD" w14:textId="77777777" w:rsidR="008A6A43" w:rsidRDefault="008A6A43" w:rsidP="008A6A43">
      <w:pPr>
        <w:pStyle w:val="Nagwek2"/>
      </w:pPr>
      <w:proofErr w:type="spellStart"/>
      <w:r>
        <w:t>Układ</w:t>
      </w:r>
      <w:proofErr w:type="spellEnd"/>
      <w:r>
        <w:t xml:space="preserve"> </w:t>
      </w:r>
      <w:proofErr w:type="spellStart"/>
      <w:r>
        <w:t>oddechowy</w:t>
      </w:r>
      <w:proofErr w:type="spellEnd"/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22"/>
        <w:gridCol w:w="13209"/>
        <w:gridCol w:w="822"/>
      </w:tblGrid>
      <w:tr w:rsidR="008A6A43" w14:paraId="5044D150" w14:textId="77777777" w:rsidTr="002C7EFA">
        <w:trPr>
          <w:cantSplit/>
          <w:tblHeader/>
          <w:jc w:val="center"/>
        </w:trPr>
        <w:tc>
          <w:tcPr>
            <w:tcW w:w="822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8E8206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  <w:color w:val="1B2839"/>
                <w:sz w:val="15"/>
              </w:rPr>
              <w:t>Lp</w:t>
            </w:r>
            <w:proofErr w:type="spellEnd"/>
            <w:r>
              <w:rPr>
                <w:b/>
                <w:color w:val="1B2839"/>
                <w:sz w:val="15"/>
              </w:rPr>
              <w:t>.</w:t>
            </w:r>
          </w:p>
        </w:tc>
        <w:tc>
          <w:tcPr>
            <w:tcW w:w="13209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C30D6A2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 xml:space="preserve">Nazwa </w:t>
            </w:r>
            <w:proofErr w:type="spellStart"/>
            <w:r>
              <w:rPr>
                <w:b/>
                <w:color w:val="1B2839"/>
                <w:sz w:val="15"/>
              </w:rPr>
              <w:t>operacji</w:t>
            </w:r>
            <w:proofErr w:type="spellEnd"/>
            <w:r>
              <w:rPr>
                <w:b/>
                <w:color w:val="1B2839"/>
                <w:sz w:val="15"/>
              </w:rPr>
              <w:t xml:space="preserve"> </w:t>
            </w:r>
            <w:proofErr w:type="spellStart"/>
            <w:r>
              <w:rPr>
                <w:b/>
                <w:color w:val="1B2839"/>
                <w:sz w:val="15"/>
              </w:rPr>
              <w:t>chirurgicznej</w:t>
            </w:r>
            <w:proofErr w:type="spellEnd"/>
          </w:p>
        </w:tc>
        <w:tc>
          <w:tcPr>
            <w:tcW w:w="822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8A6C0F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  <w:color w:val="1B2839"/>
                <w:sz w:val="15"/>
              </w:rPr>
              <w:t>Klasa</w:t>
            </w:r>
            <w:proofErr w:type="spellEnd"/>
          </w:p>
        </w:tc>
      </w:tr>
      <w:tr w:rsidR="008A6A43" w14:paraId="421D38E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B1EDC4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122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9F47C8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Operacyjne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tamowanie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krwotoku</w:t>
            </w:r>
            <w:proofErr w:type="spellEnd"/>
            <w:r>
              <w:rPr>
                <w:color w:val="1B2839"/>
                <w:sz w:val="15"/>
              </w:rPr>
              <w:t xml:space="preserve"> z </w:t>
            </w:r>
            <w:proofErr w:type="spellStart"/>
            <w:r>
              <w:rPr>
                <w:color w:val="1B2839"/>
                <w:sz w:val="15"/>
              </w:rPr>
              <w:t>nosa</w:t>
            </w:r>
            <w:proofErr w:type="spellEnd"/>
            <w:r>
              <w:rPr>
                <w:color w:val="1B2839"/>
                <w:sz w:val="15"/>
              </w:rPr>
              <w:t xml:space="preserve"> z </w:t>
            </w:r>
            <w:proofErr w:type="spellStart"/>
            <w:r>
              <w:rPr>
                <w:color w:val="1B2839"/>
                <w:sz w:val="15"/>
              </w:rPr>
              <w:t>podwiązaniem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tętnic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35B56C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77B7534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61C041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123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BD636A8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małżowiny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wewnętrznej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nosa</w:t>
            </w:r>
            <w:proofErr w:type="spellEnd"/>
            <w:r>
              <w:rPr>
                <w:color w:val="1B2839"/>
                <w:sz w:val="15"/>
              </w:rPr>
              <w:t xml:space="preserve"> (</w:t>
            </w:r>
            <w:proofErr w:type="spellStart"/>
            <w:r>
              <w:rPr>
                <w:color w:val="1B2839"/>
                <w:sz w:val="15"/>
              </w:rPr>
              <w:t>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obejmuje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wycięcia</w:t>
            </w:r>
            <w:proofErr w:type="spellEnd"/>
            <w:r>
              <w:rPr>
                <w:color w:val="1B2839"/>
                <w:sz w:val="15"/>
              </w:rPr>
              <w:t xml:space="preserve"> za </w:t>
            </w:r>
            <w:proofErr w:type="spellStart"/>
            <w:r>
              <w:rPr>
                <w:color w:val="1B2839"/>
                <w:sz w:val="15"/>
              </w:rPr>
              <w:t>pomocą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diatermii</w:t>
            </w:r>
            <w:proofErr w:type="spellEnd"/>
            <w:r>
              <w:rPr>
                <w:color w:val="1B2839"/>
                <w:sz w:val="15"/>
              </w:rPr>
              <w:t xml:space="preserve">, </w:t>
            </w:r>
            <w:proofErr w:type="spellStart"/>
            <w:r>
              <w:rPr>
                <w:color w:val="1B2839"/>
                <w:sz w:val="15"/>
              </w:rPr>
              <w:t>krioterapii</w:t>
            </w:r>
            <w:proofErr w:type="spellEnd"/>
            <w:r>
              <w:rPr>
                <w:color w:val="1B2839"/>
                <w:sz w:val="15"/>
              </w:rPr>
              <w:t xml:space="preserve">, </w:t>
            </w:r>
            <w:proofErr w:type="spellStart"/>
            <w:r>
              <w:rPr>
                <w:color w:val="1B2839"/>
                <w:sz w:val="15"/>
              </w:rPr>
              <w:t>laserochirurgii</w:t>
            </w:r>
            <w:proofErr w:type="spellEnd"/>
            <w:r>
              <w:rPr>
                <w:color w:val="1B2839"/>
                <w:sz w:val="15"/>
              </w:rPr>
              <w:t xml:space="preserve"> )</w:t>
            </w:r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3FBA35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5F428B37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F025D2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124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8BC67FA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nosa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EEDAE3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2BA0043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6E39F2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125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55CD99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Otwarcie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zatoki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szczękowej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614EB9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0CF2551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4CE501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126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9E3D008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zatoki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szczękowej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3B0B3E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473A17E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7B7720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127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39F51FC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Otwarcie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zatoki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czołowej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21914A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567B650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AB476B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128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83A933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zatoki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czołowej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A2D49F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05B4492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6E0287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129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07C61E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Obliteracja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zatoki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czołowej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EC48F2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0D77B92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066EE0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130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7C6575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zatoki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czołowej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F1255F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29BD6378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5069BE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131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998CAFC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Otwarcie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komórek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sitowych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5AFF0F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2C6FE9B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19DBD9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132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B7F699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komórek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sitowych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2031CA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04F94C1C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C652B2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133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034662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Otwarcie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zatoki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klinowej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540E0B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18DE0D3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AE9852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134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BA6A8E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Usunięcie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zatoki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klinowej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3AA572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27610C51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9AEE57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135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5A57C7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Otwarcie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wielu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zatok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nosa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8A5B01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29B4FCB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1224E7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136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C296A0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gardła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BD4470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687C370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F50661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137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A68E66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gardła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55CE9A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0D23D6F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059054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138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22D466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Rozszerzanie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gardła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DF362D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3884F313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2FA2A5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139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237A51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nozdrzy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tylnych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BC67BB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0347A7C8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F6DE06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140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5472B6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gardła</w:t>
            </w:r>
            <w:proofErr w:type="spellEnd"/>
            <w:r>
              <w:rPr>
                <w:color w:val="1B2839"/>
                <w:sz w:val="15"/>
              </w:rPr>
              <w:t xml:space="preserve"> po </w:t>
            </w:r>
            <w:proofErr w:type="spellStart"/>
            <w:r>
              <w:rPr>
                <w:color w:val="1B2839"/>
                <w:sz w:val="15"/>
              </w:rPr>
              <w:t>usunięciu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nowotworu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6591A0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53CA542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EFC4A1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141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FB35B8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Zamknięcie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gardła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ECB2EA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7380682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40B23B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142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A665BF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częściowe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krtani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3E2812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2ADBD23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028EE4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143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D4AA7C2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całkowite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krtani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412A8A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5805E661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E1CB53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144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E60D706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krtani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425C51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669DB0E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56402D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145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8CD9F4A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Rozszerzenie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krtani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364A1B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567179B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A98F85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146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97D158C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krtani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EB08F2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5E3BDC63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A57C06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147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37CA4C6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chrząstki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krtani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FCA481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3CC6D7E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982B9D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148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720ABA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krtani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B65D5C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5B95B5AC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356BEE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lastRenderedPageBreak/>
              <w:t>149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1E72812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strun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głosowych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BF9073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028B0F47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9675D4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150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D7245C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Wszczepienie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protezy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głosowej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3ECE7F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7917C4A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BD5BA8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151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161E5E6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Jednoczasowe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krtani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gardła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3BD880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</w:t>
            </w:r>
          </w:p>
        </w:tc>
      </w:tr>
      <w:tr w:rsidR="008A6A43" w14:paraId="5B2B727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FE084F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152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35A2EC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Przeszczep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krtani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5C17ED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</w:t>
            </w:r>
          </w:p>
        </w:tc>
      </w:tr>
      <w:tr w:rsidR="008A6A43" w14:paraId="4B8EDFA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CD41FB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153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0D0B3EC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Tracheostomia</w:t>
            </w:r>
            <w:proofErr w:type="spellEnd"/>
            <w:r>
              <w:rPr>
                <w:color w:val="1B2839"/>
                <w:sz w:val="15"/>
              </w:rPr>
              <w:t xml:space="preserve"> (</w:t>
            </w:r>
            <w:proofErr w:type="spellStart"/>
            <w:r>
              <w:rPr>
                <w:color w:val="1B2839"/>
                <w:sz w:val="15"/>
              </w:rPr>
              <w:t>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obejmuje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tracheostomii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czasowej</w:t>
            </w:r>
            <w:proofErr w:type="spellEnd"/>
            <w:r>
              <w:rPr>
                <w:color w:val="1B2839"/>
                <w:sz w:val="15"/>
              </w:rPr>
              <w:t>)</w:t>
            </w:r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19350C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489C595C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326B8B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154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F896DB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tchawicy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643F86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035F41F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11CFA2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155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FB4D0C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tchawicy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6BA47C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02F7FAE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872FA9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156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E0587B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Całkowita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jednoczasowa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rekonstrukcja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krtani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tchawicy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5337AB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</w:t>
            </w:r>
          </w:p>
        </w:tc>
      </w:tr>
      <w:tr w:rsidR="008A6A43" w14:paraId="2446418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E62294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157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6D6076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Częściowe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tchawicy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BE5A70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26F84A37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64D1E3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158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78D81C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oskrzela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AB82F3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16AA41C1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E43F5C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159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03885F2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oskrzelowej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37766A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054CFFC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CA9533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160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6EA577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oskrzela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72A856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7482BD91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5FD986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161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CCCDE8C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oskrzela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A8251A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6CE4D24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6AF5E7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162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0C889CC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płuca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85B2D4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6E51EB8D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1641E0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163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8E0AE6A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płuca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E8FD10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</w:t>
            </w:r>
          </w:p>
        </w:tc>
      </w:tr>
      <w:tr w:rsidR="008A6A43" w14:paraId="27E71A21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7C6787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164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408F50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Przeszczep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płuca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6ADE2E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</w:t>
            </w:r>
          </w:p>
        </w:tc>
      </w:tr>
      <w:tr w:rsidR="008A6A43" w14:paraId="60F17FA7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7E225C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165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9D0093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Jednoczasowy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przeszczep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płuca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serca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CFDD56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</w:t>
            </w:r>
          </w:p>
        </w:tc>
      </w:tr>
      <w:tr w:rsidR="008A6A43" w14:paraId="733827A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BBB076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166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117DD2C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śródpiersia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B8CCA4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66D21EF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C57390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167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933439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Rekonstrukcja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przewodu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zatokowo-nosowego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EB3E7D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</w:tbl>
    <w:p w14:paraId="25FAA6E0" w14:textId="77777777" w:rsidR="008A6A43" w:rsidRDefault="008A6A43" w:rsidP="008A6A43">
      <w:pPr>
        <w:spacing w:after="0"/>
        <w:rPr>
          <w:rFonts w:hint="eastAsia"/>
        </w:rPr>
      </w:pPr>
    </w:p>
    <w:p w14:paraId="1BE09B3F" w14:textId="77777777" w:rsidR="008A6A43" w:rsidRDefault="008A6A43" w:rsidP="008A6A43">
      <w:pPr>
        <w:pStyle w:val="Nagwek2"/>
      </w:pPr>
      <w:r>
        <w:t xml:space="preserve">Jama </w:t>
      </w:r>
      <w:proofErr w:type="spellStart"/>
      <w:r>
        <w:t>ustna</w:t>
      </w:r>
      <w:proofErr w:type="spellEnd"/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22"/>
        <w:gridCol w:w="13209"/>
        <w:gridCol w:w="822"/>
      </w:tblGrid>
      <w:tr w:rsidR="008A6A43" w14:paraId="5C602200" w14:textId="77777777" w:rsidTr="002C7EFA">
        <w:trPr>
          <w:cantSplit/>
          <w:tblHeader/>
          <w:jc w:val="center"/>
        </w:trPr>
        <w:tc>
          <w:tcPr>
            <w:tcW w:w="822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2B0786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  <w:color w:val="1B2839"/>
                <w:sz w:val="15"/>
              </w:rPr>
              <w:t>Lp</w:t>
            </w:r>
            <w:proofErr w:type="spellEnd"/>
            <w:r>
              <w:rPr>
                <w:b/>
                <w:color w:val="1B2839"/>
                <w:sz w:val="15"/>
              </w:rPr>
              <w:t>.</w:t>
            </w:r>
          </w:p>
        </w:tc>
        <w:tc>
          <w:tcPr>
            <w:tcW w:w="13209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7071FCC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 xml:space="preserve">Nazwa </w:t>
            </w:r>
            <w:proofErr w:type="spellStart"/>
            <w:r>
              <w:rPr>
                <w:b/>
                <w:color w:val="1B2839"/>
                <w:sz w:val="15"/>
              </w:rPr>
              <w:t>operacji</w:t>
            </w:r>
            <w:proofErr w:type="spellEnd"/>
            <w:r>
              <w:rPr>
                <w:b/>
                <w:color w:val="1B2839"/>
                <w:sz w:val="15"/>
              </w:rPr>
              <w:t xml:space="preserve"> </w:t>
            </w:r>
            <w:proofErr w:type="spellStart"/>
            <w:r>
              <w:rPr>
                <w:b/>
                <w:color w:val="1B2839"/>
                <w:sz w:val="15"/>
              </w:rPr>
              <w:t>chirurgicznej</w:t>
            </w:r>
            <w:proofErr w:type="spellEnd"/>
          </w:p>
        </w:tc>
        <w:tc>
          <w:tcPr>
            <w:tcW w:w="822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75B809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  <w:color w:val="1B2839"/>
                <w:sz w:val="15"/>
              </w:rPr>
              <w:t>Klasa</w:t>
            </w:r>
            <w:proofErr w:type="spellEnd"/>
          </w:p>
        </w:tc>
      </w:tr>
      <w:tr w:rsidR="008A6A43" w14:paraId="0EA078C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F05465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168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86890D6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języka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E8926C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1F62E1F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D45584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169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857B52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Częściowe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języka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7CD05C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0DF7D84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F833ED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170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90F430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Całkowite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usunięcie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języka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98A695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2481DF5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830823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171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80160A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ślinianki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7E7039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21E2714D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561255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172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AE2E25C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Częściowe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ślinianki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D12B62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03498BED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72151D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173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44E82A6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Całkowite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usunięcie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ślinianki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2F6DB5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67F36DB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789A53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174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693151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ślinianki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lub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przewodu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ślinowego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39C8DA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0881161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0C5508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175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CAF7B0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Zamknięcie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ślinowej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3106F0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3A9DBF2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B39096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176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629C1B4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podniebienia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twardego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AF8ECB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01DDB73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0BC496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177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2592B1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podniebienia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miękkiego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1D70B6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633F445C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1CAFE1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178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3839AC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Korekcja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rozszczepu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podniebienia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AD5483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337ADCF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D2E5F0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179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701699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wargi</w:t>
            </w:r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C3B8C1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168942E8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B7CFFC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lastRenderedPageBreak/>
              <w:t>180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56D204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śluzówki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jamy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ustnej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67D0DD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0ACC420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AD8888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181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FFAC9D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Rekonstrukcja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struktur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jamy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ustnej</w:t>
            </w:r>
            <w:proofErr w:type="spellEnd"/>
            <w:r>
              <w:rPr>
                <w:color w:val="1B2839"/>
                <w:sz w:val="15"/>
              </w:rPr>
              <w:t xml:space="preserve"> z </w:t>
            </w:r>
            <w:proofErr w:type="spellStart"/>
            <w:r>
              <w:rPr>
                <w:color w:val="1B2839"/>
                <w:sz w:val="15"/>
              </w:rPr>
              <w:t>przeszczepem</w:t>
            </w:r>
            <w:proofErr w:type="spellEnd"/>
            <w:r>
              <w:rPr>
                <w:color w:val="1B2839"/>
                <w:sz w:val="15"/>
              </w:rPr>
              <w:t xml:space="preserve"> (</w:t>
            </w:r>
            <w:proofErr w:type="spellStart"/>
            <w:r>
              <w:rPr>
                <w:color w:val="1B2839"/>
                <w:sz w:val="15"/>
              </w:rPr>
              <w:t>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obejmuje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rekonstrukcji</w:t>
            </w:r>
            <w:proofErr w:type="spellEnd"/>
            <w:r>
              <w:rPr>
                <w:color w:val="1B2839"/>
                <w:sz w:val="15"/>
              </w:rPr>
              <w:t xml:space="preserve">  </w:t>
            </w:r>
            <w:proofErr w:type="spellStart"/>
            <w:r>
              <w:rPr>
                <w:color w:val="1B2839"/>
                <w:sz w:val="15"/>
              </w:rPr>
              <w:t>zębów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dziąseł</w:t>
            </w:r>
            <w:proofErr w:type="spellEnd"/>
            <w:r>
              <w:rPr>
                <w:color w:val="1B2839"/>
                <w:sz w:val="15"/>
              </w:rPr>
              <w:t>)</w:t>
            </w:r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31DD6F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3E69B8F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90DFC4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182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893312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języczka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1D1F32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661EDA9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8E8E1F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183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931E0E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migdałka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98ECB6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</w:tbl>
    <w:p w14:paraId="48B452A1" w14:textId="77777777" w:rsidR="008A6A43" w:rsidRDefault="008A6A43" w:rsidP="008A6A43">
      <w:pPr>
        <w:spacing w:after="0"/>
        <w:rPr>
          <w:rFonts w:hint="eastAsia"/>
        </w:rPr>
      </w:pPr>
    </w:p>
    <w:p w14:paraId="48D2D5C9" w14:textId="77777777" w:rsidR="008A6A43" w:rsidRDefault="008A6A43" w:rsidP="008A6A43">
      <w:pPr>
        <w:pStyle w:val="Nagwek2"/>
      </w:pPr>
      <w:proofErr w:type="spellStart"/>
      <w:r>
        <w:t>Przewód</w:t>
      </w:r>
      <w:proofErr w:type="spellEnd"/>
      <w:r>
        <w:t xml:space="preserve"> </w:t>
      </w:r>
      <w:proofErr w:type="spellStart"/>
      <w:r>
        <w:t>pokarmowy</w:t>
      </w:r>
      <w:proofErr w:type="spellEnd"/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22"/>
        <w:gridCol w:w="13209"/>
        <w:gridCol w:w="822"/>
      </w:tblGrid>
      <w:tr w:rsidR="008A6A43" w14:paraId="7E486840" w14:textId="77777777" w:rsidTr="002C7EFA">
        <w:trPr>
          <w:cantSplit/>
          <w:tblHeader/>
          <w:jc w:val="center"/>
        </w:trPr>
        <w:tc>
          <w:tcPr>
            <w:tcW w:w="822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B605E0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  <w:color w:val="1B2839"/>
                <w:sz w:val="15"/>
              </w:rPr>
              <w:t>Lp</w:t>
            </w:r>
            <w:proofErr w:type="spellEnd"/>
            <w:r>
              <w:rPr>
                <w:b/>
                <w:color w:val="1B2839"/>
                <w:sz w:val="15"/>
              </w:rPr>
              <w:t>.</w:t>
            </w:r>
          </w:p>
        </w:tc>
        <w:tc>
          <w:tcPr>
            <w:tcW w:w="13209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B05175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 xml:space="preserve">Nazwa </w:t>
            </w:r>
            <w:proofErr w:type="spellStart"/>
            <w:r>
              <w:rPr>
                <w:b/>
                <w:color w:val="1B2839"/>
                <w:sz w:val="15"/>
              </w:rPr>
              <w:t>operacji</w:t>
            </w:r>
            <w:proofErr w:type="spellEnd"/>
            <w:r>
              <w:rPr>
                <w:b/>
                <w:color w:val="1B2839"/>
                <w:sz w:val="15"/>
              </w:rPr>
              <w:t xml:space="preserve"> </w:t>
            </w:r>
            <w:proofErr w:type="spellStart"/>
            <w:r>
              <w:rPr>
                <w:b/>
                <w:color w:val="1B2839"/>
                <w:sz w:val="15"/>
              </w:rPr>
              <w:t>chirurgicznej</w:t>
            </w:r>
            <w:proofErr w:type="spellEnd"/>
          </w:p>
        </w:tc>
        <w:tc>
          <w:tcPr>
            <w:tcW w:w="822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D5DB07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  <w:color w:val="1B2839"/>
                <w:sz w:val="15"/>
              </w:rPr>
              <w:t>Klasa</w:t>
            </w:r>
            <w:proofErr w:type="spellEnd"/>
          </w:p>
        </w:tc>
      </w:tr>
      <w:tr w:rsidR="008A6A43" w14:paraId="1846AE31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AD44BF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184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D735882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Częściowe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przełyku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D17774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513B9CC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A953C6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185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A3B3AD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Całkowite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przełyku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D4E55B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1ADB691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6FB7BA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186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8C48AD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Śródpiersiowe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zespolenie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omijające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przełyku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70E4E3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</w:t>
            </w:r>
          </w:p>
        </w:tc>
      </w:tr>
      <w:tr w:rsidR="008A6A43" w14:paraId="085934A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E5BCB1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187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28BC1A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Wytworzenie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sztucznego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przełyku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690B41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</w:t>
            </w:r>
          </w:p>
        </w:tc>
      </w:tr>
      <w:tr w:rsidR="008A6A43" w14:paraId="24A5FE0C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145351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188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712B86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Zamostkowe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wytworzenie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przełyku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43A1E3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</w:t>
            </w:r>
          </w:p>
        </w:tc>
      </w:tr>
      <w:tr w:rsidR="008A6A43" w14:paraId="3C1A8B53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F0FD29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189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D0E1E6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Przedmostkowe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zespolenie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omijające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przełyku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1B2314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</w:t>
            </w:r>
          </w:p>
        </w:tc>
      </w:tr>
      <w:tr w:rsidR="008A6A43" w14:paraId="04521E43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15FD10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190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3E21C1C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Wprowadzenie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endoprotezy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przełyku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45D249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725F5303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D5F9C8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191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805872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Szycie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rozerwania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przełyku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71E599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53726AC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E00888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192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582BFB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Usunięcie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zwężenia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przełyku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401C86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10C0643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777B0E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193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5C99E5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Podwiązanie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żylaków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przełyku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2CCAAC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540ED9B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FD2711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194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749860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Jednoczasowe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całkowite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usunięcie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przełyku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żołądka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AA6978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</w:t>
            </w:r>
          </w:p>
        </w:tc>
      </w:tr>
      <w:tr w:rsidR="008A6A43" w14:paraId="2BE83A7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8C462D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195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110552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Wytworzenie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przełykowej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AA08A5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37A12F0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718E7F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196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188A42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żołądkowej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20F7FA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3F7A4338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D9678C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197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0A39A6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Podwiązanie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żylaków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wpustu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żołądka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F67E2F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064B31B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07184F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198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E0819A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Pyloromyotomia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7CE096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499103F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DBF4B5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199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EBB21B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Pyloroplastyka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C09A87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184D7B30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B513A9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200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641D7B2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Częściowe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żołądka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6FCB8E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0F27C051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F7BA60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201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59DEA6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Całkowite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żołądka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6358B2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</w:t>
            </w:r>
          </w:p>
        </w:tc>
      </w:tr>
      <w:tr w:rsidR="008A6A43" w14:paraId="0C2AEB5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309ADE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202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56165E4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Wagotomia</w:t>
            </w:r>
            <w:proofErr w:type="spellEnd"/>
            <w:r>
              <w:rPr>
                <w:color w:val="1B2839"/>
                <w:sz w:val="15"/>
              </w:rPr>
              <w:t xml:space="preserve"> w </w:t>
            </w:r>
            <w:proofErr w:type="spellStart"/>
            <w:r>
              <w:rPr>
                <w:color w:val="1B2839"/>
                <w:sz w:val="15"/>
              </w:rPr>
              <w:t>chorobie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wrzodowej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żołądka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48E8FA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78797D07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59430D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203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123859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Zaszycie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wrzodu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żołądka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AC8127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6D85F2E0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7BE6F6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204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FC39D34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r>
              <w:rPr>
                <w:color w:val="1B2839"/>
                <w:sz w:val="15"/>
              </w:rPr>
              <w:t xml:space="preserve">Zatamowanie </w:t>
            </w:r>
            <w:proofErr w:type="spellStart"/>
            <w:r>
              <w:rPr>
                <w:color w:val="1B2839"/>
                <w:sz w:val="15"/>
              </w:rPr>
              <w:t>krwotoku</w:t>
            </w:r>
            <w:proofErr w:type="spellEnd"/>
            <w:r>
              <w:rPr>
                <w:color w:val="1B2839"/>
                <w:sz w:val="15"/>
              </w:rPr>
              <w:t xml:space="preserve"> w </w:t>
            </w:r>
            <w:proofErr w:type="spellStart"/>
            <w:r>
              <w:rPr>
                <w:color w:val="1B2839"/>
                <w:sz w:val="15"/>
              </w:rPr>
              <w:t>żołądku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E7299D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235ADCEC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6C366A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205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146B28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r>
              <w:rPr>
                <w:color w:val="1B2839"/>
                <w:sz w:val="15"/>
              </w:rPr>
              <w:t xml:space="preserve">Zatamowanie </w:t>
            </w:r>
            <w:proofErr w:type="spellStart"/>
            <w:r>
              <w:rPr>
                <w:color w:val="1B2839"/>
                <w:sz w:val="15"/>
              </w:rPr>
              <w:t>krwotoku</w:t>
            </w:r>
            <w:proofErr w:type="spellEnd"/>
            <w:r>
              <w:rPr>
                <w:color w:val="1B2839"/>
                <w:sz w:val="15"/>
              </w:rPr>
              <w:t xml:space="preserve"> w </w:t>
            </w:r>
            <w:proofErr w:type="spellStart"/>
            <w:r>
              <w:rPr>
                <w:color w:val="1B2839"/>
                <w:sz w:val="15"/>
              </w:rPr>
              <w:t>dwunastnicy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03B709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2B0966D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FDA069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206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A3B222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Zespolenie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omijające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żołądka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998EEA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7C034F20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2BC54C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207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E0E0382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antyrefluksowa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AA94D3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35D2392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5FF884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208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71B8C7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Szycie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rozerwania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żołądka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6E8A36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1AD4DD4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CE8767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209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D15D4D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Inwersja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uchyłka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żołądka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993815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7F9062E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3392F3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210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3D4ABE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dwunastnicy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0D3271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21406B88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12FB3F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lastRenderedPageBreak/>
              <w:t>211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E185928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Zaszycie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wrzodu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dwunastnicy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7213D7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251A999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F69FDB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212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03685D4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Wagotomia</w:t>
            </w:r>
            <w:proofErr w:type="spellEnd"/>
            <w:r>
              <w:rPr>
                <w:color w:val="1B2839"/>
                <w:sz w:val="15"/>
              </w:rPr>
              <w:t xml:space="preserve"> w </w:t>
            </w:r>
            <w:proofErr w:type="spellStart"/>
            <w:r>
              <w:rPr>
                <w:color w:val="1B2839"/>
                <w:sz w:val="15"/>
              </w:rPr>
              <w:t>chorobie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wrzodowej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dwunastnicy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6B912F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4BE969D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8828D8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213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37CF1FA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Zespolenie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omijające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dwunastnicy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B5BCD8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0C2C159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48F6D1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214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D583C4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dwunastniczej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D0E645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7E002DF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2449C8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215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D3648C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Szycie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rozerwanej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dwunastnicy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693C52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51CAEA48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7F0DFD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216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EC7CCB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Częściowe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jelita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cienkiego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205564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01446F30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08AB0E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217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3B2A66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Całkowite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jelita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cienkiego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7A7892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</w:t>
            </w:r>
          </w:p>
        </w:tc>
      </w:tr>
      <w:tr w:rsidR="008A6A43" w14:paraId="05B1E750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96A40C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218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C430E6C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Zespolenie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omijające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jelita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cienkiego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38D102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278BFB6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503A9A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219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88F367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Zamknięcie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jelita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cienkiego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92A51A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2EBE834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038F9B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220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4D16E2C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Wyłonienie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jelita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cienkiego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17C75C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687DA40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DBEC83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221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B13606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Rekonstrukcja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jelitowej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167719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3926B680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70A187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222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958DC4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Szycie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rozerwanego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jelita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cienkiego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1085EB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2B9DE44C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D34176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223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273AE7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Odprowadzenie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skrętu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jelita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AF95E2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2E646ED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34C013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224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5D6768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Odprowadzenie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wgłobienia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jelita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F8D64E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7CC6848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DFD438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225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813D9C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Ufiksowanie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jelita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cienkiego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C964AF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566057E8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6D6FB9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226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07FCED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Plikacja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jelita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cienkiego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22DE96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58A496DD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919354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227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71E928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cysty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lub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zatoki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pilonidalnej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AE830C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3402FAD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D3C823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228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55B467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kątnicy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9AB846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6D385E8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15F113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229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724E49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przepukliny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przeponowej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D616A5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0EDF56D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68EFDE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230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6AEEB1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poprzecznicy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F7ECF3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2918A8B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913D10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231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84789C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Hemikolektomia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prawostronna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B7CAD7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</w:t>
            </w:r>
          </w:p>
        </w:tc>
      </w:tr>
      <w:tr w:rsidR="008A6A43" w14:paraId="1EFE94F8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20C7A2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232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3B5DFB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Hemikolektomia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lewostronna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3542AE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</w:t>
            </w:r>
          </w:p>
        </w:tc>
      </w:tr>
      <w:tr w:rsidR="008A6A43" w14:paraId="7DC9F1E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7A5B8A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233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BA987E2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esicy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1CE98D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1F84F297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752128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234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29E406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Totalna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śródbrzuszna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kolektomia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C1A7EF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</w:t>
            </w:r>
          </w:p>
        </w:tc>
      </w:tr>
      <w:tr w:rsidR="008A6A43" w14:paraId="67C7C987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A5B5B4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235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DC8A2A2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Zespolenie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omijające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jelita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grubego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513E86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10CB41B3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68B218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236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291F79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jelita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grubego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4D3EA2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0B94F11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0A42DD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237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57F8BB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Mnogie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resekcje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segmentalne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jelita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grubego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91EBF1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</w:t>
            </w:r>
          </w:p>
        </w:tc>
      </w:tr>
      <w:tr w:rsidR="008A6A43" w14:paraId="4E4F1D60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BF24AE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238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931A08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Wyłonienie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jelita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grubego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FE7E52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08C0CDC8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C26D0A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239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81F7C46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Plikacja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jelita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grubego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AEF489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09927D4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7A32DF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240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A278BC2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Ufiksowanie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jelita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grubego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A299DA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55A2437D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3DC72D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241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B2F8E5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Szycie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rozerwania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jelita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grubego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A742AF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2AECC8B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D03FDE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242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D31866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Opierścienienie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odbytu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FFDE95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739DB881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8DC7A0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243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D425A2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odbytu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58A3EF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7BD9195D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4BC30F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244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2AF303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Wszczepienie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sztucznego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zwieracza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odbytu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5D8DE6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4B0BFEF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2AEFFF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245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E9E984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wypadającego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odbytu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54389D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033B6751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640CE8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lastRenderedPageBreak/>
              <w:t>246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F3FDC8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odbytu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FFACA9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7E814328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8F73B2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247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FA5583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Szycie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rozerwania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odbytnicy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536B31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152E4F8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FFA528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248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13C448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odbytnicy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01DE03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49B4359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CAECFD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249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9674F1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Ufiksowanie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odbytnicy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B5291E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43CDA91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179BB0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250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609B498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Przeszczep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mięśnia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smukłego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D62010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76718AF1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3DD428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251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A4F21F2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wyrostka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robaczkowego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8D60B0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</w:tbl>
    <w:p w14:paraId="7CEC2E5E" w14:textId="77777777" w:rsidR="008A6A43" w:rsidRDefault="008A6A43" w:rsidP="008A6A43">
      <w:pPr>
        <w:spacing w:after="0"/>
        <w:rPr>
          <w:rFonts w:hint="eastAsia"/>
        </w:rPr>
      </w:pPr>
    </w:p>
    <w:p w14:paraId="0BBBBEDE" w14:textId="77777777" w:rsidR="008A6A43" w:rsidRDefault="008A6A43" w:rsidP="008A6A43">
      <w:pPr>
        <w:pStyle w:val="Nagwek2"/>
      </w:pPr>
      <w:proofErr w:type="spellStart"/>
      <w:r>
        <w:t>Narządy</w:t>
      </w:r>
      <w:proofErr w:type="spellEnd"/>
      <w:r>
        <w:t xml:space="preserve"> </w:t>
      </w:r>
      <w:proofErr w:type="spellStart"/>
      <w:r>
        <w:t>jamy</w:t>
      </w:r>
      <w:proofErr w:type="spellEnd"/>
      <w:r>
        <w:t xml:space="preserve"> </w:t>
      </w:r>
      <w:proofErr w:type="spellStart"/>
      <w:r>
        <w:t>brzusznej</w:t>
      </w:r>
      <w:proofErr w:type="spellEnd"/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22"/>
        <w:gridCol w:w="13209"/>
        <w:gridCol w:w="822"/>
      </w:tblGrid>
      <w:tr w:rsidR="008A6A43" w14:paraId="46533BF5" w14:textId="77777777" w:rsidTr="002C7EFA">
        <w:trPr>
          <w:cantSplit/>
          <w:tblHeader/>
          <w:jc w:val="center"/>
        </w:trPr>
        <w:tc>
          <w:tcPr>
            <w:tcW w:w="822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C9601B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  <w:color w:val="1B2839"/>
                <w:sz w:val="15"/>
              </w:rPr>
              <w:t>Lp</w:t>
            </w:r>
            <w:proofErr w:type="spellEnd"/>
            <w:r>
              <w:rPr>
                <w:b/>
                <w:color w:val="1B2839"/>
                <w:sz w:val="15"/>
              </w:rPr>
              <w:t>.</w:t>
            </w:r>
          </w:p>
        </w:tc>
        <w:tc>
          <w:tcPr>
            <w:tcW w:w="13209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1CCDD16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 xml:space="preserve">Nazwa </w:t>
            </w:r>
            <w:proofErr w:type="spellStart"/>
            <w:r>
              <w:rPr>
                <w:b/>
                <w:color w:val="1B2839"/>
                <w:sz w:val="15"/>
              </w:rPr>
              <w:t>operacji</w:t>
            </w:r>
            <w:proofErr w:type="spellEnd"/>
            <w:r>
              <w:rPr>
                <w:b/>
                <w:color w:val="1B2839"/>
                <w:sz w:val="15"/>
              </w:rPr>
              <w:t xml:space="preserve"> </w:t>
            </w:r>
            <w:proofErr w:type="spellStart"/>
            <w:r>
              <w:rPr>
                <w:b/>
                <w:color w:val="1B2839"/>
                <w:sz w:val="15"/>
              </w:rPr>
              <w:t>chirurgicznej</w:t>
            </w:r>
            <w:proofErr w:type="spellEnd"/>
          </w:p>
        </w:tc>
        <w:tc>
          <w:tcPr>
            <w:tcW w:w="822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B4A8EC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  <w:color w:val="1B2839"/>
                <w:sz w:val="15"/>
              </w:rPr>
              <w:t>Klasa</w:t>
            </w:r>
            <w:proofErr w:type="spellEnd"/>
          </w:p>
        </w:tc>
      </w:tr>
      <w:tr w:rsidR="008A6A43" w14:paraId="5E9A695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230088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252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7C44424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Częściowe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śledziony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F76E0C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78891788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4C7C92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253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F7D4C56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Całkowite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śledziony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4E677A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228EE52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E58C2C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254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E3433D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śledziony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3B49A4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2985EE0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EFA5A8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255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56F672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Przeszczep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śledziony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DD4030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3F27CEEC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20A4AE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256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FE771A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Częściowe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wątroby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CFF09C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6320ED8D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539F83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257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BF456E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Całkowite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wątroby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7B7D98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</w:t>
            </w:r>
          </w:p>
        </w:tc>
      </w:tr>
      <w:tr w:rsidR="008A6A43" w14:paraId="6E5672E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1462E7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258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C704DF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wątroby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B6BB6F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5763A7F0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582CDA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259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61943E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Przeszczep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wątroby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24E0D5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</w:t>
            </w:r>
          </w:p>
        </w:tc>
      </w:tr>
      <w:tr w:rsidR="008A6A43" w14:paraId="0B03491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52E856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260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4C03A0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Wewnątrznaczyniowa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naczyniach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wątrobowych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D7FCDB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082DF25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8178A8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261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A2A96CA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Ufiksowanie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wątroby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EE7A83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49B4CA0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5B7E18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262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A54E38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Zespolenie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przewodu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wątrobowego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5A9447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0EF95B6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7B7098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263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3F4F5C8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pęcherzyka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żółciowego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785B18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5DEFA0F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F33FE1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264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8A8A93A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trzustki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970F83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38CE2E5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CFED9A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265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7F1B9A8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Cholecystostomia</w:t>
            </w:r>
            <w:proofErr w:type="spellEnd"/>
            <w:r>
              <w:rPr>
                <w:color w:val="1B2839"/>
                <w:sz w:val="15"/>
              </w:rPr>
              <w:t xml:space="preserve"> (</w:t>
            </w:r>
            <w:proofErr w:type="spellStart"/>
            <w:r>
              <w:rPr>
                <w:color w:val="1B2839"/>
                <w:sz w:val="15"/>
              </w:rPr>
              <w:t>wytworzenie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pęcherzyka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żółciowego</w:t>
            </w:r>
            <w:proofErr w:type="spellEnd"/>
            <w:r>
              <w:rPr>
                <w:color w:val="1B2839"/>
                <w:sz w:val="15"/>
              </w:rPr>
              <w:t>)</w:t>
            </w:r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F6C4CE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13C67A38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8D4172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266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B88BCF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Szycie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przewodu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żółciowego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7C6E18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563F487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04B741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267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9B13D3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dróg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żółciowych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F8757C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1C2B341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4CC72B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268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258F29A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Zespolenie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przewodu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żółciowego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95FD2E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1F35592C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07A7BC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269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5EC1D5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dróg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żółciowych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E2EA9D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4C9E1EE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CAAA0D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270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8E8FFE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Plastyka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przewodu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żółciowego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wspólnego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DADB8F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33C221B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914FDE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271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55C78C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Zespolenie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pęcherzyka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żółciowego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792548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4A653D2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993BBA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272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391BCA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brodawki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Vatera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8FFDA4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2C3D642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8E7712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273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1EC042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przewodu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pęcherzykowego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66783E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47054E3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A372CF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274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1C3E30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Wytworzenie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torbieli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trzustki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2EA713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20FF6B58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196D05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275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1C3D8E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Częściowe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trzustki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164BEF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683484C3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1C5D66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276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DBDFEB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Całkowite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trzustki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CE0694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</w:t>
            </w:r>
          </w:p>
        </w:tc>
      </w:tr>
      <w:tr w:rsidR="008A6A43" w14:paraId="7256429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1D62C3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lastRenderedPageBreak/>
              <w:t>277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06B321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Jednoczasowe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całkowite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trzustki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dwunastnicy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B6D7CB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</w:t>
            </w:r>
          </w:p>
        </w:tc>
      </w:tr>
      <w:tr w:rsidR="008A6A43" w14:paraId="673EB60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245409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278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5CCDC3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Whipple’a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F291CB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</w:t>
            </w:r>
          </w:p>
        </w:tc>
      </w:tr>
      <w:tr w:rsidR="008A6A43" w14:paraId="0B1BDB8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BD9EA9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279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20A21C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Zespolenie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trzustki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9BE0D9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1781903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6C0BDB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280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B3A740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Zespolenie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przewodu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trzustkowego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C83633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</w:tbl>
    <w:p w14:paraId="60857A85" w14:textId="77777777" w:rsidR="008A6A43" w:rsidRDefault="008A6A43" w:rsidP="008A6A43">
      <w:pPr>
        <w:spacing w:after="0"/>
        <w:rPr>
          <w:rFonts w:hint="eastAsia"/>
        </w:rPr>
      </w:pPr>
    </w:p>
    <w:p w14:paraId="7BBA2E88" w14:textId="77777777" w:rsidR="008A6A43" w:rsidRDefault="008A6A43" w:rsidP="008A6A43">
      <w:pPr>
        <w:pStyle w:val="Nagwek2"/>
      </w:pPr>
      <w:proofErr w:type="spellStart"/>
      <w:r>
        <w:t>Serce</w:t>
      </w:r>
      <w:proofErr w:type="spellEnd"/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22"/>
        <w:gridCol w:w="13209"/>
        <w:gridCol w:w="822"/>
      </w:tblGrid>
      <w:tr w:rsidR="008A6A43" w14:paraId="043B6982" w14:textId="77777777" w:rsidTr="002C7EFA">
        <w:trPr>
          <w:cantSplit/>
          <w:tblHeader/>
          <w:jc w:val="center"/>
        </w:trPr>
        <w:tc>
          <w:tcPr>
            <w:tcW w:w="822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0981F0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  <w:color w:val="1B2839"/>
                <w:sz w:val="15"/>
              </w:rPr>
              <w:t>Lp</w:t>
            </w:r>
            <w:proofErr w:type="spellEnd"/>
            <w:r>
              <w:rPr>
                <w:b/>
                <w:color w:val="1B2839"/>
                <w:sz w:val="15"/>
              </w:rPr>
              <w:t>.</w:t>
            </w:r>
          </w:p>
        </w:tc>
        <w:tc>
          <w:tcPr>
            <w:tcW w:w="13209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6EB20B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 xml:space="preserve">Nazwa </w:t>
            </w:r>
            <w:proofErr w:type="spellStart"/>
            <w:r>
              <w:rPr>
                <w:b/>
                <w:color w:val="1B2839"/>
                <w:sz w:val="15"/>
              </w:rPr>
              <w:t>operacji</w:t>
            </w:r>
            <w:proofErr w:type="spellEnd"/>
            <w:r>
              <w:rPr>
                <w:b/>
                <w:color w:val="1B2839"/>
                <w:sz w:val="15"/>
              </w:rPr>
              <w:t xml:space="preserve"> </w:t>
            </w:r>
            <w:proofErr w:type="spellStart"/>
            <w:r>
              <w:rPr>
                <w:b/>
                <w:color w:val="1B2839"/>
                <w:sz w:val="15"/>
              </w:rPr>
              <w:t>chirurgicznej</w:t>
            </w:r>
            <w:proofErr w:type="spellEnd"/>
          </w:p>
        </w:tc>
        <w:tc>
          <w:tcPr>
            <w:tcW w:w="822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551F54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  <w:color w:val="1B2839"/>
                <w:sz w:val="15"/>
              </w:rPr>
              <w:t>Klasa</w:t>
            </w:r>
            <w:proofErr w:type="spellEnd"/>
          </w:p>
        </w:tc>
      </w:tr>
      <w:tr w:rsidR="008A6A43" w14:paraId="0CEF80C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64B42F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281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055EEE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Zamknięta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walwulotomia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BBAEBA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60B1383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B2BDF4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282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D20AAB6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Otwarta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walwuloplastyka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941E9C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245B3F18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9C6DBD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283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CEDA27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Wszczepienie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zastawki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aortalnej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37ED91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</w:t>
            </w:r>
          </w:p>
        </w:tc>
      </w:tr>
      <w:tr w:rsidR="008A6A43" w14:paraId="3D0532B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B90393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284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6F09182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Wszczepienie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zastawki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mitralnej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60AF27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</w:t>
            </w:r>
          </w:p>
        </w:tc>
      </w:tr>
      <w:tr w:rsidR="008A6A43" w14:paraId="4088FE3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B78AFF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285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00363C2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Wszczepienie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zastawki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płucnej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D16D8D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</w:t>
            </w:r>
          </w:p>
        </w:tc>
      </w:tr>
      <w:tr w:rsidR="008A6A43" w14:paraId="449D4C17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28CEBC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286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33E17C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Wszczepienie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zastawki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trójdzielnej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023B32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</w:t>
            </w:r>
          </w:p>
        </w:tc>
      </w:tr>
      <w:tr w:rsidR="008A6A43" w14:paraId="574A98A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17CF58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287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1E440D2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pierścienia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zastawki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C9766A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3755843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3CFBD5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288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39FE862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Przezskórna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walwuloplastyka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8A2C46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14335CE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6BE729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289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340178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Zamknięcie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przewodu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tętniczego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Botalla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CD360B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402FB63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17FB16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290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AC5B20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Zamknięcie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ubytku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międzyprzedsionkowego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D4CA3A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3131B0E7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16DD5F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291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DB7105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Zamknięcie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ubytku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międzykomorowego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2FBCE9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7F0703C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A5C684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292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6196E3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Zamknięcie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ubytku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przegrody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serca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8A7236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24841C91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B29F5A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293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3C2501A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Całkowita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korekcja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całkowitego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nieprawidłowego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spływu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żył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płucnych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087CB0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</w:t>
            </w:r>
          </w:p>
        </w:tc>
      </w:tr>
      <w:tr w:rsidR="008A6A43" w14:paraId="1875E220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B489E7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294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BF5545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Przezskórna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angioplastyka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wieńcowa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DB15E2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3922694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D70A51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295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57A376C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Pomostowanie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tętnic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wieńcowych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CAD22F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15045C0D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82E31B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296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F373B8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tętniaka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tętnicy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wieńcowej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4F2E33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14D2ADE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34C1DB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297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A1DAC48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mięśni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brodawkowatych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serca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F67311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6B5D260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1661E0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298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59AEBB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nici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ścięgnistych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serca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351274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7BD6588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F8A080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299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D62FB0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osierdzia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9458A4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6CA7793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90EF66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300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E0FB2A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tętniaka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serca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B454CF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2EAD778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FE26E7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301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CB41D9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tętniaka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serca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4E05F1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1FC8F2A7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FD0803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302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CD4957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Przebudowanie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komory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serca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2764F3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055246A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B11C11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303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3287F3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Chirurgicznie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zmniejszenie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komory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serca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3A468B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1B19F35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06DD04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304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FDC42E8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Przeszczep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serca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FFF959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</w:t>
            </w:r>
          </w:p>
        </w:tc>
      </w:tr>
      <w:tr w:rsidR="008A6A43" w14:paraId="472FAAF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D98CFE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305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A6DC54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Wszczepienie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sztucznego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serca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0375E7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</w:t>
            </w:r>
          </w:p>
        </w:tc>
      </w:tr>
      <w:tr w:rsidR="008A6A43" w14:paraId="4B42B30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ABE6DE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306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68AAB74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Wszczepienie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systemu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mechanicznego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wspomagania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serca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0E062F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54387A5D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8DA8D3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307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369A03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Wszczepienie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systemu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stymulującego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serce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633971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6697401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5BB2B4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lastRenderedPageBreak/>
              <w:t>308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8785FC4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Wszczepienie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kardiowertera</w:t>
            </w:r>
            <w:proofErr w:type="spellEnd"/>
            <w:r>
              <w:rPr>
                <w:color w:val="1B2839"/>
                <w:sz w:val="15"/>
              </w:rPr>
              <w:t>/</w:t>
            </w:r>
            <w:proofErr w:type="spellStart"/>
            <w:r>
              <w:rPr>
                <w:color w:val="1B2839"/>
                <w:sz w:val="15"/>
              </w:rPr>
              <w:t>defibrylatora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CFED0A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179BFE7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383107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309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61AA79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Wszczepienie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układu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resynchronizującego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serce</w:t>
            </w:r>
            <w:proofErr w:type="spellEnd"/>
            <w:r>
              <w:rPr>
                <w:color w:val="1B2839"/>
                <w:sz w:val="15"/>
              </w:rPr>
              <w:t xml:space="preserve"> CRT</w:t>
            </w:r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79B9B2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1AFC54C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67DBFC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310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133C12A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Otwarta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koronaroplastyka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98629B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435C918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D4D790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311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0293C32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beleczek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mięśniowych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serca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8F6E92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19F0037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148E8E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312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51AAF9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Pomosty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dla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rewaskularyzacji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serca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BD01CD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35FBDFF1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7C169A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313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20031A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Przezskórna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tętnicy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płucnej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C7E57D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4D751CB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ACAF36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314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6E94C06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Przezskórne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zamknięcie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uszka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przedsionka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F16818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</w:tbl>
    <w:p w14:paraId="20DAB919" w14:textId="77777777" w:rsidR="008A6A43" w:rsidRDefault="008A6A43" w:rsidP="008A6A43">
      <w:pPr>
        <w:spacing w:after="0"/>
        <w:rPr>
          <w:rFonts w:hint="eastAsia"/>
        </w:rPr>
      </w:pPr>
    </w:p>
    <w:p w14:paraId="01FBC529" w14:textId="77777777" w:rsidR="008A6A43" w:rsidRDefault="008A6A43" w:rsidP="008A6A43">
      <w:pPr>
        <w:pStyle w:val="Nagwek2"/>
      </w:pPr>
      <w:proofErr w:type="spellStart"/>
      <w:r>
        <w:t>Naczynia</w:t>
      </w:r>
      <w:proofErr w:type="spellEnd"/>
      <w:r>
        <w:t xml:space="preserve"> </w:t>
      </w:r>
      <w:proofErr w:type="spellStart"/>
      <w:r>
        <w:t>tętnicze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żylne</w:t>
      </w:r>
      <w:proofErr w:type="spellEnd"/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22"/>
        <w:gridCol w:w="13209"/>
        <w:gridCol w:w="822"/>
      </w:tblGrid>
      <w:tr w:rsidR="008A6A43" w14:paraId="5E316A7E" w14:textId="77777777" w:rsidTr="002C7EFA">
        <w:trPr>
          <w:cantSplit/>
          <w:tblHeader/>
          <w:jc w:val="center"/>
        </w:trPr>
        <w:tc>
          <w:tcPr>
            <w:tcW w:w="822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2C7578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  <w:color w:val="1B2839"/>
                <w:sz w:val="15"/>
              </w:rPr>
              <w:t>Lp</w:t>
            </w:r>
            <w:proofErr w:type="spellEnd"/>
            <w:r>
              <w:rPr>
                <w:b/>
                <w:color w:val="1B2839"/>
                <w:sz w:val="15"/>
              </w:rPr>
              <w:t>.</w:t>
            </w:r>
          </w:p>
        </w:tc>
        <w:tc>
          <w:tcPr>
            <w:tcW w:w="13209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47611F8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 xml:space="preserve">Nazwa </w:t>
            </w:r>
            <w:proofErr w:type="spellStart"/>
            <w:r>
              <w:rPr>
                <w:b/>
                <w:color w:val="1B2839"/>
                <w:sz w:val="15"/>
              </w:rPr>
              <w:t>operacji</w:t>
            </w:r>
            <w:proofErr w:type="spellEnd"/>
            <w:r>
              <w:rPr>
                <w:b/>
                <w:color w:val="1B2839"/>
                <w:sz w:val="15"/>
              </w:rPr>
              <w:t xml:space="preserve"> </w:t>
            </w:r>
            <w:proofErr w:type="spellStart"/>
            <w:r>
              <w:rPr>
                <w:b/>
                <w:color w:val="1B2839"/>
                <w:sz w:val="15"/>
              </w:rPr>
              <w:t>chirurgicznej</w:t>
            </w:r>
            <w:proofErr w:type="spellEnd"/>
          </w:p>
        </w:tc>
        <w:tc>
          <w:tcPr>
            <w:tcW w:w="822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09C107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  <w:color w:val="1B2839"/>
                <w:sz w:val="15"/>
              </w:rPr>
              <w:t>Klasa</w:t>
            </w:r>
            <w:proofErr w:type="spellEnd"/>
          </w:p>
        </w:tc>
      </w:tr>
      <w:tr w:rsidR="008A6A43" w14:paraId="7E5F9BC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8CF50D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315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45E407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Rekonstrukcja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tętnicy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szyjnej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EDC240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7530478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4E7FCB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316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2D6764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Pomostowanie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tętnicy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szyjnej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885844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72C074B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834AE3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317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80BE88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Rekonstrukcja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tętnic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brzusznych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BE3F1C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2398D9C3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C4AFE6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318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40D9DF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Endarterektomia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tętnic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kończyny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dolnej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972C91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09EDB458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9E6CAF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319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605E16A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lub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zespolenie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tętnic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kończyny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dolnej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AA57E5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43EF0B00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F2C3F6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320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F8A1FEC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Pomostowanie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aorty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brzusznej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lub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tętnic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kończyn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dolnych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0F78D2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567733E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485E62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321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FDC2AC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tętniaka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tętnicy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mózgowej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C61293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523B8C5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60E96E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322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8C01D64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aorty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D3480B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79EAB9E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18453A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323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C8A0A4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Pomost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aorty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brzusznej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lub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tętnic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brzusznych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6B9331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1237938D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CEA88A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324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C88DE9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Rekonstrukcja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innej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tętnicy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9CEEBC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6263728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924378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325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D721AF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Szycie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tętnicy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D8069B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28D4D99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C2EA7D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326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4E9154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Rekonstrukcja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tętnicy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podobojczykowej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CE1430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527D423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8ABD68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327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352227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Pomostowanie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tętnicy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podobojczykowej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100B06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79A7645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A61A15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328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E77D91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Wewnątrznaczyniowa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aorty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6CFB6D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641F5FD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5C1944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329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E62620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Wewnątrznaczyniowa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tętnic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kończyn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dolnych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F567DA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5039A3F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2AC6B7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330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BA2613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Wewnątrznaczyniowa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gałęzi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trzewnych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aorty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F79017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3F22DBDC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E5533D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331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5B2C6E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Wewnątrznaczyniowa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tętnicy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mózgowej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6845E5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0CF2B6A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75954A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332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9103F76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Wewnątrznaczyniowa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innej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tętnicy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F5F7AB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1FA3046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655591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333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346B074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tętniaka</w:t>
            </w:r>
            <w:proofErr w:type="spellEnd"/>
            <w:r>
              <w:rPr>
                <w:color w:val="1B2839"/>
                <w:sz w:val="15"/>
              </w:rPr>
              <w:t xml:space="preserve"> z </w:t>
            </w:r>
            <w:proofErr w:type="spellStart"/>
            <w:r>
              <w:rPr>
                <w:color w:val="1B2839"/>
                <w:sz w:val="15"/>
              </w:rPr>
              <w:t>zespoleniem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żył</w:t>
            </w:r>
            <w:proofErr w:type="spellEnd"/>
            <w:r>
              <w:rPr>
                <w:color w:val="1B2839"/>
                <w:sz w:val="15"/>
              </w:rPr>
              <w:t xml:space="preserve">: </w:t>
            </w:r>
            <w:proofErr w:type="spellStart"/>
            <w:r>
              <w:rPr>
                <w:color w:val="1B2839"/>
                <w:sz w:val="15"/>
              </w:rPr>
              <w:t>brzusznych</w:t>
            </w:r>
            <w:proofErr w:type="spellEnd"/>
            <w:r>
              <w:rPr>
                <w:color w:val="1B2839"/>
                <w:sz w:val="15"/>
              </w:rPr>
              <w:t xml:space="preserve">, </w:t>
            </w:r>
            <w:proofErr w:type="spellStart"/>
            <w:r>
              <w:rPr>
                <w:color w:val="1B2839"/>
                <w:sz w:val="15"/>
              </w:rPr>
              <w:t>biodrowych</w:t>
            </w:r>
            <w:proofErr w:type="spellEnd"/>
            <w:r>
              <w:rPr>
                <w:color w:val="1B2839"/>
                <w:sz w:val="15"/>
              </w:rPr>
              <w:t xml:space="preserve">, </w:t>
            </w:r>
            <w:proofErr w:type="spellStart"/>
            <w:r>
              <w:rPr>
                <w:color w:val="1B2839"/>
                <w:sz w:val="15"/>
              </w:rPr>
              <w:t>wrotnych</w:t>
            </w:r>
            <w:proofErr w:type="spellEnd"/>
            <w:r>
              <w:rPr>
                <w:color w:val="1B2839"/>
                <w:sz w:val="15"/>
              </w:rPr>
              <w:t xml:space="preserve">, </w:t>
            </w:r>
            <w:proofErr w:type="spellStart"/>
            <w:r>
              <w:rPr>
                <w:color w:val="1B2839"/>
                <w:sz w:val="15"/>
              </w:rPr>
              <w:t>nerkowych</w:t>
            </w:r>
            <w:proofErr w:type="spellEnd"/>
            <w:r>
              <w:rPr>
                <w:color w:val="1B2839"/>
                <w:sz w:val="15"/>
              </w:rPr>
              <w:t xml:space="preserve">, </w:t>
            </w:r>
            <w:proofErr w:type="spellStart"/>
            <w:r>
              <w:rPr>
                <w:color w:val="1B2839"/>
                <w:sz w:val="15"/>
              </w:rPr>
              <w:t>śledzionowych</w:t>
            </w:r>
            <w:proofErr w:type="spellEnd"/>
            <w:r>
              <w:rPr>
                <w:color w:val="1B2839"/>
                <w:sz w:val="15"/>
              </w:rPr>
              <w:t xml:space="preserve">, </w:t>
            </w:r>
            <w:proofErr w:type="spellStart"/>
            <w:r>
              <w:rPr>
                <w:color w:val="1B2839"/>
                <w:sz w:val="15"/>
              </w:rPr>
              <w:t>żyły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głównej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dolnej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9EC0C5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2454B5E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BEDD61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334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E3AF9E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naczynia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krwionośnego</w:t>
            </w:r>
            <w:proofErr w:type="spellEnd"/>
            <w:r>
              <w:rPr>
                <w:color w:val="1B2839"/>
                <w:sz w:val="15"/>
              </w:rPr>
              <w:t xml:space="preserve"> z </w:t>
            </w:r>
            <w:proofErr w:type="spellStart"/>
            <w:r>
              <w:rPr>
                <w:color w:val="1B2839"/>
                <w:sz w:val="15"/>
              </w:rPr>
              <w:t>zespoleniem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7932DE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4DE39CF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0D4627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335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ED19A56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Wewnątrznaczyniowa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tętnicy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szyjnej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A1AB6C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570E62C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00A201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336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F7E53E6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Rekonstrukcja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tętnicy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mózgowej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C6558D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787CDF1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DF1814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337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4F9781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Rekonstrukcja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tętnicy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płucnej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18077B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611BE8A8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987B07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338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5891B0C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tętniaka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naczyń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klatki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piersiowej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7DF6B1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6F09A0D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6B961A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lastRenderedPageBreak/>
              <w:t>339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0E5123A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naczynia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krwionośnego</w:t>
            </w:r>
            <w:proofErr w:type="spellEnd"/>
            <w:r>
              <w:rPr>
                <w:color w:val="1B2839"/>
                <w:sz w:val="15"/>
              </w:rPr>
              <w:t xml:space="preserve"> ze </w:t>
            </w:r>
            <w:proofErr w:type="spellStart"/>
            <w:r>
              <w:rPr>
                <w:color w:val="1B2839"/>
                <w:sz w:val="15"/>
              </w:rPr>
              <w:t>wstawką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EF8EF8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31E5D62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F6C955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340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3AB571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tętniaka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naczyń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kończyny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górnej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F3A128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58A4D18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956765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341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50669A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Endarterektomia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naczyń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kończyny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górnej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20F1BA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63E2D75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606E52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342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1931E4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Zespolenie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żył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jamy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brzusznej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3FE753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</w:tbl>
    <w:p w14:paraId="106C8FE2" w14:textId="77777777" w:rsidR="008A6A43" w:rsidRDefault="008A6A43" w:rsidP="008A6A43">
      <w:pPr>
        <w:spacing w:after="0"/>
        <w:rPr>
          <w:rFonts w:hint="eastAsia"/>
        </w:rPr>
      </w:pPr>
    </w:p>
    <w:p w14:paraId="2FD89211" w14:textId="77777777" w:rsidR="008A6A43" w:rsidRDefault="008A6A43" w:rsidP="008A6A43">
      <w:pPr>
        <w:pStyle w:val="Nagwek2"/>
      </w:pPr>
      <w:proofErr w:type="spellStart"/>
      <w:r>
        <w:t>Układ</w:t>
      </w:r>
      <w:proofErr w:type="spellEnd"/>
      <w:r>
        <w:t xml:space="preserve"> </w:t>
      </w:r>
      <w:proofErr w:type="spellStart"/>
      <w:r>
        <w:t>moczowy</w:t>
      </w:r>
      <w:proofErr w:type="spellEnd"/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22"/>
        <w:gridCol w:w="13209"/>
        <w:gridCol w:w="822"/>
      </w:tblGrid>
      <w:tr w:rsidR="008A6A43" w14:paraId="330785F2" w14:textId="77777777" w:rsidTr="002C7EFA">
        <w:trPr>
          <w:cantSplit/>
          <w:tblHeader/>
          <w:jc w:val="center"/>
        </w:trPr>
        <w:tc>
          <w:tcPr>
            <w:tcW w:w="822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2685C2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  <w:color w:val="1B2839"/>
                <w:sz w:val="15"/>
              </w:rPr>
              <w:t>Lp</w:t>
            </w:r>
            <w:proofErr w:type="spellEnd"/>
            <w:r>
              <w:rPr>
                <w:b/>
                <w:color w:val="1B2839"/>
                <w:sz w:val="15"/>
              </w:rPr>
              <w:t>.</w:t>
            </w:r>
          </w:p>
        </w:tc>
        <w:tc>
          <w:tcPr>
            <w:tcW w:w="13209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8A45D66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 xml:space="preserve">Nazwa </w:t>
            </w:r>
            <w:proofErr w:type="spellStart"/>
            <w:r>
              <w:rPr>
                <w:b/>
                <w:color w:val="1B2839"/>
                <w:sz w:val="15"/>
              </w:rPr>
              <w:t>operacji</w:t>
            </w:r>
            <w:proofErr w:type="spellEnd"/>
            <w:r>
              <w:rPr>
                <w:b/>
                <w:color w:val="1B2839"/>
                <w:sz w:val="15"/>
              </w:rPr>
              <w:t xml:space="preserve"> </w:t>
            </w:r>
            <w:proofErr w:type="spellStart"/>
            <w:r>
              <w:rPr>
                <w:b/>
                <w:color w:val="1B2839"/>
                <w:sz w:val="15"/>
              </w:rPr>
              <w:t>chirurgicznej</w:t>
            </w:r>
            <w:proofErr w:type="spellEnd"/>
          </w:p>
        </w:tc>
        <w:tc>
          <w:tcPr>
            <w:tcW w:w="822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49FD6F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  <w:color w:val="1B2839"/>
                <w:sz w:val="15"/>
              </w:rPr>
              <w:t>Klasa</w:t>
            </w:r>
            <w:proofErr w:type="spellEnd"/>
          </w:p>
        </w:tc>
      </w:tr>
      <w:tr w:rsidR="008A6A43" w14:paraId="5D24E950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2AA6D4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343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F2E366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torbieli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nerki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AE8B99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56650F8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C178DE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344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EAAFF8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Ewakuacja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kamienia</w:t>
            </w:r>
            <w:proofErr w:type="spellEnd"/>
            <w:r>
              <w:rPr>
                <w:color w:val="1B2839"/>
                <w:sz w:val="15"/>
              </w:rPr>
              <w:t xml:space="preserve"> z </w:t>
            </w:r>
            <w:proofErr w:type="spellStart"/>
            <w:r>
              <w:rPr>
                <w:color w:val="1B2839"/>
                <w:sz w:val="15"/>
              </w:rPr>
              <w:t>nerki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11AA62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591843C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E1123A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345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290A7C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Pielostomia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282A59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74021D33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2ED685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346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8C9724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lub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zniszczenie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układu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kielichowo-miedniczkowego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332EED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0A9F5418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0271EF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347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7DBEA3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lub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zniszczenie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nerki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AB5C6F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47DD115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D69C61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348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DE0D14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Ablacja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termiczna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nerki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4CA16E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7DDB2D9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6EF927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349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FD1F6B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kielicha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nerkowego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4F248A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40697E20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C723AF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350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54D595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Częściowe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nerki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36A4F1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004AE79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A1857C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351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2EB87E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Całkowite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nerki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0C9FF1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7B2C25C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4A3C0C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352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9289214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r>
              <w:rPr>
                <w:color w:val="1B2839"/>
                <w:sz w:val="15"/>
              </w:rPr>
              <w:t xml:space="preserve">Obustronne </w:t>
            </w:r>
            <w:proofErr w:type="spellStart"/>
            <w:r>
              <w:rPr>
                <w:color w:val="1B2839"/>
                <w:sz w:val="15"/>
              </w:rPr>
              <w:t>jednoczasowe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nerek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478D91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</w:t>
            </w:r>
          </w:p>
        </w:tc>
      </w:tr>
      <w:tr w:rsidR="008A6A43" w14:paraId="58276D6D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7B35EB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353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745C808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Przeszczep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nerki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B17B92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</w:t>
            </w:r>
          </w:p>
        </w:tc>
      </w:tr>
      <w:tr w:rsidR="008A6A43" w14:paraId="46BA499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B9DE17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354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2DF572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Umocowanie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lub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podwieszenie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nerki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nadmiernie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ruchomej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D1FC44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4F22B23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3A5DF5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355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D75593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Zaopatrzenie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uszkodzenia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urazowego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nerki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9EC090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51CED78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11C116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356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CD41D9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nerkowej</w:t>
            </w:r>
            <w:proofErr w:type="spellEnd"/>
            <w:r>
              <w:rPr>
                <w:color w:val="1B2839"/>
                <w:sz w:val="15"/>
              </w:rPr>
              <w:t xml:space="preserve"> (</w:t>
            </w:r>
            <w:proofErr w:type="spellStart"/>
            <w:r>
              <w:rPr>
                <w:color w:val="1B2839"/>
                <w:sz w:val="15"/>
              </w:rPr>
              <w:t>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obejmuje</w:t>
            </w:r>
            <w:proofErr w:type="spellEnd"/>
            <w:r>
              <w:rPr>
                <w:color w:val="1B2839"/>
                <w:sz w:val="15"/>
              </w:rPr>
              <w:t xml:space="preserve">  </w:t>
            </w:r>
            <w:proofErr w:type="spellStart"/>
            <w:r>
              <w:rPr>
                <w:color w:val="1B2839"/>
                <w:sz w:val="15"/>
              </w:rPr>
              <w:t>przezskórnego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wytworzenia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przetoki</w:t>
            </w:r>
            <w:proofErr w:type="spellEnd"/>
            <w:r>
              <w:rPr>
                <w:color w:val="1B2839"/>
                <w:sz w:val="15"/>
              </w:rPr>
              <w:t>)</w:t>
            </w:r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0810CA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27D9390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72FB72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357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C91395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Zespolenie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układu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A519BF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6468675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36CD95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358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1D9DF3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Plastyka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układu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E55960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05E24C0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451AA2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359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BF99EC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Usunięcie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skrzepu</w:t>
            </w:r>
            <w:proofErr w:type="spellEnd"/>
            <w:r>
              <w:rPr>
                <w:color w:val="1B2839"/>
                <w:sz w:val="15"/>
              </w:rPr>
              <w:t xml:space="preserve"> z </w:t>
            </w:r>
            <w:proofErr w:type="spellStart"/>
            <w:r>
              <w:rPr>
                <w:color w:val="1B2839"/>
                <w:sz w:val="15"/>
              </w:rPr>
              <w:t>układu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24D988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79C394A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58AF36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360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EA9320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Ewakuacja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kamienia</w:t>
            </w:r>
            <w:proofErr w:type="spellEnd"/>
            <w:r>
              <w:rPr>
                <w:color w:val="1B2839"/>
                <w:sz w:val="15"/>
              </w:rPr>
              <w:t xml:space="preserve"> z </w:t>
            </w:r>
            <w:proofErr w:type="spellStart"/>
            <w:r>
              <w:rPr>
                <w:color w:val="1B2839"/>
                <w:sz w:val="15"/>
              </w:rPr>
              <w:t>układu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BF10E6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4C0FB60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F2A02A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361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9B4F85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Całkowite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usunięcie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z </w:t>
            </w:r>
            <w:proofErr w:type="spellStart"/>
            <w:r>
              <w:rPr>
                <w:color w:val="1B2839"/>
                <w:sz w:val="15"/>
              </w:rPr>
              <w:t>moczowodu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EA71CF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0B058053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1C80E0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362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2CE0AD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Korekcja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zwężenia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moczowodu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581AE3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0BFBAC0D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D18ABD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363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6865AE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Nacięcie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moczowodu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B5B634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41B09628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10436B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364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9B46CC4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Częściowe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moczowodu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9BD63F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611BCD8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E7D427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365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66AAE96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Całkowite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moczowodu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5B8798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4015FDA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2A8431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366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C2329D8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moczowodowej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C08FE7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3A41FAF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6B0943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367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F338DD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Reimplantacja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moczowodu</w:t>
            </w:r>
            <w:proofErr w:type="spellEnd"/>
            <w:r>
              <w:rPr>
                <w:color w:val="1B2839"/>
                <w:sz w:val="15"/>
              </w:rPr>
              <w:t xml:space="preserve"> do </w:t>
            </w:r>
            <w:proofErr w:type="spellStart"/>
            <w:r>
              <w:rPr>
                <w:color w:val="1B2839"/>
                <w:sz w:val="15"/>
              </w:rPr>
              <w:t>pęcherza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7D5A5A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2F168EB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045F87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368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75A27E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Wszczepienie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moczowodu</w:t>
            </w:r>
            <w:proofErr w:type="spellEnd"/>
            <w:r>
              <w:rPr>
                <w:color w:val="1B2839"/>
                <w:sz w:val="15"/>
              </w:rPr>
              <w:t xml:space="preserve"> do </w:t>
            </w:r>
            <w:proofErr w:type="spellStart"/>
            <w:r>
              <w:rPr>
                <w:color w:val="1B2839"/>
                <w:sz w:val="15"/>
              </w:rPr>
              <w:t>jelita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8B8A82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2669E090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F6EF4E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369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EB7032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Wytworzenie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końcowej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kałowej</w:t>
            </w:r>
            <w:proofErr w:type="spellEnd"/>
            <w:r>
              <w:rPr>
                <w:color w:val="1B2839"/>
                <w:sz w:val="15"/>
              </w:rPr>
              <w:t xml:space="preserve"> z </w:t>
            </w:r>
            <w:proofErr w:type="spellStart"/>
            <w:r>
              <w:rPr>
                <w:color w:val="1B2839"/>
                <w:sz w:val="15"/>
              </w:rPr>
              <w:t>wszczepieniem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moczowodów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E0023C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60413B27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6D8C88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lastRenderedPageBreak/>
              <w:t>370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591E98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Reimplantacja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moczowodu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9B92EB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663F768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18734D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371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B03D92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Zeszycie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moczowodu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DAD8E7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00B12FE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BB2BFD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372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37711D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Umocowanie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moczowodu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9F46AC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2098137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8889CE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373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BF8CCF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moczowodu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objętego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zwłóknieniem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zaotrzewnowym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2DB42A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363E2118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52F667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374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67A446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przeciwodpływowa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zewnątrzpęcherzowa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B9ECD7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149A116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8886E6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375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5000496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Uzupełnienie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moczowodu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wszczepem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CBCDDE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53B4D3FD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59998F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376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08F318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Protezowanie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moczowodu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06CA9A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4DAECFCD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B3581D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377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EC2719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Sfałdowanie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moczowodu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48C83F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401F3B8C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666D31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378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1BD47F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Uwolnienie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moczowodu</w:t>
            </w:r>
            <w:proofErr w:type="spellEnd"/>
            <w:r>
              <w:rPr>
                <w:color w:val="1B2839"/>
                <w:sz w:val="15"/>
              </w:rPr>
              <w:t xml:space="preserve"> ze </w:t>
            </w:r>
            <w:proofErr w:type="spellStart"/>
            <w:r>
              <w:rPr>
                <w:color w:val="1B2839"/>
                <w:sz w:val="15"/>
              </w:rPr>
              <w:t>zrostów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57DA49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49272E30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93C40C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379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78DE0B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Wszczepienie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elektronicznego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stymulatora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moczowodu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8F3B9A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49E57FF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F23C97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380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AF3E45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Ewakuacja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kamienia</w:t>
            </w:r>
            <w:proofErr w:type="spellEnd"/>
            <w:r>
              <w:rPr>
                <w:color w:val="1B2839"/>
                <w:sz w:val="15"/>
              </w:rPr>
              <w:t xml:space="preserve"> z </w:t>
            </w:r>
            <w:proofErr w:type="spellStart"/>
            <w:r>
              <w:rPr>
                <w:color w:val="1B2839"/>
                <w:sz w:val="15"/>
              </w:rPr>
              <w:t>pęcherza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98CCEC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1116D4C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46AC7C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381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F7ED4B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ujścia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pęcherza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FB4406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267A43AC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3ECD23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382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F48991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Plastyka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pęcherza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cewki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F25C16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7D6B57F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B82E57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383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7AADB9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uchyłka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pęcherza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0B7921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4034BA68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A1A64A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384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193AD3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Plastyka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ujścia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pęcherza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967DA7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543B142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1E00F7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385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BBD5A8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Sfałdowanie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ujścia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pęcherza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A47169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439220C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981A9F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386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E6305C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Korekcja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zwężenia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cewki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7E0BBD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4024523C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7FF988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387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38B5C06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Nacięcie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opróżnienie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ropnia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stercza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455F1A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5AAEC98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C7394F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388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926F1B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pęcherza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614E55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2D7774A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E75AC6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389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36421B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lub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zniszczenie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pęcherza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36E672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368D6D4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AC2A9F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390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9005D1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uchyłka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pęcherza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E01650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61FC867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AA5E4F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391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94D4C4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Częściowe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pęcherza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573AE9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4534DD6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FBFF10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392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18F6DCA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Całkowite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pęcherza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673D81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534A7103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81F122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393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B0882E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pochwowej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092300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781A968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9DE577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394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1CDF56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Wytworzenie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zastępczego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pęcherza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54C385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6B75893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F0EB8D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395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2D55E9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cewki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E9A2B2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40C16197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71F242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396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0BBE0F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cewki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2B1241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080E45AD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5C9A74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397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42375A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Sfałdowanie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cewki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F659B9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47C33ED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693A73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398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982804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Wszczepienie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sztucznego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zwieracza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cewki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E8036C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7A4E75D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84EE5B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399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5CFAA58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Wszczepienie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protezy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cewki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AC6DE6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6103239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F0CDA2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400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B1A0AF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spodziectwa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123AF2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69CC3CC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079291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401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329BA3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Operacyjne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leczenie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nietrzymania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2D96A3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3B9D7D4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B43BF9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402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119B78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lub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zniszczenie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tkanki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stercza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2A3A92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68B2400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3DC28D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403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018B43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lub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zniszczenie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stercza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EC5E36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1C4736CC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94E792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404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28A7A46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Całkowite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stercza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581B69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5E58928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30DE57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lastRenderedPageBreak/>
              <w:t>405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7289FE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cewki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C8C52F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0B2A704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6FAC83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406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DDFF17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uchyłka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cewki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340773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6564C9E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621C12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407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7FB2CC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macicznej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9F2098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59F556E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6A2636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408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ECD5BD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Rekonstrukcja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pęcherza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749EC2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48B2CEA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414BC3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409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A86001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pęcherza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1BF733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432429F3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EAFC5A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410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83F36D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Wytworzenie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zespolenia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pęcherza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C28C54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2D7D24FC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D6A394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411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F2519A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Wszczepienie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elektronicznego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stymulatora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pęcherza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D5553C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788FB65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500A9E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412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582819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Częściowe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cewki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AB18D8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2ABD929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C52B47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413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BE328E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Całkowite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cewki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4A50BA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</w:tbl>
    <w:p w14:paraId="45AD5ACF" w14:textId="77777777" w:rsidR="008A6A43" w:rsidRDefault="008A6A43" w:rsidP="008A6A43">
      <w:pPr>
        <w:spacing w:after="0"/>
        <w:rPr>
          <w:rFonts w:hint="eastAsia"/>
        </w:rPr>
      </w:pPr>
    </w:p>
    <w:p w14:paraId="26819AA2" w14:textId="77777777" w:rsidR="008A6A43" w:rsidRDefault="008A6A43" w:rsidP="008A6A43">
      <w:pPr>
        <w:pStyle w:val="Nagwek2"/>
      </w:pPr>
      <w:proofErr w:type="spellStart"/>
      <w:r>
        <w:t>Narządy</w:t>
      </w:r>
      <w:proofErr w:type="spellEnd"/>
      <w:r>
        <w:t xml:space="preserve"> </w:t>
      </w:r>
      <w:proofErr w:type="spellStart"/>
      <w:r>
        <w:t>płciowe</w:t>
      </w:r>
      <w:proofErr w:type="spellEnd"/>
      <w:r>
        <w:t xml:space="preserve"> </w:t>
      </w:r>
      <w:proofErr w:type="spellStart"/>
      <w:r>
        <w:t>męskie</w:t>
      </w:r>
      <w:proofErr w:type="spellEnd"/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22"/>
        <w:gridCol w:w="13209"/>
        <w:gridCol w:w="822"/>
      </w:tblGrid>
      <w:tr w:rsidR="008A6A43" w14:paraId="18226D19" w14:textId="77777777" w:rsidTr="002C7EFA">
        <w:trPr>
          <w:cantSplit/>
          <w:tblHeader/>
          <w:jc w:val="center"/>
        </w:trPr>
        <w:tc>
          <w:tcPr>
            <w:tcW w:w="822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515EDC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  <w:color w:val="1B2839"/>
                <w:sz w:val="15"/>
              </w:rPr>
              <w:t>Lp</w:t>
            </w:r>
            <w:proofErr w:type="spellEnd"/>
            <w:r>
              <w:rPr>
                <w:b/>
                <w:color w:val="1B2839"/>
                <w:sz w:val="15"/>
              </w:rPr>
              <w:t>.</w:t>
            </w:r>
          </w:p>
        </w:tc>
        <w:tc>
          <w:tcPr>
            <w:tcW w:w="13209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54EC1B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 xml:space="preserve">Nazwa </w:t>
            </w:r>
            <w:proofErr w:type="spellStart"/>
            <w:r>
              <w:rPr>
                <w:b/>
                <w:color w:val="1B2839"/>
                <w:sz w:val="15"/>
              </w:rPr>
              <w:t>operacji</w:t>
            </w:r>
            <w:proofErr w:type="spellEnd"/>
            <w:r>
              <w:rPr>
                <w:b/>
                <w:color w:val="1B2839"/>
                <w:sz w:val="15"/>
              </w:rPr>
              <w:t xml:space="preserve"> </w:t>
            </w:r>
            <w:proofErr w:type="spellStart"/>
            <w:r>
              <w:rPr>
                <w:b/>
                <w:color w:val="1B2839"/>
                <w:sz w:val="15"/>
              </w:rPr>
              <w:t>chirurgicznej</w:t>
            </w:r>
            <w:proofErr w:type="spellEnd"/>
          </w:p>
        </w:tc>
        <w:tc>
          <w:tcPr>
            <w:tcW w:w="822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96AFAB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  <w:color w:val="1B2839"/>
                <w:sz w:val="15"/>
              </w:rPr>
              <w:t>Klasa</w:t>
            </w:r>
            <w:proofErr w:type="spellEnd"/>
          </w:p>
        </w:tc>
      </w:tr>
      <w:tr w:rsidR="008A6A43" w14:paraId="4C2661C7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BC0075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414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0E745D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wodniaka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jądra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370096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1820F34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781FE8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415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10FAA0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jądra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0FAFF4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1D0CFB3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320ECF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416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13080B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Jednostronne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jądra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CC718B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30294401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60DCCF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417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A7DCA3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jedynego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jądra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6C49F8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5A6675A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A22B02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418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FCCC78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obu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jąder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jednoczasowe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E10179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6D1687D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7BCEB3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419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598DC3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Sprowadzenie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jąder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44458F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2A4D3DA0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465800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420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4EE107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Protezowanie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jądra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BFAA9B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451E664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041F7C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421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DCC0A54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żylaków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powrózka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nasiennego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7B4FB6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0416CDE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A4792C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422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6D6D154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powrózka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nasiennego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A29791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68E2A95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9E513D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423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4381166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Przeszczep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powrózka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nasiennego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60069A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7261FFD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A88A31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424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6E478D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pęcherzyków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nasiennych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5FC129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50ED7CEC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4A01AB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425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D2EC3C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najądrza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61AE5C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0D064FA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1DE591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426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A0C2AF6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najądrza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FD8D8E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5318F26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62B119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427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D4F7A3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nasieniowodu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D117DE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4D534A9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F17EBE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428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3C2B7C4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lub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zniszczenie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prącia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010BDE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66D7D73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F61A23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429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F99725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Całkowite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prącia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CC3992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1C5A9A1D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169507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430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04006F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Częściowe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prącia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35844F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59031D2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AD7110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431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7B5A9E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Protezowanie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prącia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F44447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1C03831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78293D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432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76FB40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Reimplantacja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prącia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359EDC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1973C160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DCA0CF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433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B6004E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prącia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DA8A2A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09DD9AEC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8CE2CE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434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89DA07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napletka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222BDF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45179D9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58D177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435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0C9345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moszny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1EABB1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</w:tbl>
    <w:p w14:paraId="3606AECF" w14:textId="77777777" w:rsidR="008A6A43" w:rsidRDefault="008A6A43" w:rsidP="008A6A43">
      <w:pPr>
        <w:spacing w:after="0"/>
        <w:rPr>
          <w:rFonts w:hint="eastAsia"/>
        </w:rPr>
      </w:pPr>
    </w:p>
    <w:p w14:paraId="396D1111" w14:textId="77777777" w:rsidR="008A6A43" w:rsidRDefault="008A6A43" w:rsidP="008A6A43">
      <w:pPr>
        <w:pStyle w:val="Nagwek2"/>
      </w:pPr>
      <w:proofErr w:type="spellStart"/>
      <w:r>
        <w:t>Żeński</w:t>
      </w:r>
      <w:proofErr w:type="spellEnd"/>
      <w:r>
        <w:t xml:space="preserve"> </w:t>
      </w:r>
      <w:proofErr w:type="spellStart"/>
      <w:r>
        <w:t>układ</w:t>
      </w:r>
      <w:proofErr w:type="spellEnd"/>
      <w:r>
        <w:t xml:space="preserve"> </w:t>
      </w:r>
      <w:proofErr w:type="spellStart"/>
      <w:r>
        <w:t>rozrodczy</w:t>
      </w:r>
      <w:proofErr w:type="spellEnd"/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22"/>
        <w:gridCol w:w="13209"/>
        <w:gridCol w:w="822"/>
      </w:tblGrid>
      <w:tr w:rsidR="008A6A43" w14:paraId="1CCCEB4F" w14:textId="77777777" w:rsidTr="002C7EFA">
        <w:trPr>
          <w:cantSplit/>
          <w:tblHeader/>
          <w:jc w:val="center"/>
        </w:trPr>
        <w:tc>
          <w:tcPr>
            <w:tcW w:w="822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834992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  <w:color w:val="1B2839"/>
                <w:sz w:val="15"/>
              </w:rPr>
              <w:t>Lp</w:t>
            </w:r>
            <w:proofErr w:type="spellEnd"/>
            <w:r>
              <w:rPr>
                <w:b/>
                <w:color w:val="1B2839"/>
                <w:sz w:val="15"/>
              </w:rPr>
              <w:t>.</w:t>
            </w:r>
          </w:p>
        </w:tc>
        <w:tc>
          <w:tcPr>
            <w:tcW w:w="13209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4E48786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 xml:space="preserve">Nazwa </w:t>
            </w:r>
            <w:proofErr w:type="spellStart"/>
            <w:r>
              <w:rPr>
                <w:b/>
                <w:color w:val="1B2839"/>
                <w:sz w:val="15"/>
              </w:rPr>
              <w:t>operacji</w:t>
            </w:r>
            <w:proofErr w:type="spellEnd"/>
            <w:r>
              <w:rPr>
                <w:b/>
                <w:color w:val="1B2839"/>
                <w:sz w:val="15"/>
              </w:rPr>
              <w:t xml:space="preserve"> </w:t>
            </w:r>
            <w:proofErr w:type="spellStart"/>
            <w:r>
              <w:rPr>
                <w:b/>
                <w:color w:val="1B2839"/>
                <w:sz w:val="15"/>
              </w:rPr>
              <w:t>chirurgicznej</w:t>
            </w:r>
            <w:proofErr w:type="spellEnd"/>
          </w:p>
        </w:tc>
        <w:tc>
          <w:tcPr>
            <w:tcW w:w="822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E2FDA0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  <w:color w:val="1B2839"/>
                <w:sz w:val="15"/>
              </w:rPr>
              <w:t>Klasa</w:t>
            </w:r>
            <w:proofErr w:type="spellEnd"/>
          </w:p>
        </w:tc>
      </w:tr>
      <w:tr w:rsidR="008A6A43" w14:paraId="10A3DC6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C6BED3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436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3786E0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gruczołu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Bartholina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E22304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7C8DAB0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94C355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437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BA7FC9C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lub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zniszczenie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w </w:t>
            </w:r>
            <w:proofErr w:type="spellStart"/>
            <w:r>
              <w:rPr>
                <w:color w:val="1B2839"/>
                <w:sz w:val="15"/>
              </w:rPr>
              <w:t>zatoce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Douglasa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692E5F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5D09469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1E6BAC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438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B975328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Zamknięcie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zatoki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Douglasa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75E059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0EE683E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7E6462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439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81D451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pochwy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5EF784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2EF6851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C5FFB2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440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933022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pochwy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4E5623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287A65B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25DAA4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441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E59A86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pochwy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09F408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67403763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A9CD0A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442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CFD993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pochwowej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7EAD6D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6FF795F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599CFE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443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8C9527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Rekonstrukcja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sklepienia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pochwy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E6E7E7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5522D95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842129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444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9D09C5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sromu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30AEC9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27EE52A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4F87D7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445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BF29BD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sromu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55278B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46FA116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CE6D89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446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F11057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Uwolnienie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zrostów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sromu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B0B2E4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53156ED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27BB46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447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EC4AE8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łechtaczki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A686C7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745D7C77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849F9A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448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8FA994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jajnika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lub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jajowodu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0D772D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01712AB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17CE3A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449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F376D3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r>
              <w:rPr>
                <w:color w:val="1B2839"/>
                <w:sz w:val="15"/>
              </w:rPr>
              <w:t xml:space="preserve">Obustronne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jajników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lub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jajowodów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C64C89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09E87C51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D81909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450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E94DB5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szyjki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macicy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FAF0F3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456E986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6F5EB2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451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34ABB5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Usunięcie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mięśniaków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macicy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502BF3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705D60E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EDA08E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452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D93689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Całkowite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lub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częściowe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trzonu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macicy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B1F71C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76C62E8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95B1D7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453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78623D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przegrody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macicy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019BF2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2190942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BF3CD3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454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3143B8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Usunięcie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zrostów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macicy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A3D6D2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64A7ED2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291990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455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6A88618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Zniszczenie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trzonu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macicy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A2D3DC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09080AE8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943018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456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A9DC57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Przyszycie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macicy</w:t>
            </w:r>
            <w:proofErr w:type="spellEnd"/>
            <w:r>
              <w:rPr>
                <w:color w:val="1B2839"/>
                <w:sz w:val="15"/>
              </w:rPr>
              <w:t xml:space="preserve"> do </w:t>
            </w:r>
            <w:proofErr w:type="spellStart"/>
            <w:r>
              <w:rPr>
                <w:color w:val="1B2839"/>
                <w:sz w:val="15"/>
              </w:rPr>
              <w:t>powłok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brzusznych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1AD865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1ABAA3E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497227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457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5116A2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Szycie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rozdarcia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macicy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821FB8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2162837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52EFAE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458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65B96C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Zamknięcie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macicy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2B33E1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0E898291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B5AA7D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459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FE6297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Zabieg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poporodowego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rozdarcia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macicy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BD0A65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452C4BC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C62A20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460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EEDFC7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Zabieg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wrodzonej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wady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macicy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AFA737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5E077547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F652B2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461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73540A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Całkowite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lub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częściowe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macicy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0FEE79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0037EFC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F2B146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462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2BBD8E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aparatu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zawieszającego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macicę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B7C724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</w:tbl>
    <w:p w14:paraId="7CF62F54" w14:textId="77777777" w:rsidR="008A6A43" w:rsidRDefault="008A6A43" w:rsidP="008A6A43">
      <w:pPr>
        <w:spacing w:after="0"/>
        <w:rPr>
          <w:rFonts w:hint="eastAsia"/>
        </w:rPr>
      </w:pPr>
    </w:p>
    <w:p w14:paraId="0B82B6C3" w14:textId="77777777" w:rsidR="008A6A43" w:rsidRDefault="008A6A43" w:rsidP="008A6A43">
      <w:pPr>
        <w:pStyle w:val="Nagwek2"/>
      </w:pPr>
      <w:proofErr w:type="spellStart"/>
      <w:r>
        <w:t>Skóra</w:t>
      </w:r>
      <w:proofErr w:type="spellEnd"/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22"/>
        <w:gridCol w:w="13209"/>
        <w:gridCol w:w="822"/>
      </w:tblGrid>
      <w:tr w:rsidR="008A6A43" w14:paraId="6924BF41" w14:textId="77777777" w:rsidTr="002C7EFA">
        <w:trPr>
          <w:cantSplit/>
          <w:tblHeader/>
          <w:jc w:val="center"/>
        </w:trPr>
        <w:tc>
          <w:tcPr>
            <w:tcW w:w="822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0AA017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  <w:color w:val="1B2839"/>
                <w:sz w:val="15"/>
              </w:rPr>
              <w:t>Lp</w:t>
            </w:r>
            <w:proofErr w:type="spellEnd"/>
            <w:r>
              <w:rPr>
                <w:b/>
                <w:color w:val="1B2839"/>
                <w:sz w:val="15"/>
              </w:rPr>
              <w:t>.</w:t>
            </w:r>
          </w:p>
        </w:tc>
        <w:tc>
          <w:tcPr>
            <w:tcW w:w="13209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507665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 xml:space="preserve">Nazwa </w:t>
            </w:r>
            <w:proofErr w:type="spellStart"/>
            <w:r>
              <w:rPr>
                <w:b/>
                <w:color w:val="1B2839"/>
                <w:sz w:val="15"/>
              </w:rPr>
              <w:t>operacji</w:t>
            </w:r>
            <w:proofErr w:type="spellEnd"/>
            <w:r>
              <w:rPr>
                <w:b/>
                <w:color w:val="1B2839"/>
                <w:sz w:val="15"/>
              </w:rPr>
              <w:t xml:space="preserve"> </w:t>
            </w:r>
            <w:proofErr w:type="spellStart"/>
            <w:r>
              <w:rPr>
                <w:b/>
                <w:color w:val="1B2839"/>
                <w:sz w:val="15"/>
              </w:rPr>
              <w:t>chirurgicznej</w:t>
            </w:r>
            <w:proofErr w:type="spellEnd"/>
          </w:p>
        </w:tc>
        <w:tc>
          <w:tcPr>
            <w:tcW w:w="822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7EEA46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  <w:color w:val="1B2839"/>
                <w:sz w:val="15"/>
              </w:rPr>
              <w:t>Klasa</w:t>
            </w:r>
            <w:proofErr w:type="spellEnd"/>
          </w:p>
        </w:tc>
      </w:tr>
      <w:tr w:rsidR="008A6A43" w14:paraId="59585033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1CA0C4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463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F462708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Przeszczep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wolny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skóry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15447E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30FF1FF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C098D1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lastRenderedPageBreak/>
              <w:t>464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576A006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Przeszczep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płata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skóry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owłosionej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2E5B28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2A9D616D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67B0E2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465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9DB589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Przeszczep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innej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niż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własna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tkanki</w:t>
            </w:r>
            <w:proofErr w:type="spellEnd"/>
            <w:r>
              <w:rPr>
                <w:color w:val="1B2839"/>
                <w:sz w:val="15"/>
              </w:rPr>
              <w:t xml:space="preserve"> do </w:t>
            </w:r>
            <w:proofErr w:type="spellStart"/>
            <w:r>
              <w:rPr>
                <w:color w:val="1B2839"/>
                <w:sz w:val="15"/>
              </w:rPr>
              <w:t>skóry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EE38CC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437EEA7D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2AF5B0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466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C44F45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Uszypułowany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lub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płatowy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przeszczep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skóry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C5F6A5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17627253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6F68C4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467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B7196C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Miejscowy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przeszczep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uszypułowanego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tkanką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podskórną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płata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skóry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FB32A1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4FD3DE7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6C8960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468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8301CA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uwolnienia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blizny</w:t>
            </w:r>
            <w:proofErr w:type="spellEnd"/>
            <w:r>
              <w:rPr>
                <w:color w:val="1B2839"/>
                <w:sz w:val="15"/>
              </w:rPr>
              <w:t xml:space="preserve"> z </w:t>
            </w:r>
            <w:proofErr w:type="spellStart"/>
            <w:r>
              <w:rPr>
                <w:color w:val="1B2839"/>
                <w:sz w:val="15"/>
              </w:rPr>
              <w:t>użyciem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płata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skórnego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8C8F10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2C742201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E09EF7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469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E349494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Przeszczep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płata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skórno-powięziowego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234BE4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050781E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E49380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470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9F7898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Wprowadzenie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ekspandera</w:t>
            </w:r>
            <w:proofErr w:type="spellEnd"/>
            <w:r>
              <w:rPr>
                <w:color w:val="1B2839"/>
                <w:sz w:val="15"/>
              </w:rPr>
              <w:t xml:space="preserve"> pod </w:t>
            </w:r>
            <w:proofErr w:type="spellStart"/>
            <w:r>
              <w:rPr>
                <w:color w:val="1B2839"/>
                <w:sz w:val="15"/>
              </w:rPr>
              <w:t>skórę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86425B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23AB208D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C0F12A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471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94C1A3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Przeszczep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śluzówki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7967FA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</w:tbl>
    <w:p w14:paraId="770C8BA0" w14:textId="77777777" w:rsidR="008A6A43" w:rsidRDefault="008A6A43" w:rsidP="008A6A43">
      <w:pPr>
        <w:spacing w:after="0"/>
        <w:rPr>
          <w:rFonts w:hint="eastAsia"/>
        </w:rPr>
      </w:pPr>
    </w:p>
    <w:p w14:paraId="37556120" w14:textId="77777777" w:rsidR="008A6A43" w:rsidRDefault="008A6A43" w:rsidP="008A6A43">
      <w:pPr>
        <w:pStyle w:val="Nagwek2"/>
      </w:pPr>
      <w:proofErr w:type="spellStart"/>
      <w:r>
        <w:t>Tkanki</w:t>
      </w:r>
      <w:proofErr w:type="spellEnd"/>
      <w:r>
        <w:t xml:space="preserve"> </w:t>
      </w:r>
      <w:proofErr w:type="spellStart"/>
      <w:r>
        <w:t>miękkie</w:t>
      </w:r>
      <w:proofErr w:type="spellEnd"/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22"/>
        <w:gridCol w:w="13209"/>
        <w:gridCol w:w="822"/>
      </w:tblGrid>
      <w:tr w:rsidR="008A6A43" w14:paraId="087D6C18" w14:textId="77777777" w:rsidTr="002C7EFA">
        <w:trPr>
          <w:cantSplit/>
          <w:tblHeader/>
          <w:jc w:val="center"/>
        </w:trPr>
        <w:tc>
          <w:tcPr>
            <w:tcW w:w="822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17BE6F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  <w:color w:val="1B2839"/>
                <w:sz w:val="15"/>
              </w:rPr>
              <w:t>Lp</w:t>
            </w:r>
            <w:proofErr w:type="spellEnd"/>
            <w:r>
              <w:rPr>
                <w:b/>
                <w:color w:val="1B2839"/>
                <w:sz w:val="15"/>
              </w:rPr>
              <w:t>.</w:t>
            </w:r>
          </w:p>
        </w:tc>
        <w:tc>
          <w:tcPr>
            <w:tcW w:w="13209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9583924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 xml:space="preserve">Nazwa </w:t>
            </w:r>
            <w:proofErr w:type="spellStart"/>
            <w:r>
              <w:rPr>
                <w:b/>
                <w:color w:val="1B2839"/>
                <w:sz w:val="15"/>
              </w:rPr>
              <w:t>operacji</w:t>
            </w:r>
            <w:proofErr w:type="spellEnd"/>
            <w:r>
              <w:rPr>
                <w:b/>
                <w:color w:val="1B2839"/>
                <w:sz w:val="15"/>
              </w:rPr>
              <w:t xml:space="preserve"> </w:t>
            </w:r>
            <w:proofErr w:type="spellStart"/>
            <w:r>
              <w:rPr>
                <w:b/>
                <w:color w:val="1B2839"/>
                <w:sz w:val="15"/>
              </w:rPr>
              <w:t>chirurgicznej</w:t>
            </w:r>
            <w:proofErr w:type="spellEnd"/>
          </w:p>
        </w:tc>
        <w:tc>
          <w:tcPr>
            <w:tcW w:w="822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89508B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  <w:color w:val="1B2839"/>
                <w:sz w:val="15"/>
              </w:rPr>
              <w:t>Klasa</w:t>
            </w:r>
            <w:proofErr w:type="spellEnd"/>
          </w:p>
        </w:tc>
      </w:tr>
      <w:tr w:rsidR="008A6A43" w14:paraId="7629018D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EA88CF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472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335AF8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Uwolnienie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ścięgna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D9CDF2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1CFC6C7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E2D752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473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0F37D6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torbieli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bocznej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szyi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81DDEE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28AC2D0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ADA5F2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474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6807AE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pozostałości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szczeliny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skrzelowej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9F720A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663735A3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0489CF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475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CBAA2B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ściany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klatki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piersiowej</w:t>
            </w:r>
            <w:proofErr w:type="spellEnd"/>
            <w:r>
              <w:rPr>
                <w:color w:val="1B2839"/>
                <w:sz w:val="15"/>
              </w:rPr>
              <w:t xml:space="preserve"> z </w:t>
            </w:r>
            <w:proofErr w:type="spellStart"/>
            <w:r>
              <w:rPr>
                <w:color w:val="1B2839"/>
                <w:sz w:val="15"/>
              </w:rPr>
              <w:t>usunięciem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żebra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lub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żeber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F024C5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3E4D8E4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F11A97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476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39F591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Dekortykacja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płuca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329311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69ABEC4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0593AB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477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A2DC23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Rekonstrukcja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ściany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klatki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piersiowej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881768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395AD2E0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3937F1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478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C7E4F8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Torakoplastyka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4BE735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0F69F32C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C58BD2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479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35D82F2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przepony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575487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1C209DD8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EA28EB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480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D49D10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Zamknięcie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przepony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3E3FAF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1709AC4D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A542A7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481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9ED8CD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Szycie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przepony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93FFE4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33D3E457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923D1A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482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E2EB8A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Doszczętne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blokowe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węzłów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chłonnych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16FA9D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7899FD27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2EBB6C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483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7CF8EC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przepukliny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pachwinowej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obustronna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0A4428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5A06806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691AA8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484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D4772C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przepukliny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pachwinowej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jednostronna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90B1A8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0D8DD5F7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6786F1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485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54BB63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przepukliny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pępkowej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49AB13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604A7353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5561AA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486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34A56A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przepukliny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udowej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jednostronna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5EB55E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734A1F6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337283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487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60EC9D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przepukliny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udowej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obustronna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062A46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3BF7A42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DA42C7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488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E4A3D3A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przepukliny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ściany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jamy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brzusznej</w:t>
            </w:r>
            <w:proofErr w:type="spellEnd"/>
            <w:r>
              <w:rPr>
                <w:color w:val="1B2839"/>
                <w:sz w:val="15"/>
              </w:rPr>
              <w:t xml:space="preserve"> o </w:t>
            </w:r>
            <w:proofErr w:type="spellStart"/>
            <w:r>
              <w:rPr>
                <w:color w:val="1B2839"/>
                <w:sz w:val="15"/>
              </w:rPr>
              <w:t>nieokreślonym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umiejscowieniu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11BA0E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78083D7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661C39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489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F9933A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przepukliny</w:t>
            </w:r>
            <w:proofErr w:type="spellEnd"/>
            <w:r>
              <w:rPr>
                <w:color w:val="1B2839"/>
                <w:sz w:val="15"/>
              </w:rPr>
              <w:t xml:space="preserve"> w </w:t>
            </w:r>
            <w:proofErr w:type="spellStart"/>
            <w:r>
              <w:rPr>
                <w:color w:val="1B2839"/>
                <w:sz w:val="15"/>
              </w:rPr>
              <w:t>bliźnie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pooperacyjnej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35F3F3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306EEE7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F2B42C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490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9AD442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Plikacja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przepony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71B614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66CE5A8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ABEAAF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491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FB08802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moczownika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25EB83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5BE09497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57364C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492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6EEE71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tkanek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otrzewnowej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6231B7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2AA8079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1B15D3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493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C50EFB4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dotycząca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sieci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8088A2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70BF2BB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B38833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494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20E16B8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sieci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18A467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666AB4D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0FCBA1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lastRenderedPageBreak/>
              <w:t>495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A7BB73C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dotycząca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krezki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jelita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731392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04AE4DB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6A9230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496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1B1ABD8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krezki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jelita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81A515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0C99E4A1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DE855A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497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52A97EC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otrzewnej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E1311A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74C6F837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6E4B29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498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EA4AE0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Uwolnienie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zrostów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otrzewnowych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EB5854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15FF82A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02D46C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499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3FFF57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przewodu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limfatycznego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D78952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6184AA7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643965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500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9EB230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ścięgna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CABAFD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3CB0EBB7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98C39E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501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396F06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torbieli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galaretowatej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pochewki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ścięgna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0912E7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0748DA7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A4FACC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502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DA57F88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kaletki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11A415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439C9771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0F2658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503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E2E5C9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powięzi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3A1DCB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317E71E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96AB0C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504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D0C9D42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mięśnia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7F9B41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4CCB29E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AE58B4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505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31E12F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Uwolnienie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przykurczu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mięśnia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3CB641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2D35D1E0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9129C0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506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9F91CC6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ścięgna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4D1BC6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03A9511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4C14E0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507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6DB193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mięśnia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E6429E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7231855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1990A6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508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73178A6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Przeszczepienie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mięśnia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FEE409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4C474EFD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0D6928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509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2BF6EF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Uwolnienie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mięśnia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510458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09CC5BE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6AE13A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510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F35D6E6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lub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tkanki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przepony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F82037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6037B341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FEF6F8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511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F97A056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Zabieg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opłucnej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6EEBF9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2EBD144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3E4AA7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512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66B852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przepukliny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kulszowej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5DEC87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00630C9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6C0F27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513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321A76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przepukliny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kulszowo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odbytniczej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D20DA4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3EABD00D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2E7EB0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514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6305F62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przepukliny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lędźwiowej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8C813C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04A6127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05947E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515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C2775A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przepukliny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zasłonowej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0DA601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3FF4862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21E9E6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516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BB04424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przepukliny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sieciowej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432E7D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2686BE6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2CC8E9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517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C86342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przepukliny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zaotrzewnowej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38CAAF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43814310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A439A5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518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E84A71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otrzewnej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209F82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4545E0C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0F6895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519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CFEAD5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pochewki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ścięgna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14D807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7EDA763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4CCBE8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520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DB54C0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dotycząca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powięzi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F31A6D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535747C0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DF5522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521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75E657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przetoki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powięzi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B68176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5E52A5E1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6686F7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522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F88CC1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powięzi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E0B9B5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</w:tbl>
    <w:p w14:paraId="23B283B4" w14:textId="77777777" w:rsidR="008A6A43" w:rsidRDefault="008A6A43" w:rsidP="008A6A43">
      <w:pPr>
        <w:spacing w:after="0"/>
        <w:rPr>
          <w:rFonts w:hint="eastAsia"/>
        </w:rPr>
      </w:pPr>
    </w:p>
    <w:p w14:paraId="12735780" w14:textId="77777777" w:rsidR="008A6A43" w:rsidRDefault="008A6A43" w:rsidP="008A6A43">
      <w:pPr>
        <w:pStyle w:val="Nagwek2"/>
      </w:pPr>
      <w:proofErr w:type="spellStart"/>
      <w:r>
        <w:t>Kości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stawy</w:t>
      </w:r>
      <w:proofErr w:type="spellEnd"/>
      <w:r>
        <w:t xml:space="preserve"> </w:t>
      </w:r>
      <w:proofErr w:type="spellStart"/>
      <w:r>
        <w:t>szkieletu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kręgosłupa</w:t>
      </w:r>
      <w:proofErr w:type="spellEnd"/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22"/>
        <w:gridCol w:w="13209"/>
        <w:gridCol w:w="822"/>
      </w:tblGrid>
      <w:tr w:rsidR="008A6A43" w14:paraId="141C537E" w14:textId="77777777" w:rsidTr="002C7EFA">
        <w:trPr>
          <w:cantSplit/>
          <w:tblHeader/>
          <w:jc w:val="center"/>
        </w:trPr>
        <w:tc>
          <w:tcPr>
            <w:tcW w:w="822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DF08B6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  <w:color w:val="1B2839"/>
                <w:sz w:val="15"/>
              </w:rPr>
              <w:t>Lp</w:t>
            </w:r>
            <w:proofErr w:type="spellEnd"/>
            <w:r>
              <w:rPr>
                <w:b/>
                <w:color w:val="1B2839"/>
                <w:sz w:val="15"/>
              </w:rPr>
              <w:t>.</w:t>
            </w:r>
          </w:p>
        </w:tc>
        <w:tc>
          <w:tcPr>
            <w:tcW w:w="13209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0221B88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 xml:space="preserve">Nazwa </w:t>
            </w:r>
            <w:proofErr w:type="spellStart"/>
            <w:r>
              <w:rPr>
                <w:b/>
                <w:color w:val="1B2839"/>
                <w:sz w:val="15"/>
              </w:rPr>
              <w:t>operacji</w:t>
            </w:r>
            <w:proofErr w:type="spellEnd"/>
            <w:r>
              <w:rPr>
                <w:b/>
                <w:color w:val="1B2839"/>
                <w:sz w:val="15"/>
              </w:rPr>
              <w:t xml:space="preserve"> </w:t>
            </w:r>
            <w:proofErr w:type="spellStart"/>
            <w:r>
              <w:rPr>
                <w:b/>
                <w:color w:val="1B2839"/>
                <w:sz w:val="15"/>
              </w:rPr>
              <w:t>chirurgicznej</w:t>
            </w:r>
            <w:proofErr w:type="spellEnd"/>
          </w:p>
        </w:tc>
        <w:tc>
          <w:tcPr>
            <w:tcW w:w="822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787142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  <w:color w:val="1B2839"/>
                <w:sz w:val="15"/>
              </w:rPr>
              <w:t>Klasa</w:t>
            </w:r>
            <w:proofErr w:type="spellEnd"/>
          </w:p>
        </w:tc>
      </w:tr>
      <w:tr w:rsidR="008A6A43" w14:paraId="020BD563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DBBB50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523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51DC156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Podniesienie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złamanego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fragmentu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czaszki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18EE59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76FFFE5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B05FB8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524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F8F253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Uzupełnienie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ubytku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kości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czaszki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19472A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3F6A5A3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5CCF88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525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366C0B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Otwarte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nastawienie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złamania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kości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nosa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7FAE68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2DBF0B3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E13473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lastRenderedPageBreak/>
              <w:t>526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4A0105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kości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twarzoczaszki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BA1156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472446F0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51E7EB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527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DF13496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kości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twarzoczaszki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97B381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1760BEF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5C24AF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528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9C1CCA8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Otwarte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nastawienie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złamania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kości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jarzmowej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AD4F8F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1591C8B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58B581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529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DBF009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Otwarte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nastawienie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złamania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szczęki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387389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44CD601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4CD537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530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406FCC8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Otwarte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nastawienie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złamania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żuchwy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B1C394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56CED01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5EBEDE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531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713974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Otwarte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nastawienie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kości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twarzy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5A06EF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7B10E868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71165E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532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17E680A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Otwarte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nastawienie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złamania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oczodołu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96A38C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143DD00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2B0CDF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533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3D9B9F8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Przeszczep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kostny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kości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twarzy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2C03F0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4CED59B0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26234A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534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C8B70B2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Otwarte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nastawienie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zwichnięcia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stawu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skroniowo-żuchwowego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C6F17B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50250C1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896942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535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3BF30A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Częściowe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żuchwy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8BA5A3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2341EF3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84D82B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536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09D188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Całkowite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żuchwy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5C1B4C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6F98A9F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382190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537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106B61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krążka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międzykręgowego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kręgosłupa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983C7E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77F74FD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EBCE8F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538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041C776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Usunięcie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przepukliny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jądra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miażdżystego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68DC62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2FDA918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5BE88C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539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992116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Usztywnienie</w:t>
            </w:r>
            <w:proofErr w:type="spellEnd"/>
            <w:r>
              <w:rPr>
                <w:color w:val="1B2839"/>
                <w:sz w:val="15"/>
              </w:rPr>
              <w:t xml:space="preserve"> (</w:t>
            </w:r>
            <w:proofErr w:type="spellStart"/>
            <w:r>
              <w:rPr>
                <w:color w:val="1B2839"/>
                <w:sz w:val="15"/>
              </w:rPr>
              <w:t>artrodeza</w:t>
            </w:r>
            <w:proofErr w:type="spellEnd"/>
            <w:r>
              <w:rPr>
                <w:color w:val="1B2839"/>
                <w:sz w:val="15"/>
              </w:rPr>
              <w:t xml:space="preserve">) </w:t>
            </w:r>
            <w:proofErr w:type="spellStart"/>
            <w:r>
              <w:rPr>
                <w:color w:val="1B2839"/>
                <w:sz w:val="15"/>
              </w:rPr>
              <w:t>stawów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kręgosłupa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3B3B2A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5A3479E0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F0CE8F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540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D52232C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odbarczająca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kręgosłup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szyjny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31C27E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4A079178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A346AD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541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7F41D4A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złamania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kręgu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B146F8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071EF61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F64730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542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B9C88A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Rekonstrukcja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wielu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kości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twarzoczaszki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F32B38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133F22ED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9D3064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543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FA3ACC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Rekonstrukcja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jednej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kości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twarzoczaszki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5290F5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4ADE5D80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82BA42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544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D45660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zmiany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kości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A66F55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43EB863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FB5C40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545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B2D1F4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martwaka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kości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D1684A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690DF63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D88780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546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7722134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Osteotomia</w:t>
            </w:r>
            <w:proofErr w:type="spellEnd"/>
            <w:r>
              <w:rPr>
                <w:color w:val="1B2839"/>
                <w:sz w:val="15"/>
              </w:rPr>
              <w:t xml:space="preserve"> bez </w:t>
            </w:r>
            <w:proofErr w:type="spellStart"/>
            <w:r>
              <w:rPr>
                <w:color w:val="1B2839"/>
                <w:sz w:val="15"/>
              </w:rPr>
              <w:t>rozdzielenia</w:t>
            </w:r>
            <w:proofErr w:type="spellEnd"/>
            <w:r>
              <w:rPr>
                <w:color w:val="1B2839"/>
                <w:sz w:val="15"/>
              </w:rPr>
              <w:t xml:space="preserve"> (</w:t>
            </w:r>
            <w:proofErr w:type="spellStart"/>
            <w:r>
              <w:rPr>
                <w:color w:val="1B2839"/>
                <w:sz w:val="15"/>
              </w:rPr>
              <w:t>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obejmuje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osteotomii</w:t>
            </w:r>
            <w:proofErr w:type="spellEnd"/>
            <w:r>
              <w:rPr>
                <w:color w:val="1B2839"/>
                <w:sz w:val="15"/>
              </w:rPr>
              <w:t xml:space="preserve"> w </w:t>
            </w:r>
            <w:proofErr w:type="spellStart"/>
            <w:r>
              <w:rPr>
                <w:color w:val="1B2839"/>
                <w:sz w:val="15"/>
              </w:rPr>
              <w:t>obrębie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stóp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rąk</w:t>
            </w:r>
            <w:proofErr w:type="spellEnd"/>
            <w:r>
              <w:rPr>
                <w:color w:val="1B2839"/>
                <w:sz w:val="15"/>
              </w:rPr>
              <w:t>)</w:t>
            </w:r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0708E4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4CA50F87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7AC0C2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547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E5A0788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Osteotomia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klinowa</w:t>
            </w:r>
            <w:proofErr w:type="spellEnd"/>
            <w:r>
              <w:rPr>
                <w:color w:val="1B2839"/>
                <w:sz w:val="15"/>
              </w:rPr>
              <w:t xml:space="preserve"> (</w:t>
            </w:r>
            <w:proofErr w:type="spellStart"/>
            <w:r>
              <w:rPr>
                <w:color w:val="1B2839"/>
                <w:sz w:val="15"/>
              </w:rPr>
              <w:t>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obejmuje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osteotomii</w:t>
            </w:r>
            <w:proofErr w:type="spellEnd"/>
            <w:r>
              <w:rPr>
                <w:color w:val="1B2839"/>
                <w:sz w:val="15"/>
              </w:rPr>
              <w:t xml:space="preserve"> w </w:t>
            </w:r>
            <w:proofErr w:type="spellStart"/>
            <w:r>
              <w:rPr>
                <w:color w:val="1B2839"/>
                <w:sz w:val="15"/>
              </w:rPr>
              <w:t>obrębie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stóp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rąk</w:t>
            </w:r>
            <w:proofErr w:type="spellEnd"/>
            <w:r>
              <w:rPr>
                <w:color w:val="1B2839"/>
                <w:sz w:val="15"/>
              </w:rPr>
              <w:t>)</w:t>
            </w:r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EDFD96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32D5609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3517B3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548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7F0F0A2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r>
              <w:rPr>
                <w:color w:val="1B2839"/>
                <w:sz w:val="15"/>
              </w:rPr>
              <w:t xml:space="preserve">Inna </w:t>
            </w:r>
            <w:proofErr w:type="spellStart"/>
            <w:r>
              <w:rPr>
                <w:color w:val="1B2839"/>
                <w:sz w:val="15"/>
              </w:rPr>
              <w:t>osteotomia</w:t>
            </w:r>
            <w:proofErr w:type="spellEnd"/>
            <w:r>
              <w:rPr>
                <w:color w:val="1B2839"/>
                <w:sz w:val="15"/>
              </w:rPr>
              <w:t xml:space="preserve"> (</w:t>
            </w:r>
            <w:proofErr w:type="spellStart"/>
            <w:r>
              <w:rPr>
                <w:color w:val="1B2839"/>
                <w:sz w:val="15"/>
              </w:rPr>
              <w:t>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obejmuje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osteotomii</w:t>
            </w:r>
            <w:proofErr w:type="spellEnd"/>
            <w:r>
              <w:rPr>
                <w:color w:val="1B2839"/>
                <w:sz w:val="15"/>
              </w:rPr>
              <w:t xml:space="preserve"> w </w:t>
            </w:r>
            <w:proofErr w:type="spellStart"/>
            <w:r>
              <w:rPr>
                <w:color w:val="1B2839"/>
                <w:sz w:val="15"/>
              </w:rPr>
              <w:t>obrębie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stóp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rąk</w:t>
            </w:r>
            <w:proofErr w:type="spellEnd"/>
            <w:r>
              <w:rPr>
                <w:color w:val="1B2839"/>
                <w:sz w:val="15"/>
              </w:rPr>
              <w:t>)</w:t>
            </w:r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14C2FE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569C2BEC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EE868B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549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506DE3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Resekcja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kości</w:t>
            </w:r>
            <w:proofErr w:type="spellEnd"/>
            <w:r>
              <w:rPr>
                <w:color w:val="1B2839"/>
                <w:sz w:val="15"/>
              </w:rPr>
              <w:t xml:space="preserve"> (</w:t>
            </w:r>
            <w:proofErr w:type="spellStart"/>
            <w:r>
              <w:rPr>
                <w:color w:val="1B2839"/>
                <w:sz w:val="15"/>
              </w:rPr>
              <w:t>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obejmuje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resekcji</w:t>
            </w:r>
            <w:proofErr w:type="spellEnd"/>
            <w:r>
              <w:rPr>
                <w:color w:val="1B2839"/>
                <w:sz w:val="15"/>
              </w:rPr>
              <w:t xml:space="preserve"> w </w:t>
            </w:r>
            <w:proofErr w:type="spellStart"/>
            <w:r>
              <w:rPr>
                <w:color w:val="1B2839"/>
                <w:sz w:val="15"/>
              </w:rPr>
              <w:t>obrębie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stóp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rąk</w:t>
            </w:r>
            <w:proofErr w:type="spellEnd"/>
            <w:r>
              <w:rPr>
                <w:color w:val="1B2839"/>
                <w:sz w:val="15"/>
              </w:rPr>
              <w:t>)</w:t>
            </w:r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388EA9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0236D23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04DD5C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550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50DF88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Zamknięte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nastawienie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złamania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kości</w:t>
            </w:r>
            <w:proofErr w:type="spellEnd"/>
            <w:r>
              <w:rPr>
                <w:color w:val="1B2839"/>
                <w:sz w:val="15"/>
              </w:rPr>
              <w:t xml:space="preserve"> ze </w:t>
            </w:r>
            <w:proofErr w:type="spellStart"/>
            <w:r>
              <w:rPr>
                <w:color w:val="1B2839"/>
                <w:sz w:val="15"/>
              </w:rPr>
              <w:t>stabilizacją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wewnętrzną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403008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43CFD2A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C2C60A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551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D84AF2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Otwarte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nastawienie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złamania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kości</w:t>
            </w:r>
            <w:proofErr w:type="spellEnd"/>
            <w:r>
              <w:rPr>
                <w:color w:val="1B2839"/>
                <w:sz w:val="15"/>
              </w:rPr>
              <w:t xml:space="preserve"> ze </w:t>
            </w:r>
            <w:proofErr w:type="spellStart"/>
            <w:r>
              <w:rPr>
                <w:color w:val="1B2839"/>
                <w:sz w:val="15"/>
              </w:rPr>
              <w:t>stabilizacją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wewnętrzną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63F41E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4E35AAF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6D06A4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552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48A0AA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Zamknięta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stabilizacja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oddzielonej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nasady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kości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EC7488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211AB597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BEDD79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553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E73DB32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Otwarta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stabilizacja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oddzielonej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nasady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kości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DAD016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3A49B3A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8B5231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554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81117C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Zabieg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naprawczy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złego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zrostu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lub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braku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zrostu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złamania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kości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2C9297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03C5499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87D97D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555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537A15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Uwolnienie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torebki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stawowej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2369A2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6C455B0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2A5549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556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BAB05C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Uwolnienie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stawu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B0A7C0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09614F1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BC3169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557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6470F2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Uwolnienie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więzadła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F1D12A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420587B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523BE3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558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745C2F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Otwarte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nastawienie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zwichnięcia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A55360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4595007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934A95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559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452108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łąkotki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kolana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B4FF5C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7392365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03F334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560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39F6CDC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Usztywnienie</w:t>
            </w:r>
            <w:proofErr w:type="spellEnd"/>
            <w:r>
              <w:rPr>
                <w:color w:val="1B2839"/>
                <w:sz w:val="15"/>
              </w:rPr>
              <w:t xml:space="preserve"> (</w:t>
            </w:r>
            <w:proofErr w:type="spellStart"/>
            <w:r>
              <w:rPr>
                <w:color w:val="1B2839"/>
                <w:sz w:val="15"/>
              </w:rPr>
              <w:t>artrodeza</w:t>
            </w:r>
            <w:proofErr w:type="spellEnd"/>
            <w:r>
              <w:rPr>
                <w:color w:val="1B2839"/>
                <w:sz w:val="15"/>
              </w:rPr>
              <w:t xml:space="preserve">) </w:t>
            </w:r>
            <w:proofErr w:type="spellStart"/>
            <w:r>
              <w:rPr>
                <w:color w:val="1B2839"/>
                <w:sz w:val="15"/>
              </w:rPr>
              <w:t>stawu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biodrowego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61FF8A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67D497F8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B3BDC0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lastRenderedPageBreak/>
              <w:t>561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27507BB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Usztywnienie</w:t>
            </w:r>
            <w:proofErr w:type="spellEnd"/>
            <w:r>
              <w:rPr>
                <w:color w:val="1B2839"/>
                <w:sz w:val="15"/>
              </w:rPr>
              <w:t xml:space="preserve"> (</w:t>
            </w:r>
            <w:proofErr w:type="spellStart"/>
            <w:r>
              <w:rPr>
                <w:color w:val="1B2839"/>
                <w:sz w:val="15"/>
              </w:rPr>
              <w:t>artrodeza</w:t>
            </w:r>
            <w:proofErr w:type="spellEnd"/>
            <w:r>
              <w:rPr>
                <w:color w:val="1B2839"/>
                <w:sz w:val="15"/>
              </w:rPr>
              <w:t xml:space="preserve">) </w:t>
            </w:r>
            <w:proofErr w:type="spellStart"/>
            <w:r>
              <w:rPr>
                <w:color w:val="1B2839"/>
                <w:sz w:val="15"/>
              </w:rPr>
              <w:t>stawu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kolanowego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EB66F3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5E17F1F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1D6F7F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562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EF35D4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Usztywnienie</w:t>
            </w:r>
            <w:proofErr w:type="spellEnd"/>
            <w:r>
              <w:rPr>
                <w:color w:val="1B2839"/>
                <w:sz w:val="15"/>
              </w:rPr>
              <w:t xml:space="preserve"> (</w:t>
            </w:r>
            <w:proofErr w:type="spellStart"/>
            <w:r>
              <w:rPr>
                <w:color w:val="1B2839"/>
                <w:sz w:val="15"/>
              </w:rPr>
              <w:t>artrodeza</w:t>
            </w:r>
            <w:proofErr w:type="spellEnd"/>
            <w:r>
              <w:rPr>
                <w:color w:val="1B2839"/>
                <w:sz w:val="15"/>
              </w:rPr>
              <w:t xml:space="preserve">) </w:t>
            </w:r>
            <w:proofErr w:type="spellStart"/>
            <w:r>
              <w:rPr>
                <w:color w:val="1B2839"/>
                <w:sz w:val="15"/>
              </w:rPr>
              <w:t>stawu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barkowego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94F310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5C4FD45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7AB761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563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7DD2704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Usztywnienie</w:t>
            </w:r>
            <w:proofErr w:type="spellEnd"/>
            <w:r>
              <w:rPr>
                <w:color w:val="1B2839"/>
                <w:sz w:val="15"/>
              </w:rPr>
              <w:t xml:space="preserve"> (</w:t>
            </w:r>
            <w:proofErr w:type="spellStart"/>
            <w:r>
              <w:rPr>
                <w:color w:val="1B2839"/>
                <w:sz w:val="15"/>
              </w:rPr>
              <w:t>artrodeza</w:t>
            </w:r>
            <w:proofErr w:type="spellEnd"/>
            <w:r>
              <w:rPr>
                <w:color w:val="1B2839"/>
                <w:sz w:val="15"/>
              </w:rPr>
              <w:t xml:space="preserve">) </w:t>
            </w:r>
            <w:proofErr w:type="spellStart"/>
            <w:r>
              <w:rPr>
                <w:color w:val="1B2839"/>
                <w:sz w:val="15"/>
              </w:rPr>
              <w:t>stawu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łokciowego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A2EB12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0D6770DD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D91713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564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FB0DE2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stabilizująca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więzadła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stawu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kolanowego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F47B7E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79B46F1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461947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565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E8A872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stabilizująca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staw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barkowy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370CEA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3510481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A17062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566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053A13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Szycie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torebki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stawowej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lub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więzadeł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kończyny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górnej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35CAAC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665EADE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CA9B01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567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4D5E64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Operacja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stabilizująca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rzepkę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stawu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kolanowego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CF0364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058867C0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943A4D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568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3184924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Szycie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torebki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stawowej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lub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więzadeł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kończyny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dolnej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5BAACE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  <w:tr w:rsidR="008A6A43" w14:paraId="753BAD48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D00E2F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569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60F78F2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Całkowita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endoprotezoplastyka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stawu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biodrowego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A9F884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08F3244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D73AAC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570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96B657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Częściowa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endoprotezoplastyka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stawu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biodrowego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81F6F0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0B12378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2C29AB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571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EB74FA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Artroplastyka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nadgarstka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lub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śródręcza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977916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0A8FAAF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4E8C30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572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08DE77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Artroplastyka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śródręczno-paliczkowa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międzypaliczkowa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EF57B7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03BE1CD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49F171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573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645477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Całkowita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endoproteza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nadgarstka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AD2601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43DBB6B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F662C7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574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DC3C2F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Całkowita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endoprotezoplastyka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stawu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stopy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lub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stawu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palca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stopy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A1A73D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7E42FE7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EFE0EC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575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389E93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Całkowita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endoprotezoplastyka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stawu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skokowego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CC5E08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1F92082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B2A202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576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A218104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Rekonstrukcja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mikrochirurgiczna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naczyń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lub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nerwów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stopy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25F5D7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31495A68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04FC38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577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F0C9FC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Policyzacja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palca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259922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0DCD146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61E190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578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BB2114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Całkowita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rekonstrukcja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kciuka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94EC44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153E524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F93FB1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579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B13CAF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Częściowa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endoprotezoplastyka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stawu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barkowego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15E2F0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3E78C30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2E7D6A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580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3235824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Częściowa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endoprotezoplastyka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stawu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łokciowego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DF9427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0E8955ED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9DEA28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581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D0F189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Całkowita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endoprotezoplastyka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stawu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barkowego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72E83F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40BB21F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5B22B9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582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F3FB03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Całkowita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endoprotezoplastyka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stawu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łokciowego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9586F8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552F20E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613336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583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9A90B56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Całkowita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endoprotezoplastyka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stawu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kolanowego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52485D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748E482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C0F418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584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0517D3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Całkowite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kości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ektopowej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13D37B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4709C4A0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174067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585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B2909E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Częściowe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wycięcie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kości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ektopowej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06CBFD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V</w:t>
            </w:r>
          </w:p>
        </w:tc>
      </w:tr>
    </w:tbl>
    <w:p w14:paraId="5CC8F634" w14:textId="77777777" w:rsidR="008A6A43" w:rsidRDefault="008A6A43" w:rsidP="008A6A43">
      <w:pPr>
        <w:spacing w:after="0"/>
        <w:rPr>
          <w:rFonts w:hint="eastAsia"/>
        </w:rPr>
      </w:pPr>
    </w:p>
    <w:p w14:paraId="249A1F0E" w14:textId="77777777" w:rsidR="008A6A43" w:rsidRDefault="008A6A43" w:rsidP="008A6A43">
      <w:pPr>
        <w:pStyle w:val="Nagwek2"/>
      </w:pPr>
      <w:r>
        <w:t>Pozostałe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22"/>
        <w:gridCol w:w="13209"/>
        <w:gridCol w:w="822"/>
      </w:tblGrid>
      <w:tr w:rsidR="008A6A43" w14:paraId="7F87C7D8" w14:textId="77777777" w:rsidTr="002C7EFA">
        <w:trPr>
          <w:cantSplit/>
          <w:tblHeader/>
          <w:jc w:val="center"/>
        </w:trPr>
        <w:tc>
          <w:tcPr>
            <w:tcW w:w="822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7A620B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  <w:color w:val="1B2839"/>
                <w:sz w:val="15"/>
              </w:rPr>
              <w:t>Lp</w:t>
            </w:r>
            <w:proofErr w:type="spellEnd"/>
            <w:r>
              <w:rPr>
                <w:b/>
                <w:color w:val="1B2839"/>
                <w:sz w:val="15"/>
              </w:rPr>
              <w:t>.</w:t>
            </w:r>
          </w:p>
        </w:tc>
        <w:tc>
          <w:tcPr>
            <w:tcW w:w="13209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B421B5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 xml:space="preserve">Nazwa </w:t>
            </w:r>
            <w:proofErr w:type="spellStart"/>
            <w:r>
              <w:rPr>
                <w:b/>
                <w:color w:val="1B2839"/>
                <w:sz w:val="15"/>
              </w:rPr>
              <w:t>operacji</w:t>
            </w:r>
            <w:proofErr w:type="spellEnd"/>
            <w:r>
              <w:rPr>
                <w:b/>
                <w:color w:val="1B2839"/>
                <w:sz w:val="15"/>
              </w:rPr>
              <w:t xml:space="preserve"> </w:t>
            </w:r>
            <w:proofErr w:type="spellStart"/>
            <w:r>
              <w:rPr>
                <w:b/>
                <w:color w:val="1B2839"/>
                <w:sz w:val="15"/>
              </w:rPr>
              <w:t>chirurgicznej</w:t>
            </w:r>
            <w:proofErr w:type="spellEnd"/>
          </w:p>
        </w:tc>
        <w:tc>
          <w:tcPr>
            <w:tcW w:w="822" w:type="dxa"/>
            <w:shd w:val="clear" w:color="auto" w:fill="DCEAF3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220CDE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  <w:color w:val="1B2839"/>
                <w:sz w:val="15"/>
              </w:rPr>
              <w:t>Klasa</w:t>
            </w:r>
            <w:proofErr w:type="spellEnd"/>
          </w:p>
        </w:tc>
      </w:tr>
      <w:tr w:rsidR="008A6A43" w14:paraId="7662939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70A9AC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586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CDFF6E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Amputacja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kciuka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70F70A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10FCC0D2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EC59DB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587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E3F56DC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Amputacja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kończyny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górnej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wysokości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nadgarstka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EF3FB4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455E6713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B7DF7D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588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A995B0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Wyłuszczenie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nadgarstka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846F62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61E1C11A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1A5181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589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59B3D6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Amputacja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kończyny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górnej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wysokości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przedramienia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F8F274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535DE70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CB9F03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590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4414BCA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Wyłuszczenie</w:t>
            </w:r>
            <w:proofErr w:type="spellEnd"/>
            <w:r>
              <w:rPr>
                <w:color w:val="1B2839"/>
                <w:sz w:val="15"/>
              </w:rPr>
              <w:t xml:space="preserve"> w </w:t>
            </w:r>
            <w:proofErr w:type="spellStart"/>
            <w:r>
              <w:rPr>
                <w:color w:val="1B2839"/>
                <w:sz w:val="15"/>
              </w:rPr>
              <w:t>stawie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łokciowym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8056E1C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3A944B4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4752D51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591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E586F98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Amputacja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kończyny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górnej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wysokości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ramienia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1BDD4A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7B446917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619EF7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lastRenderedPageBreak/>
              <w:t>592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C0472F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Wyłuszczenie</w:t>
            </w:r>
            <w:proofErr w:type="spellEnd"/>
            <w:r>
              <w:rPr>
                <w:color w:val="1B2839"/>
                <w:sz w:val="15"/>
              </w:rPr>
              <w:t xml:space="preserve"> w </w:t>
            </w:r>
            <w:proofErr w:type="spellStart"/>
            <w:r>
              <w:rPr>
                <w:color w:val="1B2839"/>
                <w:sz w:val="15"/>
              </w:rPr>
              <w:t>stawie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barkowym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1BA1856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2B799096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A808CF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593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0ADCD03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Amputacja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kończyny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górnej</w:t>
            </w:r>
            <w:proofErr w:type="spellEnd"/>
            <w:r>
              <w:rPr>
                <w:color w:val="1B2839"/>
                <w:sz w:val="15"/>
              </w:rPr>
              <w:t xml:space="preserve"> z </w:t>
            </w:r>
            <w:proofErr w:type="spellStart"/>
            <w:r>
              <w:rPr>
                <w:color w:val="1B2839"/>
                <w:sz w:val="15"/>
              </w:rPr>
              <w:t>odjęciem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łopatki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69E8C5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</w:t>
            </w:r>
          </w:p>
        </w:tc>
      </w:tr>
      <w:tr w:rsidR="008A6A43" w14:paraId="6C8F6637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1ACA05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594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68F5979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Amputacja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palucha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4683393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26690E3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45147B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595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D380094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Amputacja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kończyny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dolnej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wysokości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stawu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skokowego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87B1F3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6052773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754403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596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630095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Wyłuszczenie</w:t>
            </w:r>
            <w:proofErr w:type="spellEnd"/>
            <w:r>
              <w:rPr>
                <w:color w:val="1B2839"/>
                <w:sz w:val="15"/>
              </w:rPr>
              <w:t xml:space="preserve"> w </w:t>
            </w:r>
            <w:proofErr w:type="spellStart"/>
            <w:r>
              <w:rPr>
                <w:color w:val="1B2839"/>
                <w:sz w:val="15"/>
              </w:rPr>
              <w:t>stawie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skokowym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BE44C5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04225A1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6B4FE6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597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890ABC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Amputacja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kończyny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dolnej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wysokości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podudzia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11BD76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202377E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4E7D50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598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CE3C30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Amputacja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kończyny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dolnej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wysokości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kolana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8BEF0A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34E2100C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BBBEA6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599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31D4E0F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Wyłuszczenie</w:t>
            </w:r>
            <w:proofErr w:type="spellEnd"/>
            <w:r>
              <w:rPr>
                <w:color w:val="1B2839"/>
                <w:sz w:val="15"/>
              </w:rPr>
              <w:t xml:space="preserve"> w </w:t>
            </w:r>
            <w:proofErr w:type="spellStart"/>
            <w:r>
              <w:rPr>
                <w:color w:val="1B2839"/>
                <w:sz w:val="15"/>
              </w:rPr>
              <w:t>stawie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kolanowym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64875F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09FE9730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F8E603E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600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40F1A17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Amputacja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kończyny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dolnej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wysokości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uda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268CFF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3350E15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6FAD43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601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FAC59A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Wyłuszczenie</w:t>
            </w:r>
            <w:proofErr w:type="spellEnd"/>
            <w:r>
              <w:rPr>
                <w:color w:val="1B2839"/>
                <w:sz w:val="15"/>
              </w:rPr>
              <w:t xml:space="preserve"> w </w:t>
            </w:r>
            <w:proofErr w:type="spellStart"/>
            <w:r>
              <w:rPr>
                <w:color w:val="1B2839"/>
                <w:sz w:val="15"/>
              </w:rPr>
              <w:t>stawie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biodrowym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1F7324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</w:t>
            </w:r>
          </w:p>
        </w:tc>
      </w:tr>
      <w:tr w:rsidR="008A6A43" w14:paraId="60F37249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0E1200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602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179624C1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Amputacja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kończyny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dolnej</w:t>
            </w:r>
            <w:proofErr w:type="spellEnd"/>
            <w:r>
              <w:rPr>
                <w:color w:val="1B2839"/>
                <w:sz w:val="15"/>
              </w:rPr>
              <w:t xml:space="preserve"> z </w:t>
            </w:r>
            <w:proofErr w:type="spellStart"/>
            <w:r>
              <w:rPr>
                <w:color w:val="1B2839"/>
                <w:sz w:val="15"/>
              </w:rPr>
              <w:t>częścią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miednicy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60CB7C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</w:t>
            </w:r>
          </w:p>
        </w:tc>
      </w:tr>
      <w:tr w:rsidR="008A6A43" w14:paraId="3FA01EB5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6743375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603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2E700A5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Replantacja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kciuka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3109E92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63B147C3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CC6CD2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604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1B97BB4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Replantacja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kończyny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górnej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wysokości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nadgarstka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3CB921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021D695E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31AECF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605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B019380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Replantacja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kończyny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górnej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wysokości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ramienia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6684722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</w:t>
            </w:r>
          </w:p>
        </w:tc>
      </w:tr>
      <w:tr w:rsidR="008A6A43" w14:paraId="0E7D534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D5FEB07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606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3C84802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Replantacja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palucha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57F44C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IV</w:t>
            </w:r>
          </w:p>
        </w:tc>
      </w:tr>
      <w:tr w:rsidR="008A6A43" w14:paraId="2D26D05F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8F11A0B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607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548101DE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Replantacja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kończyny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dolnej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wysokości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stawu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skokowego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43194CF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08D56A1C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5149A10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608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2673194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Replantacja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kończyny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dolnej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wysokości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podudzia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BE5C579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III</w:t>
            </w:r>
          </w:p>
        </w:tc>
      </w:tr>
      <w:tr w:rsidR="008A6A43" w14:paraId="64F29124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E545BA8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609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054D31AC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Replantacja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kończyny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dolnej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na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wysokości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uda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7D774DDA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II</w:t>
            </w:r>
          </w:p>
        </w:tc>
      </w:tr>
      <w:tr w:rsidR="008A6A43" w14:paraId="5971FA8B" w14:textId="77777777" w:rsidTr="002C7EFA">
        <w:trPr>
          <w:cantSplit/>
          <w:jc w:val="center"/>
        </w:trPr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48B6F01D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color w:val="1B2839"/>
                <w:sz w:val="15"/>
              </w:rPr>
              <w:t>610</w:t>
            </w:r>
          </w:p>
        </w:tc>
        <w:tc>
          <w:tcPr>
            <w:tcW w:w="13209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2D2660CD" w14:textId="77777777" w:rsidR="008A6A43" w:rsidRDefault="008A6A43" w:rsidP="002C7EFA">
            <w:pPr>
              <w:spacing w:after="0" w:line="240" w:lineRule="auto"/>
              <w:rPr>
                <w:rFonts w:hint="eastAsia"/>
              </w:rPr>
            </w:pPr>
            <w:proofErr w:type="spellStart"/>
            <w:r>
              <w:rPr>
                <w:color w:val="1B2839"/>
                <w:sz w:val="15"/>
              </w:rPr>
              <w:t>Przeszczep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całej</w:t>
            </w:r>
            <w:proofErr w:type="spellEnd"/>
            <w:r>
              <w:rPr>
                <w:color w:val="1B2839"/>
                <w:sz w:val="15"/>
              </w:rPr>
              <w:t xml:space="preserve"> </w:t>
            </w:r>
            <w:proofErr w:type="spellStart"/>
            <w:r>
              <w:rPr>
                <w:color w:val="1B2839"/>
                <w:sz w:val="15"/>
              </w:rPr>
              <w:t>twarzy</w:t>
            </w:r>
            <w:proofErr w:type="spellEnd"/>
          </w:p>
        </w:tc>
        <w:tc>
          <w:tcPr>
            <w:tcW w:w="822" w:type="dxa"/>
            <w:tcMar>
              <w:top w:w="50" w:type="dxa"/>
              <w:left w:w="75" w:type="dxa"/>
              <w:bottom w:w="50" w:type="dxa"/>
              <w:right w:w="75" w:type="dxa"/>
            </w:tcMar>
            <w:vAlign w:val="center"/>
          </w:tcPr>
          <w:p w14:paraId="345C7144" w14:textId="77777777" w:rsidR="008A6A43" w:rsidRDefault="008A6A43" w:rsidP="002C7EF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1B2839"/>
                <w:sz w:val="15"/>
              </w:rPr>
              <w:t>I</w:t>
            </w:r>
          </w:p>
        </w:tc>
      </w:tr>
    </w:tbl>
    <w:p w14:paraId="04A59339" w14:textId="77777777" w:rsidR="008A6A43" w:rsidRPr="00915FC0" w:rsidRDefault="008A6A43" w:rsidP="00CC5695">
      <w:pPr>
        <w:jc w:val="both"/>
        <w:rPr>
          <w:rFonts w:hint="eastAsia"/>
          <w:color w:val="auto"/>
        </w:rPr>
      </w:pPr>
    </w:p>
    <w:sectPr w:rsidR="008A6A43" w:rsidRPr="00915FC0" w:rsidSect="00034616">
      <w:headerReference w:type="default" r:id="rId9"/>
      <w:footerReference w:type="default" r:id="rId10"/>
      <w:pgSz w:w="16838" w:h="11906" w:orient="landscape"/>
      <w:pgMar w:top="879" w:right="935" w:bottom="737" w:left="935" w:header="425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DF2ED" w14:textId="77777777" w:rsidR="008A0D6B" w:rsidRDefault="008A0D6B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6EC03DD1" w14:textId="77777777" w:rsidR="008A0D6B" w:rsidRDefault="008A0D6B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jaVu Sans">
    <w:altName w:val="Times New Roman"/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7000E" w14:textId="77777777" w:rsidR="002C7EFA" w:rsidRDefault="002C7EFA">
    <w:pPr>
      <w:pStyle w:val="Stopka"/>
      <w:jc w:val="right"/>
      <w:rPr>
        <w:rFonts w:hint="eastAsia"/>
      </w:rPr>
    </w:pPr>
    <w:r>
      <w:rPr>
        <w:sz w:val="14"/>
      </w:rPr>
      <w:t xml:space="preserve">PROJEKT ROBOCZY  •  </w:t>
    </w:r>
    <w:proofErr w:type="spellStart"/>
    <w:r>
      <w:rPr>
        <w:sz w:val="14"/>
      </w:rPr>
      <w:t>materiał</w:t>
    </w:r>
    <w:proofErr w:type="spellEnd"/>
    <w:r>
      <w:rPr>
        <w:sz w:val="14"/>
      </w:rPr>
      <w:t xml:space="preserve"> do </w:t>
    </w:r>
    <w:proofErr w:type="spellStart"/>
    <w:r>
      <w:rPr>
        <w:sz w:val="14"/>
      </w:rPr>
      <w:t>rozeznania</w:t>
    </w:r>
    <w:proofErr w:type="spellEnd"/>
    <w:r>
      <w:rPr>
        <w:sz w:val="14"/>
      </w:rPr>
      <w:t xml:space="preserve"> </w:t>
    </w:r>
    <w:proofErr w:type="spellStart"/>
    <w:r>
      <w:rPr>
        <w:sz w:val="14"/>
      </w:rPr>
      <w:t>cenowego</w:t>
    </w:r>
    <w:proofErr w:type="spellEnd"/>
    <w:r>
      <w:rPr>
        <w:sz w:val="14"/>
      </w:rPr>
      <w:t xml:space="preserve">   |   </w:t>
    </w:r>
    <w:proofErr w:type="spellStart"/>
    <w:r>
      <w:rPr>
        <w:sz w:val="14"/>
      </w:rPr>
      <w:t>strona</w:t>
    </w:r>
    <w:proofErr w:type="spellEnd"/>
    <w:r>
      <w:rPr>
        <w:sz w:val="14"/>
      </w:rPr>
      <w:t xml:space="preserve"> </w:t>
    </w:r>
    <w:r>
      <w:fldChar w:fldCharType="begin"/>
    </w:r>
    <w:r>
      <w:instrText>PAGE</w:instrText>
    </w:r>
    <w:r>
      <w:fldChar w:fldCharType="separate"/>
    </w:r>
    <w:r w:rsidR="00DE7234">
      <w:rPr>
        <w:rFonts w:hint="eastAsia"/>
        <w:noProof/>
      </w:rPr>
      <w:t>10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1E902" w14:textId="77777777" w:rsidR="008A0D6B" w:rsidRDefault="008A0D6B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101A8B71" w14:textId="77777777" w:rsidR="008A0D6B" w:rsidRDefault="008A0D6B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22DAA" w14:textId="77777777" w:rsidR="002C7EFA" w:rsidRDefault="002C7EFA">
    <w:pPr>
      <w:rPr>
        <w:rFonts w:hint="eastAsia"/>
      </w:rPr>
    </w:pPr>
    <w:r>
      <w:rPr>
        <w:color w:val="47677A"/>
        <w:sz w:val="14"/>
      </w:rPr>
      <w:t>GŁÓWNY INSTYTUT GÓRNICTWA – PAŃSTWOWY INSTYTUT BADAWCZY    |    ROZEZNANIE RYNKU UBEZPIECZEŃ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50120628">
    <w:abstractNumId w:val="8"/>
  </w:num>
  <w:num w:numId="2" w16cid:durableId="754785920">
    <w:abstractNumId w:val="6"/>
  </w:num>
  <w:num w:numId="3" w16cid:durableId="1350067404">
    <w:abstractNumId w:val="5"/>
  </w:num>
  <w:num w:numId="4" w16cid:durableId="935748709">
    <w:abstractNumId w:val="4"/>
  </w:num>
  <w:num w:numId="5" w16cid:durableId="875044017">
    <w:abstractNumId w:val="7"/>
  </w:num>
  <w:num w:numId="6" w16cid:durableId="1332828032">
    <w:abstractNumId w:val="3"/>
  </w:num>
  <w:num w:numId="7" w16cid:durableId="1330281688">
    <w:abstractNumId w:val="2"/>
  </w:num>
  <w:num w:numId="8" w16cid:durableId="1296989840">
    <w:abstractNumId w:val="1"/>
  </w:num>
  <w:num w:numId="9" w16cid:durableId="909075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B7F23"/>
    <w:rsid w:val="000C26D7"/>
    <w:rsid w:val="000F3A86"/>
    <w:rsid w:val="0015074B"/>
    <w:rsid w:val="00174B8E"/>
    <w:rsid w:val="00246A86"/>
    <w:rsid w:val="0024733F"/>
    <w:rsid w:val="0029639D"/>
    <w:rsid w:val="002C7EFA"/>
    <w:rsid w:val="003158F7"/>
    <w:rsid w:val="00326F90"/>
    <w:rsid w:val="003B56E7"/>
    <w:rsid w:val="0042652D"/>
    <w:rsid w:val="004B3E93"/>
    <w:rsid w:val="004D49B7"/>
    <w:rsid w:val="006F6A09"/>
    <w:rsid w:val="00863A57"/>
    <w:rsid w:val="008A0D6B"/>
    <w:rsid w:val="008A6A43"/>
    <w:rsid w:val="00915FC0"/>
    <w:rsid w:val="009252DF"/>
    <w:rsid w:val="00993A76"/>
    <w:rsid w:val="009D5D3E"/>
    <w:rsid w:val="00A267DB"/>
    <w:rsid w:val="00AA1D8D"/>
    <w:rsid w:val="00AB2DB8"/>
    <w:rsid w:val="00AF3F9E"/>
    <w:rsid w:val="00B47730"/>
    <w:rsid w:val="00BC62BE"/>
    <w:rsid w:val="00C8288F"/>
    <w:rsid w:val="00CB0664"/>
    <w:rsid w:val="00CB23A0"/>
    <w:rsid w:val="00CC5695"/>
    <w:rsid w:val="00DE7234"/>
    <w:rsid w:val="00E2129A"/>
    <w:rsid w:val="00EF08E5"/>
    <w:rsid w:val="00F64D6C"/>
    <w:rsid w:val="00FB6621"/>
    <w:rsid w:val="00FC693F"/>
    <w:rsid w:val="00FD2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5D7BA0"/>
  <w15:docId w15:val="{A899A0B4-0EAC-415D-9702-88D85B876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100" w:line="274" w:lineRule="auto"/>
    </w:pPr>
    <w:rPr>
      <w:rFonts w:ascii="DejaVu Sans" w:hAnsi="DejaVu Sans"/>
      <w:color w:val="202D3B"/>
      <w:sz w:val="17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200"/>
      <w:outlineLvl w:val="0"/>
    </w:pPr>
    <w:rPr>
      <w:rFonts w:asciiTheme="majorHAnsi" w:eastAsiaTheme="majorEastAsia" w:hAnsiTheme="majorHAnsi" w:cstheme="majorBidi"/>
      <w:b/>
      <w:bCs/>
      <w:color w:val="0E3656"/>
      <w:sz w:val="26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5E8E"/>
      <w:sz w:val="20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5E8E"/>
      <w:sz w:val="1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before="40" w:line="240" w:lineRule="auto"/>
      <w:contextualSpacing/>
    </w:pPr>
    <w:rPr>
      <w:rFonts w:asciiTheme="majorHAnsi" w:eastAsiaTheme="majorEastAsia" w:hAnsiTheme="majorHAnsi" w:cstheme="majorBidi"/>
      <w:b/>
      <w:color w:val="0E3656"/>
      <w:spacing w:val="5"/>
      <w:kern w:val="28"/>
      <w:sz w:val="4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ipercze">
    <w:name w:val="Hyperlink"/>
    <w:basedOn w:val="Domylnaczcionkaakapitu"/>
    <w:uiPriority w:val="99"/>
    <w:unhideWhenUsed/>
    <w:rsid w:val="0024733F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473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91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olinska@gig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ACE3E28-376A-41B6-90DF-30CEA9FD5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31</Pages>
  <Words>9263</Words>
  <Characters>55580</Characters>
  <Application>Microsoft Office Word</Application>
  <DocSecurity>0</DocSecurity>
  <Lines>463</Lines>
  <Paragraphs>129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Specyfikacja wymagań – rozeznanie cenowe ubezpieczenia grupowego GIG-PIB</vt:lpstr>
      <vt:lpstr/>
    </vt:vector>
  </TitlesOfParts>
  <Manager/>
  <Company/>
  <LinksUpToDate>false</LinksUpToDate>
  <CharactersWithSpaces>64714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wymagań – rozeznanie cenowe ubezpieczenia grupowego GIG-PIB</dc:title>
  <dc:subject>Pięć wariantów ubezpieczenia podstawowego oraz ubezpieczenia dodatkowe dzieci i NNW</dc:subject>
  <dc:creator>GIG-PIB – projekt do konsultacji</dc:creator>
  <cp:keywords>grupowe ubezpieczenie na życie; rozeznanie rynku; NNW</cp:keywords>
  <dc:description>generated by python-docx</dc:description>
  <cp:lastModifiedBy>Kolińska Sylwia</cp:lastModifiedBy>
  <cp:revision>20</cp:revision>
  <dcterms:created xsi:type="dcterms:W3CDTF">2013-12-23T23:15:00Z</dcterms:created>
  <dcterms:modified xsi:type="dcterms:W3CDTF">2026-10-27T11:21:00Z</dcterms:modified>
  <cp:category/>
</cp:coreProperties>
</file>